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B0DD15" w14:textId="6F581B60" w:rsidR="00B13186" w:rsidRDefault="00E90520" w:rsidP="009E3E44">
      <w:pPr>
        <w:pStyle w:val="110"/>
        <w:spacing w:before="90" w:line="290" w:lineRule="auto"/>
        <w:ind w:right="3958" w:firstLine="3580"/>
        <w:jc w:val="center"/>
      </w:pPr>
      <w:r>
        <w:rPr>
          <w:noProof/>
        </w:rPr>
        <w:drawing>
          <wp:inline distT="0" distB="0" distL="0" distR="0" wp14:anchorId="221F123C" wp14:editId="1D0B520E">
            <wp:extent cx="5097780" cy="7010400"/>
            <wp:effectExtent l="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E4C83" w14:textId="77777777" w:rsidR="00B13186" w:rsidRDefault="00B13186" w:rsidP="009E3E44">
      <w:pPr>
        <w:pStyle w:val="110"/>
        <w:spacing w:before="90" w:line="290" w:lineRule="auto"/>
        <w:ind w:right="3958" w:firstLine="3580"/>
        <w:jc w:val="center"/>
      </w:pPr>
    </w:p>
    <w:p w14:paraId="106A2E49" w14:textId="77777777" w:rsidR="00B13186" w:rsidRDefault="00B13186" w:rsidP="009E3E44">
      <w:pPr>
        <w:pStyle w:val="110"/>
        <w:spacing w:before="90" w:line="290" w:lineRule="auto"/>
        <w:ind w:right="3958" w:firstLine="3580"/>
        <w:jc w:val="center"/>
      </w:pPr>
    </w:p>
    <w:p w14:paraId="2066719C" w14:textId="77777777" w:rsidR="00115E9B" w:rsidRPr="00125679" w:rsidRDefault="002F3D97">
      <w:pPr>
        <w:autoSpaceDE w:val="0"/>
        <w:autoSpaceDN w:val="0"/>
        <w:spacing w:after="0" w:line="23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ПОЯСНИТЕЛЬНАЯ ЗАПИСКА</w:t>
      </w:r>
    </w:p>
    <w:p w14:paraId="152129C4" w14:textId="77777777" w:rsidR="00115E9B" w:rsidRPr="00125679" w:rsidRDefault="002F3D97">
      <w:pPr>
        <w:autoSpaceDE w:val="0"/>
        <w:autoSpaceDN w:val="0"/>
        <w:spacing w:before="346" w:after="0" w:line="278" w:lineRule="auto"/>
        <w:ind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Рабочая программа учебного предмета «Русский язык» для обучающихся 2 классов на уровне начального общего образования составлена на основе Требований к результатам освоения программы начального общего образования Федерального государственного образовательного стандарта начального общего образования (далее — ФГОС НОО), а также </w:t>
      </w:r>
      <w:r w:rsidR="00EE585A"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ориентирована на целевые приори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теты, сформулированные в Примерной программе воспитания.</w:t>
      </w:r>
    </w:p>
    <w:p w14:paraId="344C119B" w14:textId="77777777" w:rsidR="00115E9B" w:rsidRPr="00125679" w:rsidRDefault="002F3D97">
      <w:pPr>
        <w:autoSpaceDE w:val="0"/>
        <w:autoSpaceDN w:val="0"/>
        <w:spacing w:before="19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ОБЩАЯ ХАРАКТЕРИСТИКА УЧЕБНОГО ПРЕДМЕТА "РУССКИЙ ЯЗЫК"</w:t>
      </w:r>
    </w:p>
    <w:p w14:paraId="654C3322" w14:textId="77777777" w:rsidR="00115E9B" w:rsidRPr="00125679" w:rsidRDefault="002F3D97">
      <w:pPr>
        <w:autoSpaceDE w:val="0"/>
        <w:autoSpaceDN w:val="0"/>
        <w:spacing w:before="192" w:after="0" w:line="290" w:lineRule="auto"/>
        <w:ind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Русский язык является основой всего процесса обучения в начальной школе, успехи в его изучении во многом определяют результаты обучающихся по другим предметам. Русский язык как средство познания действительности обеспечивает развитие интеллектуальных и творческих способностей младших школьников, формирует умения извлекать и анализировать информацию из различных текстов, навыки самостоятельной учебной деятельности. Предмет «Русский язык» обладает значительным потенциалом в развитии функциональной грамотности младших школьников, особенно таких её компонентов, как языковая, коммуникативная, читательская, общекультурная и социальная</w:t>
      </w:r>
      <w:r w:rsidR="00720F61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грамотность. Первичное знакомство с системой русского языка, богатством его выразительных возможностей, развитие умения правильно и эффективно использовать русский язык в различных сферах и ситуациях общения способствуют успешной социализации младшего школьника. Русский язык, выполняя свои базовые функции общения и выражения мысли, обеспечивает межличностное и социальное взаимодействие, участвует в формировании самосознания и мировоззрения личности, является важнейшим средством хранения и передачи информации, культурных традиций, истории русского народа и других народов России. Свободное владение языком, умение выбирать нужные языковые средства во многом определяют возможность адекватного самовыражения взглядов, мыслей, чувств, проявления себя в различных жизненно важных для человека областях. Изучение русского языка обладает огромным потенциалом присвоения традиционных социокультурных и духовно</w:t>
      </w:r>
      <w:r w:rsidR="00B9086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-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нравственных ценностей, принятых в обществе правил и норм поведения, в том числе речевого, что способствует формированию внутренней позиции личности. Личностные достижения младшего школьника непосредственно связаны с осознанием языка как явления национальной культуры, пониманием связи языка и мировоззрения народа. Значимыми личностными результатами являются развитие устойчивого познавательного интереса к изучению русского языка, формирование ответственности за сохранение чистоты русского языка. Достижение этих личностных результатов —</w:t>
      </w:r>
      <w:r w:rsidR="00B90867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длительный процесс, разворачивающийся на протяжении изучения содержания предмета.</w:t>
      </w:r>
    </w:p>
    <w:p w14:paraId="375298A9" w14:textId="77777777" w:rsidR="00115E9B" w:rsidRPr="00125679" w:rsidRDefault="002F3D97">
      <w:pPr>
        <w:autoSpaceDE w:val="0"/>
        <w:autoSpaceDN w:val="0"/>
        <w:spacing w:before="70" w:after="0" w:line="286" w:lineRule="auto"/>
        <w:ind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Центральной идеей конструирования содержания и планируемых результатов обучения является признание равной значимости работы по изучению системы языка и работы по совершенствованию речи младших школьников. Языковой материал призван сформировать первоначальные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представления о структуре русского языка, способствовать усвоению норм русского литературного языка, орфографических и пунктуационных правил. Развитие устной и письменной речи младших школьников направлено на решение практической задачи развития всех видов речевой деятельности, отработку навыков использования усвоенных норм русского литературного языка, речевых норм и правил речевого этикета в процессе устного и письменного общения. Ряд задач по совершенствованию речевой деятельности решаются совмес</w:t>
      </w:r>
      <w:r w:rsid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тно с учебным предметом «Литера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турное чтение».</w:t>
      </w:r>
    </w:p>
    <w:p w14:paraId="76B76827" w14:textId="77777777" w:rsidR="00115E9B" w:rsidRPr="00125679" w:rsidRDefault="002F3D97">
      <w:pPr>
        <w:autoSpaceDE w:val="0"/>
        <w:autoSpaceDN w:val="0"/>
        <w:spacing w:before="7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Общее число часов, отведённых на изучение «Русского языка», во 2 классе — 170 ч. </w:t>
      </w:r>
    </w:p>
    <w:p w14:paraId="75239B6C" w14:textId="77777777" w:rsidR="00640CCF" w:rsidRPr="00125679" w:rsidRDefault="00640CCF">
      <w:pPr>
        <w:autoSpaceDE w:val="0"/>
        <w:autoSpaceDN w:val="0"/>
        <w:spacing w:before="190" w:after="0" w:line="230" w:lineRule="auto"/>
        <w:ind w:left="18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</w:pPr>
    </w:p>
    <w:p w14:paraId="720E76CB" w14:textId="77777777" w:rsidR="00115E9B" w:rsidRPr="00125679" w:rsidRDefault="002F3D97">
      <w:pPr>
        <w:autoSpaceDE w:val="0"/>
        <w:autoSpaceDN w:val="0"/>
        <w:spacing w:before="19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ЦЕЛИ ИЗУЧЕНИЯ УЧЕБНОГО ПРЕДМЕТА "РУССКИЙ ЯЗЫК"</w:t>
      </w:r>
    </w:p>
    <w:p w14:paraId="2FF02DA0" w14:textId="77777777" w:rsidR="00115E9B" w:rsidRPr="00125679" w:rsidRDefault="002F3D97">
      <w:pPr>
        <w:autoSpaceDE w:val="0"/>
        <w:autoSpaceDN w:val="0"/>
        <w:spacing w:after="0"/>
        <w:ind w:right="144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 начальной школе изучение русского языка имеет особое значение в развитии младшего школьника. Приобретённые им знания, опыт выполнения предметных и универсальных действий на материале русского языка станут фундаментом обучения в основном звене школы, а также будут востребованы в жизни.</w:t>
      </w:r>
    </w:p>
    <w:p w14:paraId="2C1331E9" w14:textId="77777777" w:rsidR="00115E9B" w:rsidRPr="00125679" w:rsidRDefault="002F3D97">
      <w:pPr>
        <w:autoSpaceDE w:val="0"/>
        <w:autoSpaceDN w:val="0"/>
        <w:spacing w:before="7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Изучение русского языка в начальной школе направлено на достижение следующих целей:</w:t>
      </w:r>
    </w:p>
    <w:p w14:paraId="776E88DD" w14:textId="77777777" w:rsidR="00115E9B" w:rsidRPr="00125679" w:rsidRDefault="002F3D97">
      <w:pPr>
        <w:autoSpaceDE w:val="0"/>
        <w:autoSpaceDN w:val="0"/>
        <w:spacing w:before="178" w:after="0" w:line="281" w:lineRule="auto"/>
        <w:ind w:left="42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приобретение младшими школьниками первоначальных представлений о многообразии языков и культур на территории Российской Федерации, о языке как одной из главных духовно</w:t>
      </w:r>
      <w:r w:rsidRPr="00125679">
        <w:rPr>
          <w:rFonts w:ascii="Cambria Math" w:eastAsia="DejaVu Serif" w:hAnsi="Cambria Math" w:cs="Cambria Math"/>
          <w:color w:val="000000"/>
          <w:sz w:val="24"/>
          <w:szCs w:val="24"/>
          <w:lang w:val="ru-RU"/>
        </w:rPr>
        <w:t>‐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нравственных ценностей народа; понимание роли языка как основного средства общения; осознание значения русского языка как государственного языка Российской Федерации; понимание роли русского языка как языка межнационального общения; осознание правильной устной и письменной речи как показателя общей культуры человека;</w:t>
      </w:r>
    </w:p>
    <w:p w14:paraId="66858297" w14:textId="77777777" w:rsidR="00115E9B" w:rsidRPr="00125679" w:rsidRDefault="002F3D97">
      <w:pPr>
        <w:autoSpaceDE w:val="0"/>
        <w:autoSpaceDN w:val="0"/>
        <w:spacing w:before="192" w:after="0" w:line="271" w:lineRule="auto"/>
        <w:ind w:left="420" w:right="1152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овладение основными видами речевой деятельности на основе первоначальных представлений о нормах современного русского литературного языка: аудированием, говорением, чтением, письмом;</w:t>
      </w:r>
    </w:p>
    <w:p w14:paraId="2AEFC1E2" w14:textId="77777777" w:rsidR="00115E9B" w:rsidRPr="00125679" w:rsidRDefault="002F3D97">
      <w:pPr>
        <w:autoSpaceDE w:val="0"/>
        <w:autoSpaceDN w:val="0"/>
        <w:spacing w:before="190" w:after="0" w:line="281" w:lineRule="auto"/>
        <w:ind w:left="42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овладение первоначальными научными представлениями о системе русского языка: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фонетике, графике, лексике, </w:t>
      </w:r>
      <w:proofErr w:type="spellStart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морфемике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, морфологии и синтаксисе; об основных единицах языка, их признаках и особенностях употребления в речи; использование в речевой деятельности норм современного русского литературного языка (орфоэпических, лексических, грамматических, орфографических, пунктуационных) и речевого этикета;</w:t>
      </w:r>
    </w:p>
    <w:p w14:paraId="4AEDCB93" w14:textId="77777777" w:rsidR="00115E9B" w:rsidRPr="00125679" w:rsidRDefault="002F3D97">
      <w:pPr>
        <w:autoSpaceDE w:val="0"/>
        <w:autoSpaceDN w:val="0"/>
        <w:spacing w:before="190" w:after="0" w:line="262" w:lineRule="auto"/>
        <w:ind w:left="420" w:right="100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развитие функциональной грамотности, готовности к успешному взаимодействию с изменяющимся миром и дальнейшему успешному образованию.</w:t>
      </w:r>
    </w:p>
    <w:p w14:paraId="1FA7A364" w14:textId="77777777" w:rsidR="00115E9B" w:rsidRPr="00125679" w:rsidRDefault="00115E9B">
      <w:pPr>
        <w:autoSpaceDE w:val="0"/>
        <w:autoSpaceDN w:val="0"/>
        <w:spacing w:after="78" w:line="22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14:paraId="7D33F6C3" w14:textId="77777777" w:rsidR="00115E9B" w:rsidRPr="00125679" w:rsidRDefault="002F3D97" w:rsidP="00766D1E">
      <w:pPr>
        <w:autoSpaceDE w:val="0"/>
        <w:autoSpaceDN w:val="0"/>
        <w:spacing w:after="0" w:line="23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СОДЕРЖАНИЕ УЧЕБНОГО ПРЕДМЕТА</w:t>
      </w:r>
    </w:p>
    <w:p w14:paraId="4D8E82F6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346" w:after="0"/>
        <w:ind w:right="576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Общие сведения о языке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Язык как основное средство человеческого общения и явление национальной культуры. Первоначальные представления о многообразии языкового пространства России и мира. Методы познания языка: наблюдение, анализ.</w:t>
      </w:r>
    </w:p>
    <w:p w14:paraId="6F42F566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86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Фонетика и графика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Смыслоразличительная функция звуков; различение звуков и букв; различение ударных и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безударных гласных звуков, твёрдых и мягких согласных з</w:t>
      </w:r>
      <w:r w:rsidR="00E87AFC"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вуков, звонких и глухих соглас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ных звуков; шипящие согласные звуки [ж], [ш], [ч’], [щ’]; обозначение на письме твёрдости и мягкости согласных звуков, функции букв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е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ё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ю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я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; согласный звук [й’] и гласный звук [и] (повторение изученного в 1 классе). Парные и непарные по твёрдости — мягкости согласные звуки. Парные и непарные по звонкости — глухости согласные звуки. Качественная характеристика звука: гласный — согласный; гласный ударный — безударный; согласный твёрдый — мягкий, парный — непарный;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согласный звонкий — глухой, парный — непарный. Функции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ь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 показатель мягкости предшествующего соглас​</w:t>
      </w:r>
      <w:r w:rsidRPr="00125679">
        <w:rPr>
          <w:rFonts w:ascii="Cambria Math" w:eastAsia="DejaVu Serif" w:hAnsi="Cambria Math" w:cs="Cambria Math"/>
          <w:color w:val="000000"/>
          <w:sz w:val="24"/>
          <w:szCs w:val="24"/>
          <w:lang w:val="ru-RU"/>
        </w:rPr>
        <w:t>‐</w:t>
      </w:r>
      <w:proofErr w:type="spellStart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ного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в конце и в середине слова; разделительный. Использование на письме разделительных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 xml:space="preserve">ъ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и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ь.</w:t>
      </w:r>
    </w:p>
    <w:p w14:paraId="76CD48AE" w14:textId="77777777" w:rsidR="00115E9B" w:rsidRPr="00125679" w:rsidRDefault="002F3D97">
      <w:pPr>
        <w:autoSpaceDE w:val="0"/>
        <w:autoSpaceDN w:val="0"/>
        <w:spacing w:before="70" w:after="0"/>
        <w:ind w:right="144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Соотношение звукового и буквенного состава в словах с бук​вами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е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ё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ю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 xml:space="preserve">я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(в начале слова и после гласных). Деление слов на слоги (в том числе при стечении согласных). Использование знания алфавита при работе со словарями. Небуквенные графические средства: пробел между словами, знак переноса, абзац (красная строка), пунктуационные знаки (в пределах изученного).</w:t>
      </w:r>
    </w:p>
    <w:p w14:paraId="3C6A3A84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78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Орфоэпия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Произношение звуков и сочетаний звуков, ударение в словах в соответствии с нормами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современного русского литературного языка (на ограниченном перечне слов, отрабатываемом в учебнике). Использование отработанного перечня слов (орфоэпического словаря учебника) для решения практических задач.</w:t>
      </w:r>
    </w:p>
    <w:p w14:paraId="5253A4CE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81" w:lineRule="auto"/>
        <w:ind w:right="432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Лексика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Слово как единство звучания и значения. Лексическое значение слова (общее представление). Выявление слов, значение которых требует уточнения. Определение значения слова по тексту или уточнение значения с помощью толкового словаря. Однозначные и многозначные слова (простые случаи, наблюдение). Наблюдение за использованием в речи синонимов, антонимов.</w:t>
      </w:r>
    </w:p>
    <w:p w14:paraId="6DE65E48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2" w:after="0" w:line="281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Состав слова (</w:t>
      </w:r>
      <w:proofErr w:type="spellStart"/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морфемика</w:t>
      </w:r>
      <w:proofErr w:type="spellEnd"/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)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Корень как обязательная часть слова. Однокоренные (родственные) слова. Признаки однокоренных (родственных) слов. Различение однокоренных слов и синонимов, однокоренных слов и слов с омонимичными корнями. Выделение в словах корня (простые случаи). Окончание как изменяемая часть слова. Изменение формы слова с помощью окончания. Различение изменяемых и неизменяемых слов. Суффикс как часть слова (наблюдение). Приставка как часть слова (наблюдение).</w:t>
      </w:r>
    </w:p>
    <w:p w14:paraId="39BBDC21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81" w:lineRule="auto"/>
        <w:ind w:right="28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Морфология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Имя существительное (ознакомление): общее значение, вопросы («кто?», «что?»), употребление в речи. Глагол (ознакомление): общее значение, вопросы («что делать?», «что сделать?» и др.), употребление в речи. Имя прилагательное (ознакомление): общее значение, вопросы («какой?</w:t>
      </w:r>
      <w:proofErr w:type="gramStart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»,«</w:t>
      </w:r>
      <w:proofErr w:type="gram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какая?», «какое?», «какие?»), употребление в речи. Предлог. Отличие предлогов от приставок. Наиболее распространённые предлоги: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в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на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из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без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над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до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у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о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 xml:space="preserve">об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и др.</w:t>
      </w:r>
    </w:p>
    <w:p w14:paraId="76F8AE15" w14:textId="77777777" w:rsidR="00115E9B" w:rsidRPr="00125679" w:rsidRDefault="002F3D97">
      <w:pPr>
        <w:autoSpaceDE w:val="0"/>
        <w:autoSpaceDN w:val="0"/>
        <w:spacing w:before="190" w:after="0" w:line="262" w:lineRule="auto"/>
        <w:ind w:left="180" w:right="28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Синтаксис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Порядок слов в предложении; связь слов в предложении (повторение). Предложение как единица</w:t>
      </w:r>
    </w:p>
    <w:p w14:paraId="3D3B6280" w14:textId="77777777" w:rsidR="00115E9B" w:rsidRPr="00125679" w:rsidRDefault="002F3D97">
      <w:pPr>
        <w:autoSpaceDE w:val="0"/>
        <w:autoSpaceDN w:val="0"/>
        <w:spacing w:after="0"/>
        <w:ind w:right="144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языка. Предложение и слово. Отличие предложения от слова. Наблюдение за выделением в устной речи одного из слов предложения (логическое ударение). Виды предложений по цели высказывания: повествовательные, вопросительные, побудительные предложения. Виды предложений по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эмоциональной окраске (по интонации): восклицательные и невосклицательные предложения.</w:t>
      </w:r>
    </w:p>
    <w:p w14:paraId="2A3EA08B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88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Орфография и пунктуация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Прописная буква в начале предложения и в именах собственных (имена, фамилии, клички животных); знаки препинания в конце предложения;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перенос слов со строки на строку (без учёта морфемного членения слова); гласные после шипящих в сочетаниях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жи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 xml:space="preserve">ши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(в положении под ударением),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ча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ща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чу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щу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; сочетания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чк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чн</w:t>
      </w:r>
      <w:proofErr w:type="spellEnd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(повторение правил правописания, изученных в 1 классе). Орфографическая зоркость как осознание места возможного возникновения </w:t>
      </w:r>
      <w:r w:rsidR="00E8219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Контроль и самоконтроль при проверке собственных и предложенных текстов. Орфографическая зоркость как осознание места возможного возникновения орфографической ошибки. Понятие орфограммы. Различные способы решения орфографической задачи в зависимости от места орфограммы в слове. Использование орфографического словаря учебника для определения (уточнения) написания слова. Контроль и </w:t>
      </w:r>
      <w:r w:rsidR="00E82196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самоконтроль при проверке собственных и предложенных текстов.</w:t>
      </w:r>
    </w:p>
    <w:p w14:paraId="3FA1B862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70" w:after="0" w:line="286" w:lineRule="auto"/>
        <w:ind w:right="576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Правила правописания и их применение: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разделительный мягкий знак;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·  сочетания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чт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щн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нч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проверяемые безударные гласные в корне слова;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парные звонкие и глухие согласные в корне слова;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непроверяемые гласные и согласные (перечень слов в орфографическом словаре учебника);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прописная буква в именах собственных: имена, фамилии, отчества людей, клички животных, географические названия;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·  раздельное написание предлогов с именами существительными.</w:t>
      </w:r>
    </w:p>
    <w:p w14:paraId="3A2B50CF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Развитие речи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Выбор языковых средств в соответствии с целями и условиями устного общения для эффективного решения коммуникативной задачи (для ответа на заданный вопрос, для выражения собственного мнения). Умение вести разговор (начать, поддержать, закончить разговор, привлечь внимание и т. п.).</w:t>
      </w:r>
    </w:p>
    <w:p w14:paraId="2AC7DA6F" w14:textId="77777777" w:rsidR="00115E9B" w:rsidRPr="00125679" w:rsidRDefault="002F3D97">
      <w:pPr>
        <w:autoSpaceDE w:val="0"/>
        <w:autoSpaceDN w:val="0"/>
        <w:spacing w:before="72" w:after="0" w:line="271" w:lineRule="auto"/>
        <w:ind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Практическое овладение диалогической формой речи. Соблюдение норм речевого этикета и орфоэпических норм в ситуациях учебного и бытового общения. Умение договариваться и приходить к общему решению в совместной деятельности при проведении парной и групповой работы.</w:t>
      </w:r>
    </w:p>
    <w:p w14:paraId="5013A7DE" w14:textId="77777777" w:rsidR="00115E9B" w:rsidRPr="00125679" w:rsidRDefault="002F3D97">
      <w:pPr>
        <w:autoSpaceDE w:val="0"/>
        <w:autoSpaceDN w:val="0"/>
        <w:spacing w:before="70" w:after="0" w:line="281" w:lineRule="auto"/>
        <w:ind w:right="144" w:firstLine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Составление устного рассказа по репродукции картины. Составление устного рассказа по личным наблюдениям и вопросам. Текст. Признаки текста: смысловое единство предложений в тексте; последовательность предложений в тексте; выражение в тексте законченной мысли. Тема текста. Основная мысль. Заглавие текста. Подбор заголовков к предложенным текстам. Последовательность частей текста (</w:t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абзацев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). Корректирование текстов с нарушенным порядком предложений и абзацев.</w:t>
      </w:r>
    </w:p>
    <w:p w14:paraId="1D1BDDCC" w14:textId="77777777" w:rsidR="00115E9B" w:rsidRPr="00125679" w:rsidRDefault="002F3D97">
      <w:pPr>
        <w:autoSpaceDE w:val="0"/>
        <w:autoSpaceDN w:val="0"/>
        <w:spacing w:before="7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Типы текстов: описание, повествование, рассуждение, их особенности (первичное ознакомление).</w:t>
      </w:r>
    </w:p>
    <w:p w14:paraId="51188F09" w14:textId="77777777" w:rsidR="00115E9B" w:rsidRPr="00125679" w:rsidRDefault="002F3D97">
      <w:pPr>
        <w:autoSpaceDE w:val="0"/>
        <w:autoSpaceDN w:val="0"/>
        <w:spacing w:before="70" w:after="0" w:line="271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Поздравление и поздравительная открытка. Понимание текста: развитие умения формулировать простые выводы на основе информации, содержащейся в тексте. Выразительное чтение текста вслух с соблюдением правильной интонации.</w:t>
      </w:r>
    </w:p>
    <w:p w14:paraId="36342164" w14:textId="77777777" w:rsidR="00115E9B" w:rsidRPr="00125679" w:rsidRDefault="002F3D97">
      <w:pPr>
        <w:autoSpaceDE w:val="0"/>
        <w:autoSpaceDN w:val="0"/>
        <w:spacing w:before="70" w:after="0" w:line="230" w:lineRule="auto"/>
        <w:ind w:left="18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Подробное изложение повествовательного текста объёмом 30—45 слов с опорой на вопросы.</w:t>
      </w:r>
    </w:p>
    <w:p w14:paraId="08F1B9FF" w14:textId="77777777" w:rsidR="00115E9B" w:rsidRPr="00125679" w:rsidRDefault="00115E9B">
      <w:pPr>
        <w:autoSpaceDE w:val="0"/>
        <w:autoSpaceDN w:val="0"/>
        <w:spacing w:after="78" w:line="220" w:lineRule="exact"/>
        <w:rPr>
          <w:rFonts w:ascii="Times New Roman" w:hAnsi="Times New Roman" w:cs="Times New Roman"/>
          <w:sz w:val="24"/>
          <w:szCs w:val="24"/>
          <w:lang w:val="ru-RU"/>
        </w:rPr>
      </w:pPr>
    </w:p>
    <w:p w14:paraId="3C7915BF" w14:textId="77777777" w:rsidR="00115E9B" w:rsidRPr="00125679" w:rsidRDefault="002F3D97" w:rsidP="00E739D2">
      <w:pPr>
        <w:autoSpaceDE w:val="0"/>
        <w:autoSpaceDN w:val="0"/>
        <w:spacing w:after="0" w:line="23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ПЛАНИРУЕМЫЕ ОБРАЗОВАТЕЛЬНЫЕ РЕЗУЛЬТАТЫ</w:t>
      </w:r>
    </w:p>
    <w:p w14:paraId="0C441D60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346" w:after="0" w:line="262" w:lineRule="auto"/>
        <w:ind w:right="72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Изучение русского языка во 2 классе направлено на достижение обучающимися личностных, метапредметных и предметных результатов освоения учебного предмета.</w:t>
      </w:r>
    </w:p>
    <w:p w14:paraId="2C27AF50" w14:textId="77777777" w:rsidR="00115E9B" w:rsidRPr="00125679" w:rsidRDefault="002F3D97" w:rsidP="00E739D2">
      <w:pPr>
        <w:autoSpaceDE w:val="0"/>
        <w:autoSpaceDN w:val="0"/>
        <w:spacing w:before="382" w:after="0" w:line="23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ЛИЧНОСТНЫЕ РЕЗУЛЬТАТЫ</w:t>
      </w:r>
    </w:p>
    <w:p w14:paraId="097D55D3" w14:textId="77777777" w:rsidR="00BB1A0C" w:rsidRDefault="002F3D97">
      <w:pPr>
        <w:tabs>
          <w:tab w:val="left" w:pos="180"/>
        </w:tabs>
        <w:autoSpaceDE w:val="0"/>
        <w:autoSpaceDN w:val="0"/>
        <w:spacing w:before="166" w:after="0" w:line="29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 результате изучения предмета «Русский язык» в начальной школе у обучающегося будут сформированы следующие личностные новообразования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гражданско-патриотического воспитания: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становление ценностного отношения к своей Родине — России, в том числе через изучение русского языка, отражающего историю и культуру страны;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осознание своей этнокультурной и российской гражданской идентичности, понимание роли русского языка как государственного языка Российской Федерации и языка межнационального общения народов России;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сопричастность к прошлому, настоящему и будущему своей страны и родного края, в том числе через обсуждение ситуаций при работе с художественными произведениями;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уважение к своему и другим народам, формируемое в том числе на основе примеров из художественных произведений;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первоначальные представления о человеке как члене об​</w:t>
      </w:r>
      <w:proofErr w:type="spellStart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щества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о правах и ответственности, уважении и достоинстве человека, о нравственно​этических нормах поведения и правилах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межличностных отношений, в том числе отражённых в художественных произведениях;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духовно-нравственного воспитания: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признание индивидуальности каждого человека с опорой на собственный жизненный и читательский опыт;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проявление сопереживания, уважения и доброжелательности, в том числе с использованием адекватных языковых средств для выражения своего состояния и чувств;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неприятие любых форм поведения, направленных на причинение физического  и  морального вреда  другим  людям (в том числе связанного с использованием недопустимых средств языка); </w:t>
      </w:r>
    </w:p>
    <w:p w14:paraId="28523740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66" w:after="0" w:line="29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эстетического воспитания: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уважительное отношение и интерес к художественной культуре, восприимчивость к разным видам искусства, традициям и творчеству своего и других народов;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стремление к самовыражению в разных видах художе</w:t>
      </w:r>
      <w:r w:rsidR="00BB1A0C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твенной деятельности, в том числе в искусстве слова; осознание важности русского языка как средства общения и самовыражения;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физического воспитания, формирования культуры здоровья и эмоционального благополучия: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соблюдение правил здорового и безопасного (для себя и других людей) образа жизни в окружающей среде (в том числе информационной) при поиске дополнительной информации в процессе языкового образования;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бережное отношение к физическому и психическому здоровью, проявляющееся в выборе приемлемых способов речевого самовыражения и соблюдении норм речевого этикета и правил общения;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трудового воспитания: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осознание ценности труда в жизни человека и общества (в том числе благодаря примерам из художественных произведений), ответственное потребление и бережное отношение к результатам труда, навыки участия в различных видах трудовой деятельности, интерес к различным профессиям, возникающий при обсуждении примеров из художественных произведений;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экологического воспитания:</w:t>
      </w:r>
    </w:p>
    <w:p w14:paraId="751E638B" w14:textId="77777777" w:rsidR="00115E9B" w:rsidRPr="00125679" w:rsidRDefault="002F3D97">
      <w:pPr>
        <w:tabs>
          <w:tab w:val="left" w:pos="180"/>
        </w:tabs>
        <w:autoSpaceDE w:val="0"/>
        <w:autoSpaceDN w:val="0"/>
        <w:spacing w:after="0" w:line="286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бережное отношение к природе, формируемое в процессе работы с текстами;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неприятие действий, приносящих ей вред;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ценности научного познания: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первоначальные представления о научной картине мира (в том числе первоначальные представления о системе языка как одной из составляющих целостной научной картины мира);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познавательные интересы, активность, инициативность, любознательность и самостоятельность в познании, в том числе познавательный интерес к изучению русского языка, активность и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самостоятельность в его познании.</w:t>
      </w:r>
    </w:p>
    <w:p w14:paraId="29DDCEC6" w14:textId="77777777" w:rsidR="00115E9B" w:rsidRPr="00125679" w:rsidRDefault="002F3D97" w:rsidP="00E739D2">
      <w:pPr>
        <w:autoSpaceDE w:val="0"/>
        <w:autoSpaceDN w:val="0"/>
        <w:spacing w:before="262" w:after="0" w:line="23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МЕТАПРЕДМЕТНЫЕ РЕЗУЛЬТАТЫ</w:t>
      </w:r>
    </w:p>
    <w:p w14:paraId="3D523E66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68" w:after="0" w:line="262" w:lineRule="auto"/>
        <w:ind w:right="864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В результате изучения предмета «Русский язык» в начальной школе у обучающегося будут сформированы следующие </w:t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познавательные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универсальные учебные действия.</w:t>
      </w:r>
    </w:p>
    <w:p w14:paraId="173098F0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70" w:after="0" w:line="288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Базовые логические действия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сравнивать различные языковые единицы (звуки, слова, предложения, тексты), устанавливать основания для сравнения языковых единиц (</w:t>
      </w:r>
      <w:proofErr w:type="spellStart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частеречная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принадлежность, грамматический признак, лексическое значение и др.); устанавливать аналогии языковых единиц;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объединять объекты (языковые единицы) по определённому признаку;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определять существенный признак для классификации языковых единиц (звуков, частей речи, предложений, текстов); классифицировать языковые единицы;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находить в языковом материале закономерности и противоречия на основе предложенного учителем алгоритма наблюдения; анализировать алгоритм действий при работе с языковыми единицами, самостоятельно выделять учебные операции при анализе языковых единиц;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выявлять недостаток информации для решения учебной и практической задачи на основе предложенного алгоритма, формулировать запрос на дополнительную информацию;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устанавливать причинно​следственные связи в ситуациях наблюдения за языковым материалом, делать выводы.</w:t>
      </w:r>
    </w:p>
    <w:p w14:paraId="3E67E669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70" w:after="0" w:line="288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Базовые исследовательские действия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 помощью учителя формулировать цель, планировать изменения языкового объекта, речевой ситуации;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сравнивать несколько вариантов выполнения задания, выбирать наиболее подходящий (на основе предложенных критериев);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проводить по предложенному плану несложное лингвистическое мини​-исследование,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выполнять по предложенному плану проектное задание;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формулировать выводы и подкреплять их доказательствами на основе результатов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проведённого наблюдения за языковым материалом (классификации, сравнения, исследования); формулировать с помощью учителя вопросы в процессе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анализа предложенного языкового материала;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прогнозировать возможное развитие процессов, событий и их последствия в аналогичных или сходных ситуациях.</w:t>
      </w:r>
    </w:p>
    <w:p w14:paraId="32FF1EF7" w14:textId="77777777" w:rsidR="0049749E" w:rsidRDefault="002F3D97">
      <w:pPr>
        <w:tabs>
          <w:tab w:val="left" w:pos="180"/>
        </w:tabs>
        <w:autoSpaceDE w:val="0"/>
        <w:autoSpaceDN w:val="0"/>
        <w:spacing w:before="70" w:after="0" w:line="286" w:lineRule="auto"/>
        <w:ind w:right="28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Работа с информацией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выбирать источник получения информации: нужный словарь для получения запрашиваемой информации, для уточнения;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согласно заданному алгоритму находить представленную в явном виде информацию в предложенном источнике: в словарях, справочниках;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распознавать достоверную и недостоверную информацию самостоятельно или на основании предложенного учителем способа её проверки (обращаясь к словарям, справочникам, учебнику);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</w:p>
    <w:p w14:paraId="0053B4E3" w14:textId="77777777" w:rsidR="00115E9B" w:rsidRPr="00125679" w:rsidRDefault="002F3D97" w:rsidP="0049749E">
      <w:pPr>
        <w:tabs>
          <w:tab w:val="left" w:pos="180"/>
        </w:tabs>
        <w:autoSpaceDE w:val="0"/>
        <w:autoSpaceDN w:val="0"/>
        <w:spacing w:before="70" w:after="0" w:line="286" w:lineRule="auto"/>
        <w:ind w:right="28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соблюдать с помощью взрослых (педагогических работников, родителей, законных</w:t>
      </w:r>
      <w:r w:rsidR="0049749E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представителей) правила информационной безопасности при поиске информации в Интернете (информации о написании и произношении слова, о значении слова, о происхождении слова, о синонимах слова);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анализировать и создавать текстовую, видео, графическую, звуковую информацию в соответствии с учебной задачей;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понимать лингвистическую информацию, зафиксированную в виде таблиц, схем; самостоятельно создавать схемы, таблицы для представления лингвистической информации.</w:t>
      </w:r>
    </w:p>
    <w:p w14:paraId="264F2310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88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К концу обучения в начальной школе у обучающегося формируются </w:t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коммуникативные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универсальные учебные действия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Общение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воспринимать и формулировать суждения, выражать эмоции в соответствии с целями и условиями общения в знакомой среде;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проявлять уважительное отношение к собеседнику, соблюдать правила ведения диалоги и дискуссии;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признавать возможность существования разных точек зрения;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корректно и аргументированно высказывать своё  мнение;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строить речевое высказывание в соответствии с поставленной задачей;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создавать устные и письменные тексты (описание, рассуждение, повествование) в соответствии с речевой ситуацией;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готовить небольшие публичные выступления о результатах парной и групповой работы, о результатах наблюдения, выполненного мини​-исследования, проектного задания;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подбирать иллюстративный материал (рисунки, фото, плакаты) к тексту выступления.</w:t>
      </w:r>
    </w:p>
    <w:p w14:paraId="4500D1F0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90" w:after="0" w:line="262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К концу обучения в начальной школе у обучающегося формируются </w:t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регулятивные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универсальные учебные действия.</w:t>
      </w:r>
    </w:p>
    <w:p w14:paraId="4B82C418" w14:textId="77777777" w:rsidR="00115E9B" w:rsidRPr="00125679" w:rsidRDefault="002F3D97">
      <w:pPr>
        <w:autoSpaceDE w:val="0"/>
        <w:autoSpaceDN w:val="0"/>
        <w:spacing w:before="70" w:after="0" w:line="271" w:lineRule="auto"/>
        <w:ind w:left="180" w:right="172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Самоорганизация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планировать действия по решению учебной задачи для получения результата;—    выстраивать последовательность выбранных действий.</w:t>
      </w:r>
    </w:p>
    <w:p w14:paraId="72A9B9BD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70" w:after="0" w:line="286" w:lineRule="auto"/>
        <w:ind w:right="144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i/>
          <w:color w:val="000000"/>
          <w:sz w:val="24"/>
          <w:szCs w:val="24"/>
          <w:lang w:val="ru-RU"/>
        </w:rPr>
        <w:t>Самоконтроль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устанавливать причины успеха/неудач учебной деятельности;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корректировать свои учебные действия для преодоления речевых и орфографических ошибок;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соотносить результат деятельности с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поставленной учебной задачей по выделению,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характеристике, использованию языковых единиц;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находить ошибку, допущенную при работе с языковым материалом, находить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орфографическую и пунктуационную ошибку;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сравнивать результаты своей деятельности и деятельности одноклассников, объективно оценивать их по предложенным критериям.</w:t>
      </w:r>
    </w:p>
    <w:p w14:paraId="74476C83" w14:textId="77777777" w:rsidR="00115E9B" w:rsidRPr="00125679" w:rsidRDefault="002F3D97">
      <w:pPr>
        <w:autoSpaceDE w:val="0"/>
        <w:autoSpaceDN w:val="0"/>
        <w:spacing w:before="262" w:after="0" w:line="23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Совместная деятельность:</w:t>
      </w:r>
    </w:p>
    <w:p w14:paraId="731ACA4F" w14:textId="77777777" w:rsidR="00115E9B" w:rsidRPr="00125679" w:rsidRDefault="002F3D97">
      <w:pPr>
        <w:tabs>
          <w:tab w:val="left" w:pos="180"/>
        </w:tabs>
        <w:autoSpaceDE w:val="0"/>
        <w:autoSpaceDN w:val="0"/>
        <w:spacing w:before="118" w:after="0" w:line="286" w:lineRule="auto"/>
        <w:ind w:right="288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учителем формата планирования, распределения промежуточных шагов и сроков;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проявлять готовность руководить, выполнять поручения, подчиняться, самостоятельно разрешать конфликты;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ответственно выполнять свою часть работы;</w:t>
      </w:r>
    </w:p>
    <w:p w14:paraId="65D0281E" w14:textId="77777777" w:rsidR="00115E9B" w:rsidRPr="00125679" w:rsidRDefault="002F3D97" w:rsidP="00125679">
      <w:pPr>
        <w:autoSpaceDE w:val="0"/>
        <w:autoSpaceDN w:val="0"/>
        <w:spacing w:after="0" w:line="240" w:lineRule="auto"/>
        <w:ind w:left="180" w:right="1584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оценивать свой вклад в общий результат;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выполнять совместные проектные задания с опорой на предложенные образцы.</w:t>
      </w:r>
    </w:p>
    <w:p w14:paraId="7D9FE4A1" w14:textId="77777777" w:rsidR="00115E9B" w:rsidRPr="00125679" w:rsidRDefault="002F3D97" w:rsidP="00125679">
      <w:pPr>
        <w:autoSpaceDE w:val="0"/>
        <w:autoSpaceDN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>ПРЕДМЕТНЫЕ РЕЗУЛЬТАТЫ</w:t>
      </w:r>
    </w:p>
    <w:p w14:paraId="7A12FD9B" w14:textId="77777777" w:rsidR="00115E9B" w:rsidRPr="00125679" w:rsidRDefault="002F3D97" w:rsidP="00125679">
      <w:pPr>
        <w:tabs>
          <w:tab w:val="left" w:pos="180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К концу обучения во </w:t>
      </w:r>
      <w:r w:rsidRPr="00125679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ru-RU"/>
        </w:rPr>
        <w:t xml:space="preserve">втором классе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обучающийся научится: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осознавать язык как основное средство общения;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характеризовать согласные звуки вне слова и в слове по заданным параметрам: согласный парный/непарный по твёрдости/мягкости; согласный парный/непарный по звонкости/глухости;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определять количество слогов в слове (в том числе при стечении согласных); делить слово на слоги;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устанавливать соотношение звукового и буквенного состава, в том числе с учётом функций букв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е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ё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ю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я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обозначать на письме мягкость согласных звуков буквой мягкий знак в середине слова;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находить однокоренные слова;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выделять в слове корень (простые случаи);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выделять в слове окончание;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выявлять в тексте случаи употребления многозначных слов, понимать их значения и уточнять значение по учебным словарям; случаи употребления синонимов и антонимов (без называния терминов);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распознавать слова,  отвечающие  на  вопросы  «кто?»,</w:t>
      </w:r>
      <w:r w:rsidR="0049749E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«что?»;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распознавать слова, отвечающие на вопросы «что делать?», «что сделать?» и др.;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распознавать слова, отвечающие на вопросы «какой?», «какая?», «какое?», «какие?»;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определять вид предложения по цели высказывания и по эмоциональной окраске;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находить место орфограммы в слове и между словами на изученные правила;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применять изученные правила правописания, в том числе: сочетания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чк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чн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чт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;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щн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, </w:t>
      </w:r>
      <w:proofErr w:type="spellStart"/>
      <w:r w:rsidRPr="00125679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/>
        </w:rPr>
        <w:t>нч</w:t>
      </w:r>
      <w:proofErr w:type="spellEnd"/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; проверяемые безударные гласные в корне слова; парные звонкие и глухие согласные в корне слова; непроверяемые гласные и согласные (перечень слов в орфографическом словаре учебника);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прописная буква в именах, отчествах, фамилиях людей, кличках животных, географических названиях; раздельное написание пред​логов с именами существительными, разделительный мягкий знак;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правильно списывать (без пропусков и искажений букв) слова и предложения, тексты объёмом не более 50 слов;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—    писать под диктовку (без пропусков и искажений букв) слова, предложения, тексты объёмом не более 45 слов с учётом изученных правил </w:t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lastRenderedPageBreak/>
        <w:t>правописания;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находить и исправлять ошибки на изученные правила, описки;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пользоваться толковым, орфографическим, орфоэпическим словарями учебника;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строить устное диалогическое и монологическое высказывание (2—4 предложения на определённую тему, по наблюдениям) с соблюдением орфоэпических норм, правильной интонации;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формулировать простые выводы на основе прочитанного (услышанного) устно и письменно (1—2 предложения);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составлять предложения из слов, устанавливая между ними смысловую связь по вопросам;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определять тему текста и озаглавливать текст, отражая его тему;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составлять текст из разрозненных предложений, частей текста;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br/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ab/>
      </w: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писать подробное изложение повествовательного текста объёмом 30—45 слов с опорой на вопросы;</w:t>
      </w:r>
    </w:p>
    <w:p w14:paraId="45980CBC" w14:textId="77777777" w:rsidR="00125679" w:rsidRPr="00125679" w:rsidRDefault="00125679" w:rsidP="0049749E">
      <w:pPr>
        <w:autoSpaceDE w:val="0"/>
        <w:autoSpaceDN w:val="0"/>
        <w:spacing w:after="0" w:line="23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—    объяснять своими словами значение изученных понятий; использовать изученные понятия.</w:t>
      </w:r>
    </w:p>
    <w:p w14:paraId="752D51A6" w14:textId="77777777" w:rsidR="00B13186" w:rsidRDefault="00B13186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66A246D6" w14:textId="77777777" w:rsidR="00125679" w:rsidRPr="00125679" w:rsidRDefault="00125679" w:rsidP="00125679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A84718E" w14:textId="77777777" w:rsidR="00DF4F1B" w:rsidRPr="00125679" w:rsidRDefault="00C7687E" w:rsidP="00125679">
      <w:pPr>
        <w:spacing w:before="80"/>
        <w:ind w:left="106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pict w14:anchorId="2C36A592">
          <v:rect id="Rectangle 5" o:spid="_x0000_s1026" style="position:absolute;left:0;text-align:left;margin-left:33.3pt;margin-top:17.65pt;width:775.65pt;height:.6pt;z-index:-251659776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" fillcolor="black" stroked="f">
            <w10:wrap type="topAndBottom" anchorx="page"/>
          </v:rect>
        </w:pict>
      </w:r>
      <w:r w:rsidR="00DF4F1B" w:rsidRPr="00125679">
        <w:rPr>
          <w:rFonts w:ascii="Times New Roman" w:hAnsi="Times New Roman" w:cs="Times New Roman"/>
          <w:b/>
          <w:sz w:val="24"/>
          <w:szCs w:val="24"/>
        </w:rPr>
        <w:t>ТЕМАТИЧЕСКОЕ</w:t>
      </w:r>
      <w:r w:rsidR="00DF4F1B" w:rsidRPr="00125679">
        <w:rPr>
          <w:rFonts w:ascii="Times New Roman" w:hAnsi="Times New Roman" w:cs="Times New Roman"/>
          <w:b/>
          <w:spacing w:val="9"/>
          <w:sz w:val="24"/>
          <w:szCs w:val="24"/>
        </w:rPr>
        <w:t xml:space="preserve"> </w:t>
      </w:r>
      <w:r w:rsidR="00DF4F1B" w:rsidRPr="00125679">
        <w:rPr>
          <w:rFonts w:ascii="Times New Roman" w:hAnsi="Times New Roman" w:cs="Times New Roman"/>
          <w:b/>
          <w:sz w:val="24"/>
          <w:szCs w:val="24"/>
        </w:rPr>
        <w:t>ПЛАНИРОВАНИЕ</w:t>
      </w:r>
    </w:p>
    <w:p w14:paraId="4605516B" w14:textId="77777777" w:rsidR="00DF4F1B" w:rsidRPr="00125679" w:rsidRDefault="00DF4F1B" w:rsidP="00DF4F1B">
      <w:pPr>
        <w:pStyle w:val="af"/>
        <w:spacing w:before="2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6"/>
        <w:gridCol w:w="200"/>
        <w:gridCol w:w="5107"/>
        <w:gridCol w:w="528"/>
        <w:gridCol w:w="1104"/>
        <w:gridCol w:w="1140"/>
        <w:gridCol w:w="804"/>
        <w:gridCol w:w="3205"/>
        <w:gridCol w:w="1068"/>
        <w:gridCol w:w="1945"/>
      </w:tblGrid>
      <w:tr w:rsidR="00DF4F1B" w:rsidRPr="00125679" w14:paraId="1D09C5AE" w14:textId="77777777" w:rsidTr="00413212">
        <w:trPr>
          <w:trHeight w:val="333"/>
        </w:trPr>
        <w:tc>
          <w:tcPr>
            <w:tcW w:w="396" w:type="dxa"/>
            <w:vMerge w:val="restart"/>
          </w:tcPr>
          <w:p w14:paraId="55114106" w14:textId="77777777" w:rsidR="00DF4F1B" w:rsidRPr="00125679" w:rsidRDefault="00DF4F1B" w:rsidP="007F7343">
            <w:pPr>
              <w:pStyle w:val="TableParagraph"/>
              <w:spacing w:before="74"/>
              <w:ind w:left="76" w:right="62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№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п/п</w:t>
            </w:r>
          </w:p>
        </w:tc>
        <w:tc>
          <w:tcPr>
            <w:tcW w:w="5307" w:type="dxa"/>
            <w:gridSpan w:val="2"/>
            <w:vMerge w:val="restart"/>
          </w:tcPr>
          <w:p w14:paraId="11F86424" w14:textId="77777777" w:rsidR="00DF4F1B" w:rsidRPr="00125679" w:rsidRDefault="00DF4F1B" w:rsidP="007F7343">
            <w:pPr>
              <w:pStyle w:val="TableParagraph"/>
              <w:spacing w:before="7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Наименование</w:t>
            </w:r>
            <w:r w:rsidRPr="00125679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разделов</w:t>
            </w:r>
            <w:r w:rsidRPr="00125679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и</w:t>
            </w:r>
            <w:r w:rsidRPr="00125679">
              <w:rPr>
                <w:b/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тем</w:t>
            </w:r>
            <w:r w:rsidRPr="00125679">
              <w:rPr>
                <w:b/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программы</w:t>
            </w:r>
          </w:p>
        </w:tc>
        <w:tc>
          <w:tcPr>
            <w:tcW w:w="2772" w:type="dxa"/>
            <w:gridSpan w:val="3"/>
          </w:tcPr>
          <w:p w14:paraId="01266E35" w14:textId="77777777" w:rsidR="00DF4F1B" w:rsidRPr="00125679" w:rsidRDefault="00DF4F1B" w:rsidP="007F7343">
            <w:pPr>
              <w:pStyle w:val="TableParagraph"/>
              <w:spacing w:before="7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b/>
                <w:spacing w:val="-1"/>
                <w:w w:val="105"/>
                <w:sz w:val="24"/>
                <w:szCs w:val="24"/>
              </w:rPr>
              <w:t>Количество</w:t>
            </w:r>
            <w:r w:rsidRPr="00125679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часов</w:t>
            </w:r>
          </w:p>
        </w:tc>
        <w:tc>
          <w:tcPr>
            <w:tcW w:w="804" w:type="dxa"/>
            <w:vMerge w:val="restart"/>
          </w:tcPr>
          <w:p w14:paraId="3A5E926A" w14:textId="77777777" w:rsidR="00DF4F1B" w:rsidRPr="00125679" w:rsidRDefault="00DF4F1B" w:rsidP="007F7343">
            <w:pPr>
              <w:pStyle w:val="TableParagraph"/>
              <w:spacing w:before="74"/>
              <w:ind w:left="78" w:right="40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Дата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изучения</w:t>
            </w:r>
          </w:p>
        </w:tc>
        <w:tc>
          <w:tcPr>
            <w:tcW w:w="3205" w:type="dxa"/>
            <w:vMerge w:val="restart"/>
          </w:tcPr>
          <w:p w14:paraId="5923B7F6" w14:textId="77777777" w:rsidR="00DF4F1B" w:rsidRPr="00125679" w:rsidRDefault="00DF4F1B" w:rsidP="007F7343">
            <w:pPr>
              <w:pStyle w:val="TableParagraph"/>
              <w:spacing w:before="74"/>
              <w:ind w:left="78"/>
              <w:rPr>
                <w:b/>
                <w:sz w:val="24"/>
                <w:szCs w:val="24"/>
              </w:rPr>
            </w:pPr>
            <w:r w:rsidRPr="00125679">
              <w:rPr>
                <w:b/>
                <w:spacing w:val="-1"/>
                <w:w w:val="105"/>
                <w:sz w:val="24"/>
                <w:szCs w:val="24"/>
              </w:rPr>
              <w:t>Виды</w:t>
            </w:r>
            <w:r w:rsidRPr="00125679">
              <w:rPr>
                <w:b/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деятельности</w:t>
            </w:r>
          </w:p>
        </w:tc>
        <w:tc>
          <w:tcPr>
            <w:tcW w:w="1068" w:type="dxa"/>
            <w:vMerge w:val="restart"/>
          </w:tcPr>
          <w:p w14:paraId="4A553A4C" w14:textId="77777777" w:rsidR="00DF4F1B" w:rsidRPr="00125679" w:rsidRDefault="00DF4F1B" w:rsidP="007F7343">
            <w:pPr>
              <w:pStyle w:val="TableParagraph"/>
              <w:spacing w:before="74"/>
              <w:ind w:left="79" w:right="284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Виды,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формы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контроля</w:t>
            </w:r>
          </w:p>
        </w:tc>
        <w:tc>
          <w:tcPr>
            <w:tcW w:w="1945" w:type="dxa"/>
            <w:vMerge w:val="restart"/>
          </w:tcPr>
          <w:p w14:paraId="42AA5EF5" w14:textId="77777777" w:rsidR="00DF4F1B" w:rsidRPr="00125679" w:rsidRDefault="00DF4F1B" w:rsidP="007F7343">
            <w:pPr>
              <w:pStyle w:val="TableParagraph"/>
              <w:spacing w:before="74"/>
              <w:ind w:left="80" w:right="612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Электронные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(цифровые)</w:t>
            </w:r>
            <w:r w:rsidRPr="00125679">
              <w:rPr>
                <w:b/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образовательные</w:t>
            </w:r>
            <w:r w:rsidRPr="00125679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ресурсы</w:t>
            </w:r>
          </w:p>
        </w:tc>
      </w:tr>
      <w:tr w:rsidR="00DF4F1B" w:rsidRPr="00125679" w14:paraId="4B7178EC" w14:textId="77777777" w:rsidTr="00413212">
        <w:trPr>
          <w:trHeight w:val="561"/>
        </w:trPr>
        <w:tc>
          <w:tcPr>
            <w:tcW w:w="396" w:type="dxa"/>
            <w:vMerge/>
            <w:tcBorders>
              <w:top w:val="nil"/>
            </w:tcBorders>
          </w:tcPr>
          <w:p w14:paraId="1AF1748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07" w:type="dxa"/>
            <w:gridSpan w:val="2"/>
            <w:vMerge/>
            <w:tcBorders>
              <w:top w:val="nil"/>
            </w:tcBorders>
          </w:tcPr>
          <w:p w14:paraId="3C107AD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28" w:type="dxa"/>
          </w:tcPr>
          <w:p w14:paraId="5F4495F7" w14:textId="77777777" w:rsidR="00DF4F1B" w:rsidRPr="00125679" w:rsidRDefault="00DF4F1B" w:rsidP="00413212">
            <w:pPr>
              <w:pStyle w:val="TableParagraph"/>
              <w:spacing w:before="7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b/>
                <w:w w:val="105"/>
                <w:sz w:val="24"/>
                <w:szCs w:val="24"/>
              </w:rPr>
              <w:t>всего</w:t>
            </w:r>
          </w:p>
        </w:tc>
        <w:tc>
          <w:tcPr>
            <w:tcW w:w="1104" w:type="dxa"/>
          </w:tcPr>
          <w:p w14:paraId="653A101A" w14:textId="77777777" w:rsidR="00DF4F1B" w:rsidRPr="00125679" w:rsidRDefault="00DF4F1B" w:rsidP="00413212">
            <w:pPr>
              <w:pStyle w:val="TableParagraph"/>
              <w:spacing w:before="74" w:line="266" w:lineRule="auto"/>
              <w:ind w:left="77" w:right="43"/>
              <w:rPr>
                <w:b/>
                <w:sz w:val="24"/>
                <w:szCs w:val="24"/>
              </w:rPr>
            </w:pPr>
            <w:r w:rsidRPr="00125679">
              <w:rPr>
                <w:b/>
                <w:spacing w:val="-1"/>
                <w:w w:val="105"/>
                <w:sz w:val="24"/>
                <w:szCs w:val="24"/>
              </w:rPr>
              <w:t>контрольные</w:t>
            </w:r>
            <w:r w:rsidRPr="00125679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1140" w:type="dxa"/>
          </w:tcPr>
          <w:p w14:paraId="7F889A72" w14:textId="77777777" w:rsidR="00DF4F1B" w:rsidRPr="00125679" w:rsidRDefault="00DF4F1B" w:rsidP="00413212">
            <w:pPr>
              <w:pStyle w:val="TableParagraph"/>
              <w:spacing w:before="74" w:line="266" w:lineRule="auto"/>
              <w:ind w:left="77" w:right="44"/>
              <w:rPr>
                <w:b/>
                <w:sz w:val="24"/>
                <w:szCs w:val="24"/>
              </w:rPr>
            </w:pPr>
            <w:r w:rsidRPr="00125679">
              <w:rPr>
                <w:b/>
                <w:spacing w:val="-1"/>
                <w:w w:val="105"/>
                <w:sz w:val="24"/>
                <w:szCs w:val="24"/>
              </w:rPr>
              <w:t>практические</w:t>
            </w:r>
            <w:r w:rsidRPr="00125679">
              <w:rPr>
                <w:b/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804" w:type="dxa"/>
            <w:vMerge/>
            <w:tcBorders>
              <w:top w:val="nil"/>
            </w:tcBorders>
          </w:tcPr>
          <w:p w14:paraId="369A01E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vMerge/>
            <w:tcBorders>
              <w:top w:val="nil"/>
            </w:tcBorders>
          </w:tcPr>
          <w:p w14:paraId="4D4893F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dxa"/>
            <w:vMerge/>
            <w:tcBorders>
              <w:top w:val="nil"/>
            </w:tcBorders>
          </w:tcPr>
          <w:p w14:paraId="74619E1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45" w:type="dxa"/>
            <w:vMerge/>
            <w:tcBorders>
              <w:top w:val="nil"/>
            </w:tcBorders>
          </w:tcPr>
          <w:p w14:paraId="5FFB6C2A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4F1B" w:rsidRPr="00E90520" w14:paraId="30A7C7BC" w14:textId="77777777" w:rsidTr="00413212">
        <w:trPr>
          <w:trHeight w:val="333"/>
        </w:trPr>
        <w:tc>
          <w:tcPr>
            <w:tcW w:w="15497" w:type="dxa"/>
            <w:gridSpan w:val="10"/>
          </w:tcPr>
          <w:p w14:paraId="5B38E4A0" w14:textId="77777777" w:rsidR="00DF4F1B" w:rsidRPr="00125679" w:rsidRDefault="00DF4F1B" w:rsidP="00413212">
            <w:pPr>
              <w:pStyle w:val="TableParagraph"/>
              <w:spacing w:before="7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1.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Общие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сведения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о</w:t>
            </w:r>
            <w:r w:rsidRPr="00125679">
              <w:rPr>
                <w:b/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языке</w:t>
            </w:r>
          </w:p>
        </w:tc>
      </w:tr>
      <w:tr w:rsidR="00DF4F1B" w:rsidRPr="00E90520" w14:paraId="2E8CEE9F" w14:textId="77777777" w:rsidTr="00E739D2">
        <w:trPr>
          <w:trHeight w:val="250"/>
        </w:trPr>
        <w:tc>
          <w:tcPr>
            <w:tcW w:w="596" w:type="dxa"/>
            <w:gridSpan w:val="2"/>
            <w:tcBorders>
              <w:bottom w:val="nil"/>
            </w:tcBorders>
          </w:tcPr>
          <w:p w14:paraId="2FA64992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1.1.</w:t>
            </w:r>
          </w:p>
        </w:tc>
        <w:tc>
          <w:tcPr>
            <w:tcW w:w="5107" w:type="dxa"/>
            <w:tcBorders>
              <w:bottom w:val="nil"/>
            </w:tcBorders>
          </w:tcPr>
          <w:p w14:paraId="19612A74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Язык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основное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средство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человеческого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явление</w:t>
            </w:r>
          </w:p>
        </w:tc>
        <w:tc>
          <w:tcPr>
            <w:tcW w:w="528" w:type="dxa"/>
            <w:tcBorders>
              <w:bottom w:val="nil"/>
            </w:tcBorders>
          </w:tcPr>
          <w:p w14:paraId="3FA65166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  <w:tcBorders>
              <w:bottom w:val="nil"/>
            </w:tcBorders>
          </w:tcPr>
          <w:p w14:paraId="6A8D84CD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  <w:tcBorders>
              <w:bottom w:val="nil"/>
            </w:tcBorders>
          </w:tcPr>
          <w:p w14:paraId="522CA901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  <w:vMerge w:val="restart"/>
          </w:tcPr>
          <w:p w14:paraId="165C60D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tcBorders>
              <w:bottom w:val="nil"/>
            </w:tcBorders>
          </w:tcPr>
          <w:p w14:paraId="70FC9510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Рассказ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тему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«Язык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средство</w:t>
            </w:r>
          </w:p>
        </w:tc>
        <w:tc>
          <w:tcPr>
            <w:tcW w:w="1068" w:type="dxa"/>
            <w:tcBorders>
              <w:bottom w:val="nil"/>
            </w:tcBorders>
          </w:tcPr>
          <w:p w14:paraId="24EF690C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7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</w:p>
        </w:tc>
        <w:tc>
          <w:tcPr>
            <w:tcW w:w="1945" w:type="dxa"/>
            <w:tcBorders>
              <w:bottom w:val="nil"/>
            </w:tcBorders>
          </w:tcPr>
          <w:p w14:paraId="0F9DA9EF" w14:textId="77777777" w:rsidR="00DF4F1B" w:rsidRPr="00125679" w:rsidRDefault="00DF4F1B" w:rsidP="00413212">
            <w:pPr>
              <w:pStyle w:val="TableParagraph"/>
              <w:spacing w:before="74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1.Сайт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«Я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иду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урок</w:t>
            </w:r>
          </w:p>
        </w:tc>
      </w:tr>
      <w:tr w:rsidR="00DF4F1B" w:rsidRPr="00125679" w14:paraId="25DE8199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6FAB177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11AFF192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национальной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культуры.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Многообразие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языкового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пространства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России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25D3308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31F87CC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24D70BA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68E6ABB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74570942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общения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людей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явление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культуры»;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4A0B317F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2A76AD2E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начальной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школы»:</w:t>
            </w:r>
          </w:p>
        </w:tc>
      </w:tr>
      <w:tr w:rsidR="00DF4F1B" w:rsidRPr="00E90520" w14:paraId="1E5E433E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641E93C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0418719F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мира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(первоначальные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представления).</w:t>
            </w: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38CB8D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741144B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55853AF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733377D5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18891460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помогает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понять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5DDF733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054556E" w14:textId="77777777" w:rsidR="00DF4F1B" w:rsidRPr="00125679" w:rsidRDefault="00C7687E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hyperlink r:id="rId9">
              <w:r w:rsidR="00DF4F1B" w:rsidRPr="00125679">
                <w:rPr>
                  <w:w w:val="105"/>
                  <w:sz w:val="24"/>
                  <w:szCs w:val="24"/>
                </w:rPr>
                <w:t>http://nsc.1september.ru/uro</w:t>
              </w:r>
            </w:hyperlink>
          </w:p>
        </w:tc>
      </w:tr>
      <w:tr w:rsidR="00DF4F1B" w:rsidRPr="00125679" w14:paraId="07B655D9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14652A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21DE96A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7347774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17B72E5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69789F5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3856BC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0847A59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историю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культуру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народа?»;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355685F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535F3D0F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k</w:t>
            </w:r>
          </w:p>
        </w:tc>
      </w:tr>
      <w:tr w:rsidR="00DF4F1B" w:rsidRPr="00125679" w14:paraId="45003BAE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790820C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47DF307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58521C1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610D862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5EE0B5E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6DAE2A30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D956F25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Коллективное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78D5B41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396A7B12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2.Электронная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версия</w:t>
            </w:r>
          </w:p>
        </w:tc>
      </w:tr>
      <w:tr w:rsidR="00DF4F1B" w:rsidRPr="00125679" w14:paraId="1780FC85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34FE496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1A52709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67B66D4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5C8C2D5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08B5356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2ACFA55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7B06AF0D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языке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основном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средстве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человеческого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4A768B9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40D71D04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журнала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«Начальная</w:t>
            </w:r>
          </w:p>
        </w:tc>
      </w:tr>
      <w:tr w:rsidR="00DF4F1B" w:rsidRPr="00125679" w14:paraId="1A662CEB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4A643A8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0226407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1082B1A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0E6FB0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38397A2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1010545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5D801339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общения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явлении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национальной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культуры;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156E637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46EA0247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школа»:</w:t>
            </w:r>
          </w:p>
        </w:tc>
      </w:tr>
      <w:tr w:rsidR="00DF4F1B" w:rsidRPr="00E90520" w14:paraId="27E02A68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5CD6060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19B1AEB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508814C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F919A3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5FD50E5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0B94C0F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64BC23B0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сформулировать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суждение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20B2143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ABE76CB" w14:textId="77777777" w:rsidR="00DF4F1B" w:rsidRPr="00125679" w:rsidRDefault="00C7687E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hyperlink r:id="rId10">
              <w:r w:rsidR="00DF4F1B" w:rsidRPr="00125679">
                <w:rPr>
                  <w:w w:val="105"/>
                  <w:sz w:val="24"/>
                  <w:szCs w:val="24"/>
                </w:rPr>
                <w:t>http://nsc.1september.ru/ind</w:t>
              </w:r>
            </w:hyperlink>
          </w:p>
        </w:tc>
      </w:tr>
      <w:tr w:rsidR="00DF4F1B" w:rsidRPr="00125679" w14:paraId="31F052D0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5DC7976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4D07DFB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421D9FF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58F44B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644CD75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72EEAFF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9E0DAB6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красоте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богатстве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русского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языка;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5233657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18C7540E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</w:tc>
      </w:tr>
      <w:tr w:rsidR="00DF4F1B" w:rsidRPr="00125679" w14:paraId="1D412102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6BA5B21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4EAE86A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1870B49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36CC213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50228B6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84ABB25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5FA5448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Обсуждение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сведений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многообразии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2F801FD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151E167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3.Социальная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сеть</w:t>
            </w:r>
          </w:p>
        </w:tc>
      </w:tr>
      <w:tr w:rsidR="00DF4F1B" w:rsidRPr="00125679" w14:paraId="250AA11A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669C157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0CF0DBA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0F27C34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37B4F5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2C9E85B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87C3BD5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3110345E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языков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Российской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Федерации;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55B5D9C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3C6FB8A0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работников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образования:</w:t>
            </w:r>
          </w:p>
        </w:tc>
      </w:tr>
      <w:tr w:rsidR="00DF4F1B" w:rsidRPr="00125679" w14:paraId="21E69E69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3D327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7691F2A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5817220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A8117E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157F871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86F16D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38CCE005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Коллективное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26BB017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F336640" w14:textId="77777777" w:rsidR="00DF4F1B" w:rsidRPr="00125679" w:rsidRDefault="00C7687E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hyperlink r:id="rId11">
              <w:r w:rsidR="00DF4F1B" w:rsidRPr="00125679">
                <w:rPr>
                  <w:w w:val="105"/>
                  <w:sz w:val="24"/>
                  <w:szCs w:val="24"/>
                </w:rPr>
                <w:t>http://nsportal.ru/nachalnaya</w:t>
              </w:r>
            </w:hyperlink>
          </w:p>
        </w:tc>
      </w:tr>
      <w:tr w:rsidR="00DF4F1B" w:rsidRPr="00125679" w14:paraId="26CE2069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757F10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73C7171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37CE0DB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76F049F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7B53776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4C198F00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0B8FDD54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многообразии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языкового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пространства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292A895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5FE31CA0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</w:p>
        </w:tc>
      </w:tr>
      <w:tr w:rsidR="00DF4F1B" w:rsidRPr="00125679" w14:paraId="2A9A47CE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4CBE206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34EDFB7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28D4DB3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8EAEF2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37E47B2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355BA3F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1AD6E160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России;</w:t>
            </w: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4090D53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0F50D223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4.Фестиваль</w:t>
            </w:r>
          </w:p>
        </w:tc>
      </w:tr>
      <w:tr w:rsidR="00DF4F1B" w:rsidRPr="00125679" w14:paraId="2B7DCBEE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7BC1816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498F196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11CE3FF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30798FE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42922CD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7CD010F8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5527EF8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781C19F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91D7E29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</w:tc>
      </w:tr>
      <w:tr w:rsidR="00DF4F1B" w:rsidRPr="00125679" w14:paraId="7BD8D088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1405258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247E85F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24E706B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4DFA539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17663E1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48680D6F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5AD82D7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32544B4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6D7B21C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</w:p>
        </w:tc>
      </w:tr>
      <w:tr w:rsidR="00DF4F1B" w:rsidRPr="00125679" w14:paraId="25A0B32D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47C4F4F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69F7198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479B097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21C5ECC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41192EA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7E1FF53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2B0F276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7F6888E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8587C2D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w w:val="105"/>
                <w:sz w:val="24"/>
                <w:szCs w:val="24"/>
              </w:rPr>
              <w:fldChar w:fldCharType="end"/>
            </w:r>
          </w:p>
        </w:tc>
      </w:tr>
      <w:tr w:rsidR="00DF4F1B" w:rsidRPr="00125679" w14:paraId="34009BA0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1067D3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10FFA0B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39C4991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4631EBA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042B7AB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13102FD4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6F078DF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0FDE0E2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54D2BF45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mber.ru</w:t>
            </w:r>
          </w:p>
        </w:tc>
      </w:tr>
      <w:tr w:rsidR="00DF4F1B" w:rsidRPr="00125679" w14:paraId="1AF466AB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165F0FA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57E790C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69A9A40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2C060E1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7F582E2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74EF49CF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1AEF7A8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703BFE9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48A271CB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</w:p>
        </w:tc>
      </w:tr>
      <w:tr w:rsidR="00DF4F1B" w:rsidRPr="00125679" w14:paraId="220EBA02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D13738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5E42FD5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4AFDFED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D278C0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41349CC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1A70224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5AE0451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68C7D69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557FC754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рабочие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программы</w:t>
            </w:r>
          </w:p>
        </w:tc>
      </w:tr>
      <w:tr w:rsidR="00DF4F1B" w:rsidRPr="00125679" w14:paraId="225784F5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2A02A60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42A9644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777958B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54DBC5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123F880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2A51A13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18A2E22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3BCA887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3E34EEB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учителям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</w:t>
            </w:r>
          </w:p>
        </w:tc>
      </w:tr>
      <w:tr w:rsidR="00DF4F1B" w:rsidRPr="00125679" w14:paraId="513D34AA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129480F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6623AAD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015ED0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2D64494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7B5BEBD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10740558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DFDB57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1928894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43272EDA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школы: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hyperlink r:id="rId12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</w:p>
        </w:tc>
      </w:tr>
      <w:tr w:rsidR="00DF4F1B" w:rsidRPr="00125679" w14:paraId="412D1F08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341A44E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6ED3633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3E92C98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204A9DC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6992E1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42D4B8E3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75C5B1E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3C4607A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659FDEA4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6.Сетевое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сообщество</w:t>
            </w:r>
          </w:p>
        </w:tc>
      </w:tr>
      <w:tr w:rsidR="00DF4F1B" w:rsidRPr="00125679" w14:paraId="52D4D1EC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7B0C4D7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2205E7F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579FC41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27339C4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01FE059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092835A4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669E7D4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69387C5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370841E5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педагогов: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hyperlink r:id="rId13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</w:p>
        </w:tc>
      </w:tr>
      <w:tr w:rsidR="00DF4F1B" w:rsidRPr="00125679" w14:paraId="0302D2EF" w14:textId="77777777" w:rsidTr="00E739D2">
        <w:trPr>
          <w:trHeight w:val="177"/>
        </w:trPr>
        <w:tc>
          <w:tcPr>
            <w:tcW w:w="596" w:type="dxa"/>
            <w:gridSpan w:val="2"/>
            <w:tcBorders>
              <w:top w:val="nil"/>
              <w:bottom w:val="nil"/>
            </w:tcBorders>
          </w:tcPr>
          <w:p w14:paraId="49861B8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  <w:bottom w:val="nil"/>
            </w:tcBorders>
          </w:tcPr>
          <w:p w14:paraId="38DA1CB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  <w:bottom w:val="nil"/>
            </w:tcBorders>
          </w:tcPr>
          <w:p w14:paraId="228CBE8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  <w:bottom w:val="nil"/>
            </w:tcBorders>
          </w:tcPr>
          <w:p w14:paraId="0C75E1F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  <w:bottom w:val="nil"/>
            </w:tcBorders>
          </w:tcPr>
          <w:p w14:paraId="2169841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67FC256A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  <w:bottom w:val="nil"/>
            </w:tcBorders>
          </w:tcPr>
          <w:p w14:paraId="4F3437E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  <w:bottom w:val="nil"/>
            </w:tcBorders>
          </w:tcPr>
          <w:p w14:paraId="2151CEC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  <w:bottom w:val="nil"/>
            </w:tcBorders>
          </w:tcPr>
          <w:p w14:paraId="5A762F56" w14:textId="77777777" w:rsidR="00DF4F1B" w:rsidRPr="00125679" w:rsidRDefault="00DF4F1B" w:rsidP="00413212">
            <w:pPr>
              <w:pStyle w:val="TableParagraph"/>
              <w:spacing w:before="1" w:line="156" w:lineRule="exact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7.Учитель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портал:</w:t>
            </w:r>
          </w:p>
        </w:tc>
      </w:tr>
      <w:tr w:rsidR="00DF4F1B" w:rsidRPr="00125679" w14:paraId="2FD08839" w14:textId="77777777" w:rsidTr="00E739D2">
        <w:trPr>
          <w:trHeight w:val="259"/>
        </w:trPr>
        <w:tc>
          <w:tcPr>
            <w:tcW w:w="596" w:type="dxa"/>
            <w:gridSpan w:val="2"/>
            <w:tcBorders>
              <w:top w:val="nil"/>
            </w:tcBorders>
          </w:tcPr>
          <w:p w14:paraId="1E62C26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107" w:type="dxa"/>
            <w:tcBorders>
              <w:top w:val="nil"/>
            </w:tcBorders>
          </w:tcPr>
          <w:p w14:paraId="4DC8263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28" w:type="dxa"/>
            <w:tcBorders>
              <w:top w:val="nil"/>
            </w:tcBorders>
          </w:tcPr>
          <w:p w14:paraId="126EB2B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04" w:type="dxa"/>
            <w:tcBorders>
              <w:top w:val="nil"/>
            </w:tcBorders>
          </w:tcPr>
          <w:p w14:paraId="3BCB132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top w:val="nil"/>
            </w:tcBorders>
          </w:tcPr>
          <w:p w14:paraId="78AAEF5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804" w:type="dxa"/>
            <w:vMerge/>
            <w:tcBorders>
              <w:top w:val="nil"/>
            </w:tcBorders>
          </w:tcPr>
          <w:p w14:paraId="50AC1E6A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05" w:type="dxa"/>
            <w:tcBorders>
              <w:top w:val="nil"/>
            </w:tcBorders>
          </w:tcPr>
          <w:p w14:paraId="7617ABA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068" w:type="dxa"/>
            <w:tcBorders>
              <w:top w:val="nil"/>
            </w:tcBorders>
          </w:tcPr>
          <w:p w14:paraId="052071F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945" w:type="dxa"/>
            <w:tcBorders>
              <w:top w:val="nil"/>
            </w:tcBorders>
          </w:tcPr>
          <w:p w14:paraId="48C10458" w14:textId="77777777" w:rsidR="00DF4F1B" w:rsidRPr="00125679" w:rsidRDefault="00C7687E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hyperlink r:id="rId14">
              <w:r w:rsidR="00DF4F1B"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43B915A3" w14:textId="77777777" w:rsidTr="00E739D2">
        <w:trPr>
          <w:trHeight w:val="5268"/>
        </w:trPr>
        <w:tc>
          <w:tcPr>
            <w:tcW w:w="596" w:type="dxa"/>
            <w:gridSpan w:val="2"/>
          </w:tcPr>
          <w:p w14:paraId="6E06CDE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1.2.</w:t>
            </w:r>
          </w:p>
        </w:tc>
        <w:tc>
          <w:tcPr>
            <w:tcW w:w="5107" w:type="dxa"/>
          </w:tcPr>
          <w:p w14:paraId="1615A635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Знакомство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различными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методами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познания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</w:t>
            </w:r>
          </w:p>
        </w:tc>
        <w:tc>
          <w:tcPr>
            <w:tcW w:w="528" w:type="dxa"/>
          </w:tcPr>
          <w:p w14:paraId="5795F4D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2EDE3DFC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1EFCC5A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236D6E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6CE044B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Диалог о том, как мы изучаем язык;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Формулирование </w:t>
            </w:r>
            <w:r w:rsidRPr="00125679">
              <w:rPr>
                <w:w w:val="105"/>
                <w:sz w:val="24"/>
                <w:szCs w:val="24"/>
              </w:rPr>
              <w:t>коллективного вывода: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методы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изучения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языка;</w:t>
            </w:r>
          </w:p>
        </w:tc>
        <w:tc>
          <w:tcPr>
            <w:tcW w:w="1068" w:type="dxa"/>
          </w:tcPr>
          <w:p w14:paraId="72B85181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43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</w:p>
        </w:tc>
        <w:tc>
          <w:tcPr>
            <w:tcW w:w="1945" w:type="dxa"/>
          </w:tcPr>
          <w:p w14:paraId="241BB0FC" w14:textId="77777777" w:rsidR="00DF4F1B" w:rsidRPr="00125679" w:rsidRDefault="00DF4F1B" w:rsidP="00DF4F1B">
            <w:pPr>
              <w:pStyle w:val="TableParagraph"/>
              <w:numPr>
                <w:ilvl w:val="0"/>
                <w:numId w:val="35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5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55617568" w14:textId="77777777" w:rsidR="00DF4F1B" w:rsidRPr="00125679" w:rsidRDefault="00DF4F1B" w:rsidP="00DF4F1B">
            <w:pPr>
              <w:pStyle w:val="TableParagraph"/>
              <w:numPr>
                <w:ilvl w:val="0"/>
                <w:numId w:val="35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6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16E20A06" w14:textId="77777777" w:rsidR="00DF4F1B" w:rsidRPr="00125679" w:rsidRDefault="00DF4F1B" w:rsidP="00DF4F1B">
            <w:pPr>
              <w:pStyle w:val="TableParagraph"/>
              <w:numPr>
                <w:ilvl w:val="0"/>
                <w:numId w:val="35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7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78A7499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44BF15A6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71AE5B71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48F6EB99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18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19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0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125679" w14:paraId="3FB5AE37" w14:textId="77777777" w:rsidTr="00413212">
        <w:trPr>
          <w:trHeight w:val="333"/>
        </w:trPr>
        <w:tc>
          <w:tcPr>
            <w:tcW w:w="5703" w:type="dxa"/>
            <w:gridSpan w:val="3"/>
          </w:tcPr>
          <w:p w14:paraId="2E7FEBE0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7C88CC29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9266" w:type="dxa"/>
            <w:gridSpan w:val="6"/>
          </w:tcPr>
          <w:p w14:paraId="270D2E4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0C136633" w14:textId="77777777" w:rsidTr="00413212">
        <w:trPr>
          <w:trHeight w:val="333"/>
        </w:trPr>
        <w:tc>
          <w:tcPr>
            <w:tcW w:w="15497" w:type="dxa"/>
            <w:gridSpan w:val="10"/>
          </w:tcPr>
          <w:p w14:paraId="37E94BF2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2.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Фонетика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и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графика</w:t>
            </w:r>
          </w:p>
        </w:tc>
      </w:tr>
    </w:tbl>
    <w:p w14:paraId="5F44597D" w14:textId="77777777" w:rsidR="00DF4F1B" w:rsidRPr="00125679" w:rsidRDefault="00DF4F1B" w:rsidP="00DF4F1B">
      <w:pPr>
        <w:rPr>
          <w:rFonts w:ascii="Times New Roman" w:hAnsi="Times New Roman" w:cs="Times New Roman"/>
          <w:sz w:val="24"/>
          <w:szCs w:val="24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6"/>
        <w:gridCol w:w="5107"/>
        <w:gridCol w:w="528"/>
        <w:gridCol w:w="1104"/>
        <w:gridCol w:w="1140"/>
        <w:gridCol w:w="804"/>
        <w:gridCol w:w="3205"/>
        <w:gridCol w:w="1068"/>
        <w:gridCol w:w="1945"/>
      </w:tblGrid>
      <w:tr w:rsidR="00DF4F1B" w:rsidRPr="00E90520" w14:paraId="7756C3FA" w14:textId="77777777" w:rsidTr="00B572D2">
        <w:trPr>
          <w:trHeight w:val="2679"/>
        </w:trPr>
        <w:tc>
          <w:tcPr>
            <w:tcW w:w="596" w:type="dxa"/>
          </w:tcPr>
          <w:p w14:paraId="5C29FBA2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2.1.</w:t>
            </w:r>
          </w:p>
        </w:tc>
        <w:tc>
          <w:tcPr>
            <w:tcW w:w="5107" w:type="dxa"/>
          </w:tcPr>
          <w:p w14:paraId="51A74CE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Повторение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изученного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1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классе: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смыслоразличительная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функция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звуков;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различение звуков и букв; различение ударных и безударных гласных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звуков, твёрдых и мягких согласных звуков, звонких и глухих согласных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звуков; шипящие согласные звуки [</w:t>
            </w:r>
            <w:r w:rsidRPr="00125679">
              <w:rPr>
                <w:b/>
                <w:w w:val="105"/>
                <w:sz w:val="24"/>
                <w:szCs w:val="24"/>
              </w:rPr>
              <w:t>ж], [ш], [ч’], [щ’]</w:t>
            </w:r>
            <w:r w:rsidRPr="00125679">
              <w:rPr>
                <w:w w:val="105"/>
                <w:sz w:val="24"/>
                <w:szCs w:val="24"/>
              </w:rPr>
              <w:t>; обозначение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письме твёрдости и мягкости согласных звуков, функции букв </w:t>
            </w:r>
            <w:r w:rsidRPr="00125679">
              <w:rPr>
                <w:b/>
                <w:w w:val="105"/>
                <w:sz w:val="24"/>
                <w:szCs w:val="24"/>
              </w:rPr>
              <w:t>е, ё, ю, я</w:t>
            </w:r>
            <w:r w:rsidRPr="00125679">
              <w:rPr>
                <w:w w:val="105"/>
                <w:sz w:val="24"/>
                <w:szCs w:val="24"/>
              </w:rPr>
              <w:t>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[й’]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[и].</w:t>
            </w:r>
          </w:p>
        </w:tc>
        <w:tc>
          <w:tcPr>
            <w:tcW w:w="528" w:type="dxa"/>
          </w:tcPr>
          <w:p w14:paraId="1A3EAFC3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71E97DE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258F7A8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0C5D74A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784FEC3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способах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обозначения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[й’];</w:t>
            </w:r>
          </w:p>
          <w:p w14:paraId="2D2544B5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таблицей: определение способа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обозначения звука [й’] в приведённых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нужную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ячейку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таблицы;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 за языковым материалом: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объяснение различий в звукобуквенном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составе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буквами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е,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ё,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ю,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после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гласных);</w:t>
            </w:r>
          </w:p>
        </w:tc>
        <w:tc>
          <w:tcPr>
            <w:tcW w:w="1068" w:type="dxa"/>
          </w:tcPr>
          <w:p w14:paraId="09C9A80D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1840BB77" w14:textId="77777777" w:rsidR="00DF4F1B" w:rsidRPr="00125679" w:rsidRDefault="00DF4F1B" w:rsidP="00DF4F1B">
            <w:pPr>
              <w:pStyle w:val="TableParagraph"/>
              <w:numPr>
                <w:ilvl w:val="0"/>
                <w:numId w:val="34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1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06647550" w14:textId="77777777" w:rsidR="00DF4F1B" w:rsidRPr="00125679" w:rsidRDefault="00DF4F1B" w:rsidP="00DF4F1B">
            <w:pPr>
              <w:pStyle w:val="TableParagraph"/>
              <w:numPr>
                <w:ilvl w:val="0"/>
                <w:numId w:val="34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2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56F53090" w14:textId="77777777" w:rsidR="00DF4F1B" w:rsidRPr="00125679" w:rsidRDefault="00DF4F1B" w:rsidP="00DF4F1B">
            <w:pPr>
              <w:pStyle w:val="TableParagraph"/>
              <w:numPr>
                <w:ilvl w:val="0"/>
                <w:numId w:val="34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3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1754EE7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304DF3A6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3988F0A9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5585569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24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</w:t>
              </w:r>
              <w:r w:rsidRPr="00125679">
                <w:rPr>
                  <w:spacing w:val="-1"/>
                  <w:w w:val="105"/>
                  <w:sz w:val="24"/>
                  <w:szCs w:val="24"/>
                </w:rPr>
                <w:lastRenderedPageBreak/>
                <w:t>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25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6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1F9B09CD" w14:textId="77777777" w:rsidTr="00B572D2">
        <w:trPr>
          <w:trHeight w:val="5207"/>
        </w:trPr>
        <w:tc>
          <w:tcPr>
            <w:tcW w:w="596" w:type="dxa"/>
          </w:tcPr>
          <w:p w14:paraId="56A93CB7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2.2.</w:t>
            </w:r>
          </w:p>
        </w:tc>
        <w:tc>
          <w:tcPr>
            <w:tcW w:w="5107" w:type="dxa"/>
          </w:tcPr>
          <w:p w14:paraId="358B0BB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Парные и непарные по твёрдости — мягкости согласные звуки. Парные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непарные по звонкости — глухости согласные звуки. Качественная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характеристика звука: гласный — согласный; гласный ударный —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безударный;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твёрдый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мягкий,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непарный;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согласный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звонкий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глухой,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парный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непарный.</w:t>
            </w:r>
          </w:p>
        </w:tc>
        <w:tc>
          <w:tcPr>
            <w:tcW w:w="528" w:type="dxa"/>
          </w:tcPr>
          <w:p w14:paraId="324DB0D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698612E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578F155B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804" w:type="dxa"/>
          </w:tcPr>
          <w:p w14:paraId="2733392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7325232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Дидактическая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игра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«Определи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его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характеристике»;</w:t>
            </w:r>
          </w:p>
          <w:p w14:paraId="72C264A9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Практическая работа, в ходе которой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необходимо дать характеристику </w:t>
            </w:r>
            <w:r w:rsidRPr="00125679">
              <w:rPr>
                <w:w w:val="105"/>
                <w:sz w:val="24"/>
                <w:szCs w:val="24"/>
              </w:rPr>
              <w:t>нескольким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звукам (гласные ударные/ безударные;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согласные твёрдые/мягкие, </w:t>
            </w:r>
            <w:r w:rsidRPr="00125679">
              <w:rPr>
                <w:w w:val="105"/>
                <w:sz w:val="24"/>
                <w:szCs w:val="24"/>
              </w:rPr>
              <w:t>звонкие/глухие);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Игра-соревнование </w:t>
            </w:r>
            <w:r w:rsidRPr="00125679">
              <w:rPr>
                <w:w w:val="105"/>
                <w:sz w:val="24"/>
                <w:szCs w:val="24"/>
              </w:rPr>
              <w:t>«Приведи пример звука»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ходе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игры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необходимо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приводить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примеры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гласных звуков, твёрдых/ мягких,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звонких/глухих согласных; парных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непарных по твёрдости — мягкости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согласных звуков; парных и непарных по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звонкости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глухости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согласных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звуков);</w:t>
            </w:r>
          </w:p>
        </w:tc>
        <w:tc>
          <w:tcPr>
            <w:tcW w:w="1068" w:type="dxa"/>
          </w:tcPr>
          <w:p w14:paraId="269C8AF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текущий.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5E8C5BBB" w14:textId="77777777" w:rsidR="00DF4F1B" w:rsidRPr="00125679" w:rsidRDefault="00DF4F1B" w:rsidP="00DF4F1B">
            <w:pPr>
              <w:pStyle w:val="TableParagraph"/>
              <w:numPr>
                <w:ilvl w:val="0"/>
                <w:numId w:val="33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7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49A7F6A4" w14:textId="77777777" w:rsidR="00DF4F1B" w:rsidRPr="00125679" w:rsidRDefault="00DF4F1B" w:rsidP="00DF4F1B">
            <w:pPr>
              <w:pStyle w:val="TableParagraph"/>
              <w:numPr>
                <w:ilvl w:val="0"/>
                <w:numId w:val="33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8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4BADC606" w14:textId="77777777" w:rsidR="00DF4F1B" w:rsidRPr="00125679" w:rsidRDefault="00DF4F1B" w:rsidP="00DF4F1B">
            <w:pPr>
              <w:pStyle w:val="TableParagraph"/>
              <w:numPr>
                <w:ilvl w:val="0"/>
                <w:numId w:val="33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29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6492A2DA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687E7AC1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57383E17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23B2DB7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lastRenderedPageBreak/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30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31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2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73E7D1C0" w14:textId="77777777" w:rsidTr="00B572D2">
        <w:trPr>
          <w:trHeight w:val="5135"/>
        </w:trPr>
        <w:tc>
          <w:tcPr>
            <w:tcW w:w="596" w:type="dxa"/>
          </w:tcPr>
          <w:p w14:paraId="19D3CA94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2.3.</w:t>
            </w:r>
          </w:p>
        </w:tc>
        <w:tc>
          <w:tcPr>
            <w:tcW w:w="5107" w:type="dxa"/>
          </w:tcPr>
          <w:p w14:paraId="6D0F3FB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b/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Функции ь: показатель мягкости предшествующего согласного в конце и 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середине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слова;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разделительный.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письме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разделительных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ъ</w:t>
            </w:r>
            <w:r w:rsidRPr="00125679">
              <w:rPr>
                <w:b/>
                <w:spacing w:val="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ь.</w:t>
            </w:r>
          </w:p>
        </w:tc>
        <w:tc>
          <w:tcPr>
            <w:tcW w:w="528" w:type="dxa"/>
          </w:tcPr>
          <w:p w14:paraId="7D0C5945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5DC9ADC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1D1C223B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5B59E5B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22CF2EE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языковым материалом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целью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определения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функций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ь: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показатель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мягкости предшествующего согласного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конце и в середине слова или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разделительный;</w:t>
            </w:r>
          </w:p>
          <w:p w14:paraId="0146D99E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Практическая работа: характеристика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функций ь (разделительный и показатель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мягкости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предшествующего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согласного)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словах;</w:t>
            </w:r>
          </w:p>
          <w:p w14:paraId="16172E62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записями на доске: обобщение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способов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обозначения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письме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мягкости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звуков;</w:t>
            </w:r>
          </w:p>
        </w:tc>
        <w:tc>
          <w:tcPr>
            <w:tcW w:w="1068" w:type="dxa"/>
          </w:tcPr>
          <w:p w14:paraId="125B30FC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4F72E82F" w14:textId="77777777" w:rsidR="00DF4F1B" w:rsidRPr="00125679" w:rsidRDefault="00DF4F1B" w:rsidP="00DF4F1B">
            <w:pPr>
              <w:pStyle w:val="TableParagraph"/>
              <w:numPr>
                <w:ilvl w:val="0"/>
                <w:numId w:val="32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3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064230DA" w14:textId="77777777" w:rsidR="00DF4F1B" w:rsidRPr="00125679" w:rsidRDefault="00DF4F1B" w:rsidP="00DF4F1B">
            <w:pPr>
              <w:pStyle w:val="TableParagraph"/>
              <w:numPr>
                <w:ilvl w:val="0"/>
                <w:numId w:val="32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4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3458C7DB" w14:textId="77777777" w:rsidR="00DF4F1B" w:rsidRPr="00125679" w:rsidRDefault="00DF4F1B" w:rsidP="00DF4F1B">
            <w:pPr>
              <w:pStyle w:val="TableParagraph"/>
              <w:numPr>
                <w:ilvl w:val="0"/>
                <w:numId w:val="32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5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4CF7D9E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5B7029DE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79032281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084FAE8B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36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37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8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4C478A34" w14:textId="77777777" w:rsidTr="00FC3E57">
        <w:trPr>
          <w:trHeight w:val="2672"/>
        </w:trPr>
        <w:tc>
          <w:tcPr>
            <w:tcW w:w="596" w:type="dxa"/>
          </w:tcPr>
          <w:p w14:paraId="1F66A8FD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2.4.</w:t>
            </w:r>
          </w:p>
        </w:tc>
        <w:tc>
          <w:tcPr>
            <w:tcW w:w="5107" w:type="dxa"/>
          </w:tcPr>
          <w:p w14:paraId="406DBDA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58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Установление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соотношения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буквенного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с</w:t>
            </w:r>
            <w:r w:rsidRPr="00125679">
              <w:rPr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буквами</w:t>
            </w:r>
            <w:r w:rsidRPr="00125679">
              <w:rPr>
                <w:spacing w:val="7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е,</w:t>
            </w:r>
            <w:r w:rsidRPr="00125679">
              <w:rPr>
                <w:b/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ё,</w:t>
            </w:r>
            <w:r w:rsidRPr="00125679">
              <w:rPr>
                <w:b/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ю,</w:t>
            </w:r>
            <w:r w:rsidRPr="00125679">
              <w:rPr>
                <w:b/>
                <w:spacing w:val="4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я</w:t>
            </w:r>
            <w:r w:rsidRPr="00125679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(в</w:t>
            </w:r>
            <w:r w:rsidRPr="00125679">
              <w:rPr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начале</w:t>
            </w:r>
            <w:r w:rsidRPr="00125679">
              <w:rPr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слова</w:t>
            </w:r>
            <w:r w:rsidRPr="00125679">
              <w:rPr>
                <w:spacing w:val="4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и</w:t>
            </w:r>
            <w:r w:rsidRPr="00125679">
              <w:rPr>
                <w:spacing w:val="3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после</w:t>
            </w:r>
            <w:r w:rsidRPr="00125679">
              <w:rPr>
                <w:spacing w:val="4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гласных).</w:t>
            </w:r>
          </w:p>
        </w:tc>
        <w:tc>
          <w:tcPr>
            <w:tcW w:w="528" w:type="dxa"/>
          </w:tcPr>
          <w:p w14:paraId="4D11EEB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4400832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62B5503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0D3BD1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3609735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языковым материалом: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объяснение различий в звукобуквенном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составе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буквами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е,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ё,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ю,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после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гласных);</w:t>
            </w:r>
          </w:p>
        </w:tc>
        <w:tc>
          <w:tcPr>
            <w:tcW w:w="1068" w:type="dxa"/>
          </w:tcPr>
          <w:p w14:paraId="239AD0F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054F269E" w14:textId="77777777" w:rsidR="00DF4F1B" w:rsidRPr="00125679" w:rsidRDefault="00DF4F1B" w:rsidP="00DF4F1B">
            <w:pPr>
              <w:pStyle w:val="TableParagraph"/>
              <w:numPr>
                <w:ilvl w:val="0"/>
                <w:numId w:val="31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39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4889262F" w14:textId="77777777" w:rsidR="00DF4F1B" w:rsidRPr="00125679" w:rsidRDefault="00DF4F1B" w:rsidP="00DF4F1B">
            <w:pPr>
              <w:pStyle w:val="TableParagraph"/>
              <w:numPr>
                <w:ilvl w:val="0"/>
                <w:numId w:val="31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0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508AA80C" w14:textId="77777777" w:rsidR="00DF4F1B" w:rsidRPr="00125679" w:rsidRDefault="00DF4F1B" w:rsidP="00DF4F1B">
            <w:pPr>
              <w:pStyle w:val="TableParagraph"/>
              <w:numPr>
                <w:ilvl w:val="0"/>
                <w:numId w:val="31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1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725DBF6E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1185CE75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554E1CC5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30B2893C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42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43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4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</w:tbl>
    <w:p w14:paraId="6F8DCAB3" w14:textId="77777777" w:rsidR="00DF4F1B" w:rsidRPr="00125679" w:rsidRDefault="00DF4F1B" w:rsidP="00DF4F1B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142"/>
        <w:gridCol w:w="5107"/>
        <w:gridCol w:w="528"/>
        <w:gridCol w:w="1104"/>
        <w:gridCol w:w="1140"/>
        <w:gridCol w:w="804"/>
        <w:gridCol w:w="3082"/>
        <w:gridCol w:w="123"/>
        <w:gridCol w:w="1068"/>
        <w:gridCol w:w="1945"/>
      </w:tblGrid>
      <w:tr w:rsidR="00DF4F1B" w:rsidRPr="00E90520" w14:paraId="1280DC17" w14:textId="77777777" w:rsidTr="00E739D2">
        <w:trPr>
          <w:trHeight w:val="2537"/>
        </w:trPr>
        <w:tc>
          <w:tcPr>
            <w:tcW w:w="596" w:type="dxa"/>
            <w:gridSpan w:val="2"/>
          </w:tcPr>
          <w:p w14:paraId="2DA61EC1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2.5.</w:t>
            </w:r>
          </w:p>
        </w:tc>
        <w:tc>
          <w:tcPr>
            <w:tcW w:w="5107" w:type="dxa"/>
          </w:tcPr>
          <w:p w14:paraId="58F690F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Деление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слоги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числе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стечении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согласных).</w:t>
            </w:r>
          </w:p>
        </w:tc>
        <w:tc>
          <w:tcPr>
            <w:tcW w:w="528" w:type="dxa"/>
          </w:tcPr>
          <w:p w14:paraId="0624AFE0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487BCAD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50206E5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0737001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640A3F93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Заполнение таблицы: группировка слов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разным соотношением количества звуков 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 (количество звуков равно количеству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букв,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количество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звуков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меньше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количества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букв, количество </w:t>
            </w:r>
            <w:r w:rsidRPr="00125679">
              <w:rPr>
                <w:w w:val="105"/>
                <w:sz w:val="24"/>
                <w:szCs w:val="24"/>
              </w:rPr>
              <w:t>звуков больше количества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букв);</w:t>
            </w:r>
          </w:p>
          <w:p w14:paraId="7835DB77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 w:right="62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 диалог, в ходе которого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актуализируется способ определения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количества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слогов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слове;</w:t>
            </w:r>
          </w:p>
        </w:tc>
        <w:tc>
          <w:tcPr>
            <w:tcW w:w="1068" w:type="dxa"/>
          </w:tcPr>
          <w:p w14:paraId="4531681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1373A1AA" w14:textId="77777777" w:rsidR="00DF4F1B" w:rsidRPr="00125679" w:rsidRDefault="00DF4F1B" w:rsidP="00DF4F1B">
            <w:pPr>
              <w:pStyle w:val="TableParagraph"/>
              <w:numPr>
                <w:ilvl w:val="0"/>
                <w:numId w:val="30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5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560D9FAB" w14:textId="77777777" w:rsidR="00DF4F1B" w:rsidRPr="00125679" w:rsidRDefault="00DF4F1B" w:rsidP="00DF4F1B">
            <w:pPr>
              <w:pStyle w:val="TableParagraph"/>
              <w:numPr>
                <w:ilvl w:val="0"/>
                <w:numId w:val="30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6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63B343B4" w14:textId="77777777" w:rsidR="00DF4F1B" w:rsidRPr="00125679" w:rsidRDefault="00DF4F1B" w:rsidP="00DF4F1B">
            <w:pPr>
              <w:pStyle w:val="TableParagraph"/>
              <w:numPr>
                <w:ilvl w:val="0"/>
                <w:numId w:val="30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47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6F392F66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7FDC422E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3FE3CEBB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217EA4B1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48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</w:t>
              </w:r>
              <w:r w:rsidRPr="00125679">
                <w:rPr>
                  <w:spacing w:val="-1"/>
                  <w:w w:val="105"/>
                  <w:sz w:val="24"/>
                  <w:szCs w:val="24"/>
                </w:rPr>
                <w:lastRenderedPageBreak/>
                <w:t>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49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0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1DC2F3C2" w14:textId="77777777" w:rsidTr="00FC3E57">
        <w:trPr>
          <w:trHeight w:val="5304"/>
        </w:trPr>
        <w:tc>
          <w:tcPr>
            <w:tcW w:w="596" w:type="dxa"/>
            <w:gridSpan w:val="2"/>
          </w:tcPr>
          <w:p w14:paraId="74882443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2.6.</w:t>
            </w:r>
          </w:p>
        </w:tc>
        <w:tc>
          <w:tcPr>
            <w:tcW w:w="5107" w:type="dxa"/>
          </w:tcPr>
          <w:p w14:paraId="25E40A3D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алфавита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словарями.</w:t>
            </w:r>
          </w:p>
        </w:tc>
        <w:tc>
          <w:tcPr>
            <w:tcW w:w="528" w:type="dxa"/>
          </w:tcPr>
          <w:p w14:paraId="38698F3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44A80EA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E46855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72772E2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61337C0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выполнение задания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систематизацию информации (записывать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алфавитном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порядке);</w:t>
            </w:r>
          </w:p>
          <w:p w14:paraId="0F2A8A0A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группах: выполнение практической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задачи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поиску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предложенного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 толковом словаре (отрабатывается в том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числе умение использовать знание алфавита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для ориентации в словаре);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Комментированное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выполнение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задания</w:t>
            </w:r>
          </w:p>
          <w:p w14:paraId="6DFE6584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 w:right="56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«Правильно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расположили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алфавиту» (отрабатывается умение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оценивать правильность </w:t>
            </w:r>
            <w:r w:rsidRPr="00125679">
              <w:rPr>
                <w:w w:val="105"/>
                <w:sz w:val="24"/>
                <w:szCs w:val="24"/>
              </w:rPr>
              <w:t>выполнения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заданий);</w:t>
            </w:r>
          </w:p>
        </w:tc>
        <w:tc>
          <w:tcPr>
            <w:tcW w:w="1068" w:type="dxa"/>
          </w:tcPr>
          <w:p w14:paraId="5389688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597BA1FD" w14:textId="77777777" w:rsidR="00DF4F1B" w:rsidRPr="00125679" w:rsidRDefault="00DF4F1B" w:rsidP="00DF4F1B">
            <w:pPr>
              <w:pStyle w:val="TableParagraph"/>
              <w:numPr>
                <w:ilvl w:val="0"/>
                <w:numId w:val="29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1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7702416C" w14:textId="77777777" w:rsidR="00DF4F1B" w:rsidRPr="00125679" w:rsidRDefault="00DF4F1B" w:rsidP="00DF4F1B">
            <w:pPr>
              <w:pStyle w:val="TableParagraph"/>
              <w:numPr>
                <w:ilvl w:val="0"/>
                <w:numId w:val="29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2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2C94B642" w14:textId="77777777" w:rsidR="00DF4F1B" w:rsidRPr="00125679" w:rsidRDefault="00DF4F1B" w:rsidP="00DF4F1B">
            <w:pPr>
              <w:pStyle w:val="TableParagraph"/>
              <w:numPr>
                <w:ilvl w:val="0"/>
                <w:numId w:val="29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3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6020DCB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67C0310B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532667A9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0363911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lastRenderedPageBreak/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54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55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6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43943E53" w14:textId="77777777" w:rsidTr="00E739D2">
        <w:trPr>
          <w:trHeight w:val="2672"/>
        </w:trPr>
        <w:tc>
          <w:tcPr>
            <w:tcW w:w="596" w:type="dxa"/>
            <w:gridSpan w:val="2"/>
          </w:tcPr>
          <w:p w14:paraId="5B0E145E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2.7.</w:t>
            </w:r>
          </w:p>
        </w:tc>
        <w:tc>
          <w:tcPr>
            <w:tcW w:w="5107" w:type="dxa"/>
          </w:tcPr>
          <w:p w14:paraId="4630518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небуквенных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графических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средств: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пробела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между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словами,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знака переноса, абзаца (красной строки), пунктуационных знаков (в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пределах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изученного)</w:t>
            </w:r>
          </w:p>
        </w:tc>
        <w:tc>
          <w:tcPr>
            <w:tcW w:w="528" w:type="dxa"/>
          </w:tcPr>
          <w:p w14:paraId="46B3CFA1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04" w:type="dxa"/>
          </w:tcPr>
          <w:p w14:paraId="7B31207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26B6576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3C4502C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3E889B1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схемой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«Звуки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русского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языка»,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характеристика звуков речи с опорой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схему;</w:t>
            </w:r>
          </w:p>
        </w:tc>
        <w:tc>
          <w:tcPr>
            <w:tcW w:w="1068" w:type="dxa"/>
          </w:tcPr>
          <w:p w14:paraId="19B33C9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0C284845" w14:textId="77777777" w:rsidR="00DF4F1B" w:rsidRPr="00125679" w:rsidRDefault="00DF4F1B" w:rsidP="00DF4F1B">
            <w:pPr>
              <w:pStyle w:val="TableParagraph"/>
              <w:numPr>
                <w:ilvl w:val="0"/>
                <w:numId w:val="28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7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006949A0" w14:textId="77777777" w:rsidR="00DF4F1B" w:rsidRPr="00125679" w:rsidRDefault="00DF4F1B" w:rsidP="00DF4F1B">
            <w:pPr>
              <w:pStyle w:val="TableParagraph"/>
              <w:numPr>
                <w:ilvl w:val="0"/>
                <w:numId w:val="28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8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623A2855" w14:textId="77777777" w:rsidR="00DF4F1B" w:rsidRPr="00125679" w:rsidRDefault="00DF4F1B" w:rsidP="00DF4F1B">
            <w:pPr>
              <w:pStyle w:val="TableParagraph"/>
              <w:numPr>
                <w:ilvl w:val="0"/>
                <w:numId w:val="28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59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6C2A4155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2C195D28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641783FF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752FBDE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60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61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2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125679" w14:paraId="3B200E41" w14:textId="77777777" w:rsidTr="00413212">
        <w:trPr>
          <w:trHeight w:val="333"/>
        </w:trPr>
        <w:tc>
          <w:tcPr>
            <w:tcW w:w="5703" w:type="dxa"/>
            <w:gridSpan w:val="3"/>
          </w:tcPr>
          <w:p w14:paraId="2927CB0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76A55D7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7</w:t>
            </w:r>
          </w:p>
        </w:tc>
        <w:tc>
          <w:tcPr>
            <w:tcW w:w="9266" w:type="dxa"/>
            <w:gridSpan w:val="7"/>
          </w:tcPr>
          <w:p w14:paraId="4100148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54833538" w14:textId="77777777" w:rsidTr="00413212">
        <w:trPr>
          <w:trHeight w:val="333"/>
        </w:trPr>
        <w:tc>
          <w:tcPr>
            <w:tcW w:w="15497" w:type="dxa"/>
            <w:gridSpan w:val="11"/>
          </w:tcPr>
          <w:p w14:paraId="57CFA895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3.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Лексика</w:t>
            </w:r>
          </w:p>
        </w:tc>
      </w:tr>
      <w:tr w:rsidR="00DF4F1B" w:rsidRPr="00E90520" w14:paraId="4FA76C81" w14:textId="77777777" w:rsidTr="00E739D2">
        <w:trPr>
          <w:trHeight w:val="2672"/>
        </w:trPr>
        <w:tc>
          <w:tcPr>
            <w:tcW w:w="454" w:type="dxa"/>
          </w:tcPr>
          <w:p w14:paraId="489D7E0F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3.1.</w:t>
            </w:r>
          </w:p>
        </w:tc>
        <w:tc>
          <w:tcPr>
            <w:tcW w:w="5249" w:type="dxa"/>
            <w:gridSpan w:val="2"/>
          </w:tcPr>
          <w:p w14:paraId="5CF9E1AF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Понимание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единства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звучания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Лексическое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(общее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представление).</w:t>
            </w:r>
          </w:p>
        </w:tc>
        <w:tc>
          <w:tcPr>
            <w:tcW w:w="528" w:type="dxa"/>
          </w:tcPr>
          <w:p w14:paraId="7953E76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22E1BC7B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9086E9C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63882BC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082" w:type="dxa"/>
          </w:tcPr>
          <w:p w14:paraId="7A04CB6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рисунками: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объяснять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с опорой на рисунок и систему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вопросов;</w:t>
            </w:r>
          </w:p>
          <w:p w14:paraId="24FC4B9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Дидактическая игра «Угадай, какое это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слово»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ходе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игры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нужно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опознавать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лексическим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значениям);</w:t>
            </w:r>
          </w:p>
          <w:p w14:paraId="7DEDC988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группах: наблюдение за значением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установление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текст;</w:t>
            </w:r>
          </w:p>
          <w:p w14:paraId="26595E25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записями на доске: нахождение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ошибок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объяснении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лексического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</w:tc>
        <w:tc>
          <w:tcPr>
            <w:tcW w:w="1191" w:type="dxa"/>
            <w:gridSpan w:val="2"/>
          </w:tcPr>
          <w:p w14:paraId="4D7D6F1B" w14:textId="77777777" w:rsidR="00DF4F1B" w:rsidRPr="00125679" w:rsidRDefault="00DF4F1B" w:rsidP="00FC3E57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601C4B74" w14:textId="77777777" w:rsidR="00DF4F1B" w:rsidRPr="00125679" w:rsidRDefault="00DF4F1B" w:rsidP="00DF4F1B">
            <w:pPr>
              <w:pStyle w:val="TableParagraph"/>
              <w:numPr>
                <w:ilvl w:val="0"/>
                <w:numId w:val="27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3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38878984" w14:textId="77777777" w:rsidR="00DF4F1B" w:rsidRPr="00125679" w:rsidRDefault="00DF4F1B" w:rsidP="00DF4F1B">
            <w:pPr>
              <w:pStyle w:val="TableParagraph"/>
              <w:numPr>
                <w:ilvl w:val="0"/>
                <w:numId w:val="27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журнала </w:t>
            </w:r>
            <w:r w:rsidRPr="00125679">
              <w:rPr>
                <w:w w:val="105"/>
                <w:sz w:val="24"/>
                <w:szCs w:val="24"/>
              </w:rPr>
              <w:lastRenderedPageBreak/>
              <w:t>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4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42B367C4" w14:textId="77777777" w:rsidR="00DF4F1B" w:rsidRPr="00125679" w:rsidRDefault="00DF4F1B" w:rsidP="00DF4F1B">
            <w:pPr>
              <w:pStyle w:val="TableParagraph"/>
              <w:numPr>
                <w:ilvl w:val="0"/>
                <w:numId w:val="27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5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77A0A9BC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699C81D6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342DE85A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603796F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66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67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8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06861D37" w14:textId="77777777" w:rsidTr="00E739D2">
        <w:trPr>
          <w:trHeight w:val="2530"/>
        </w:trPr>
        <w:tc>
          <w:tcPr>
            <w:tcW w:w="454" w:type="dxa"/>
          </w:tcPr>
          <w:p w14:paraId="64FA647B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3.2.</w:t>
            </w:r>
          </w:p>
        </w:tc>
        <w:tc>
          <w:tcPr>
            <w:tcW w:w="5249" w:type="dxa"/>
            <w:gridSpan w:val="2"/>
          </w:tcPr>
          <w:p w14:paraId="74EDB7C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Выявление слов, значение которых требует уточнения. Определение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тексту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или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уточнение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помощью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толкового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словаря.</w:t>
            </w:r>
          </w:p>
        </w:tc>
        <w:tc>
          <w:tcPr>
            <w:tcW w:w="528" w:type="dxa"/>
          </w:tcPr>
          <w:p w14:paraId="5EB0E346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30BF07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C13C3C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5D4A103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082" w:type="dxa"/>
          </w:tcPr>
          <w:p w14:paraId="7D5C076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07"/>
              <w:jc w:val="both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выписать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толкового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словаря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пяти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которые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раньше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знал(а);</w:t>
            </w:r>
          </w:p>
          <w:p w14:paraId="4E95184B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6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один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ученик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читает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из толкового словаря в учебнике,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второй отгадывает это слово, потом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меняются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ролями;</w:t>
            </w:r>
          </w:p>
          <w:p w14:paraId="48D1C44C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Творческое задание: составить кроссворд,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объяснить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помощью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рисунков,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 слов — с помощью лексического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слова;</w:t>
            </w:r>
          </w:p>
          <w:p w14:paraId="3264634A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6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толковый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словарь учебника </w:t>
            </w:r>
            <w:r w:rsidRPr="00125679">
              <w:rPr>
                <w:w w:val="105"/>
                <w:sz w:val="24"/>
                <w:szCs w:val="24"/>
              </w:rPr>
              <w:t>определить, лексические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каких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записаны;</w:t>
            </w:r>
          </w:p>
          <w:p w14:paraId="5041D2E4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6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рисунками, на которых изображены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разные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например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корень,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иголки, кисть: с опорой на рисунки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объяснить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многозначных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</w:tc>
        <w:tc>
          <w:tcPr>
            <w:tcW w:w="1191" w:type="dxa"/>
            <w:gridSpan w:val="2"/>
          </w:tcPr>
          <w:p w14:paraId="084459D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41371486" w14:textId="77777777" w:rsidR="00DF4F1B" w:rsidRPr="00125679" w:rsidRDefault="00DF4F1B" w:rsidP="00DF4F1B">
            <w:pPr>
              <w:pStyle w:val="TableParagraph"/>
              <w:numPr>
                <w:ilvl w:val="0"/>
                <w:numId w:val="26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69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791B31D7" w14:textId="77777777" w:rsidR="00DF4F1B" w:rsidRPr="00125679" w:rsidRDefault="00DF4F1B" w:rsidP="00DF4F1B">
            <w:pPr>
              <w:pStyle w:val="TableParagraph"/>
              <w:numPr>
                <w:ilvl w:val="0"/>
                <w:numId w:val="26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0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23540B27" w14:textId="77777777" w:rsidR="00DF4F1B" w:rsidRPr="00125679" w:rsidRDefault="00DF4F1B" w:rsidP="00DF4F1B">
            <w:pPr>
              <w:pStyle w:val="TableParagraph"/>
              <w:numPr>
                <w:ilvl w:val="0"/>
                <w:numId w:val="26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1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6A3CAF5B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35202E3F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2E9AE7DA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07BD5C2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72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</w:t>
              </w:r>
              <w:r w:rsidRPr="00125679">
                <w:rPr>
                  <w:spacing w:val="-1"/>
                  <w:w w:val="105"/>
                  <w:sz w:val="24"/>
                  <w:szCs w:val="24"/>
                </w:rPr>
                <w:lastRenderedPageBreak/>
                <w:t>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73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4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271CD3AA" w14:textId="77777777" w:rsidTr="00247379">
        <w:trPr>
          <w:trHeight w:val="5183"/>
        </w:trPr>
        <w:tc>
          <w:tcPr>
            <w:tcW w:w="454" w:type="dxa"/>
          </w:tcPr>
          <w:p w14:paraId="621B8BEA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3.3.</w:t>
            </w:r>
          </w:p>
        </w:tc>
        <w:tc>
          <w:tcPr>
            <w:tcW w:w="5249" w:type="dxa"/>
            <w:gridSpan w:val="2"/>
          </w:tcPr>
          <w:p w14:paraId="55D36E0B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Однозначные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многозначные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(простые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случаи,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наблюдение)</w:t>
            </w:r>
          </w:p>
        </w:tc>
        <w:tc>
          <w:tcPr>
            <w:tcW w:w="528" w:type="dxa"/>
          </w:tcPr>
          <w:p w14:paraId="2B317443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23460722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508C603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3453248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74ACF1A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сопоставление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значений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многозначного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слова;</w:t>
            </w:r>
          </w:p>
          <w:p w14:paraId="29BFB71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80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Практическая работа: составление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 с использованием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многозначных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  <w:p w14:paraId="3ADFA6FA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223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Самостоятельная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поиск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толковом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словаре учебника многозначных слов,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выписывание словарной статьи в тетрадь;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Творческая работа: подобрать примеры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 к каждому из значений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многозначного слова — можно составлять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свои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можно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искать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книгах;</w:t>
            </w:r>
          </w:p>
        </w:tc>
        <w:tc>
          <w:tcPr>
            <w:tcW w:w="1068" w:type="dxa"/>
          </w:tcPr>
          <w:p w14:paraId="3115927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23A00026" w14:textId="77777777" w:rsidR="00DF4F1B" w:rsidRPr="00125679" w:rsidRDefault="00DF4F1B" w:rsidP="00DF4F1B">
            <w:pPr>
              <w:pStyle w:val="TableParagraph"/>
              <w:numPr>
                <w:ilvl w:val="0"/>
                <w:numId w:val="25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5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4C327863" w14:textId="77777777" w:rsidR="00DF4F1B" w:rsidRPr="00125679" w:rsidRDefault="00DF4F1B" w:rsidP="00DF4F1B">
            <w:pPr>
              <w:pStyle w:val="TableParagraph"/>
              <w:numPr>
                <w:ilvl w:val="0"/>
                <w:numId w:val="25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6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47414BDA" w14:textId="77777777" w:rsidR="00DF4F1B" w:rsidRPr="00125679" w:rsidRDefault="00DF4F1B" w:rsidP="00DF4F1B">
            <w:pPr>
              <w:pStyle w:val="TableParagraph"/>
              <w:numPr>
                <w:ilvl w:val="0"/>
                <w:numId w:val="25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77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2F07B48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55A559B6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436F7D93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27313DCE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lastRenderedPageBreak/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78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79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0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E90520" w14:paraId="53001F2D" w14:textId="77777777" w:rsidTr="00247379">
        <w:trPr>
          <w:trHeight w:val="5268"/>
        </w:trPr>
        <w:tc>
          <w:tcPr>
            <w:tcW w:w="454" w:type="dxa"/>
          </w:tcPr>
          <w:p w14:paraId="17F0F3B5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3.4.</w:t>
            </w:r>
          </w:p>
        </w:tc>
        <w:tc>
          <w:tcPr>
            <w:tcW w:w="5249" w:type="dxa"/>
            <w:gridSpan w:val="2"/>
          </w:tcPr>
          <w:p w14:paraId="11C21D2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использованием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синонимов,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антонимов</w:t>
            </w:r>
          </w:p>
        </w:tc>
        <w:tc>
          <w:tcPr>
            <w:tcW w:w="528" w:type="dxa"/>
          </w:tcPr>
          <w:p w14:paraId="5EE5360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1A57D5F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6B70EA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27BA454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2FFFC2F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6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словами, имеющими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противоположное значение (антонимами).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 лексического значения слов —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антонимов;</w:t>
            </w:r>
          </w:p>
          <w:p w14:paraId="01E7CE09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 w:right="69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 xml:space="preserve">Дидактическая </w:t>
            </w:r>
            <w:r w:rsidRPr="00125679">
              <w:rPr>
                <w:w w:val="105"/>
                <w:sz w:val="24"/>
                <w:szCs w:val="24"/>
              </w:rPr>
              <w:t>игра «Назови слово,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противоположное по значению»;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антонимов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предложенным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словам;</w:t>
            </w:r>
          </w:p>
          <w:p w14:paraId="34D7E13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поиск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текстах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антонимов;</w:t>
            </w:r>
          </w:p>
          <w:p w14:paraId="58E90DA5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 xml:space="preserve">Работа в группах: анализ </w:t>
            </w:r>
            <w:r w:rsidRPr="00125679">
              <w:rPr>
                <w:w w:val="105"/>
                <w:sz w:val="24"/>
                <w:szCs w:val="24"/>
              </w:rPr>
              <w:lastRenderedPageBreak/>
              <w:t>уместности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использования слов в предложениях,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находить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случаи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неудачного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выбора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слова;</w:t>
            </w:r>
          </w:p>
        </w:tc>
        <w:tc>
          <w:tcPr>
            <w:tcW w:w="1068" w:type="dxa"/>
          </w:tcPr>
          <w:p w14:paraId="7FBD690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20731593" w14:textId="77777777" w:rsidR="00DF4F1B" w:rsidRPr="00125679" w:rsidRDefault="00DF4F1B" w:rsidP="00DF4F1B">
            <w:pPr>
              <w:pStyle w:val="TableParagraph"/>
              <w:numPr>
                <w:ilvl w:val="0"/>
                <w:numId w:val="24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1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7A0F6EC2" w14:textId="77777777" w:rsidR="00DF4F1B" w:rsidRPr="00125679" w:rsidRDefault="00DF4F1B" w:rsidP="00DF4F1B">
            <w:pPr>
              <w:pStyle w:val="TableParagraph"/>
              <w:numPr>
                <w:ilvl w:val="0"/>
                <w:numId w:val="24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2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  <w:p w14:paraId="3D18F7D2" w14:textId="77777777" w:rsidR="00DF4F1B" w:rsidRPr="00125679" w:rsidRDefault="00DF4F1B" w:rsidP="00DF4F1B">
            <w:pPr>
              <w:pStyle w:val="TableParagraph"/>
              <w:numPr>
                <w:ilvl w:val="0"/>
                <w:numId w:val="24"/>
              </w:numPr>
              <w:tabs>
                <w:tab w:val="left" w:pos="199"/>
              </w:tabs>
              <w:spacing w:before="3" w:line="266" w:lineRule="auto"/>
              <w:ind w:right="5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3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01E80A23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3DD981D5" w14:textId="77777777" w:rsidR="00DF4F1B" w:rsidRPr="00125679" w:rsidRDefault="00DF4F1B" w:rsidP="00413212">
            <w:pPr>
              <w:pStyle w:val="TableParagraph"/>
              <w:spacing w:before="1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5C56AD29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043DD424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школы: </w:t>
            </w:r>
            <w:hyperlink r:id="rId84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6.Сетевое сообщество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педагогов: </w:t>
            </w:r>
            <w:hyperlink r:id="rId85">
              <w:r w:rsidRPr="00125679">
                <w:rPr>
                  <w:spacing w:val="-1"/>
                  <w:w w:val="105"/>
                  <w:sz w:val="24"/>
                  <w:szCs w:val="24"/>
                </w:rPr>
                <w:t>http://rusedu.net</w:t>
              </w:r>
            </w:hyperlink>
            <w:r w:rsidRPr="00125679">
              <w:rPr>
                <w:w w:val="105"/>
                <w:sz w:val="24"/>
                <w:szCs w:val="24"/>
              </w:rPr>
              <w:t xml:space="preserve"> 7.Учитель портал: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6">
              <w:r w:rsidRPr="00125679">
                <w:rPr>
                  <w:w w:val="105"/>
                  <w:sz w:val="24"/>
                  <w:szCs w:val="24"/>
                </w:rPr>
                <w:t>http://www.uchportal.ru</w:t>
              </w:r>
            </w:hyperlink>
          </w:p>
        </w:tc>
      </w:tr>
      <w:tr w:rsidR="00DF4F1B" w:rsidRPr="00125679" w14:paraId="7FA6328A" w14:textId="77777777" w:rsidTr="00413212">
        <w:trPr>
          <w:trHeight w:val="333"/>
        </w:trPr>
        <w:tc>
          <w:tcPr>
            <w:tcW w:w="5703" w:type="dxa"/>
            <w:gridSpan w:val="3"/>
          </w:tcPr>
          <w:p w14:paraId="46B8E0BB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3D92488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10</w:t>
            </w:r>
          </w:p>
        </w:tc>
        <w:tc>
          <w:tcPr>
            <w:tcW w:w="9266" w:type="dxa"/>
            <w:gridSpan w:val="7"/>
          </w:tcPr>
          <w:p w14:paraId="2FF5B17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2FA57798" w14:textId="77777777" w:rsidTr="00413212">
        <w:trPr>
          <w:trHeight w:val="333"/>
        </w:trPr>
        <w:tc>
          <w:tcPr>
            <w:tcW w:w="15497" w:type="dxa"/>
            <w:gridSpan w:val="11"/>
          </w:tcPr>
          <w:p w14:paraId="25EDD231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>Состав</w:t>
            </w:r>
            <w:r w:rsidRPr="00125679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слова</w:t>
            </w:r>
            <w:r w:rsidRPr="00125679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(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морфемика</w:t>
            </w:r>
            <w:proofErr w:type="spellEnd"/>
            <w:r w:rsidRPr="00125679">
              <w:rPr>
                <w:b/>
                <w:w w:val="105"/>
                <w:sz w:val="24"/>
                <w:szCs w:val="24"/>
              </w:rPr>
              <w:t>)</w:t>
            </w:r>
          </w:p>
        </w:tc>
      </w:tr>
      <w:tr w:rsidR="00DF4F1B" w:rsidRPr="00E90520" w14:paraId="3B6278E7" w14:textId="77777777" w:rsidTr="009C01A2">
        <w:trPr>
          <w:trHeight w:val="404"/>
        </w:trPr>
        <w:tc>
          <w:tcPr>
            <w:tcW w:w="454" w:type="dxa"/>
          </w:tcPr>
          <w:p w14:paraId="79E9DB3B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4.1.</w:t>
            </w:r>
          </w:p>
        </w:tc>
        <w:tc>
          <w:tcPr>
            <w:tcW w:w="5249" w:type="dxa"/>
            <w:gridSpan w:val="2"/>
          </w:tcPr>
          <w:p w14:paraId="1B8C5E8C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Корень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обязательная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Однокоренные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(родственные)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слова.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Признаки однокоренных (родственных) слов. Различение однокоренных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 и синонимов, однокоренных слов и слов с омонимичными корнями.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корня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(простые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случаи)</w:t>
            </w:r>
          </w:p>
        </w:tc>
        <w:tc>
          <w:tcPr>
            <w:tcW w:w="528" w:type="dxa"/>
          </w:tcPr>
          <w:p w14:paraId="7313DAED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4</w:t>
            </w:r>
          </w:p>
        </w:tc>
        <w:tc>
          <w:tcPr>
            <w:tcW w:w="1104" w:type="dxa"/>
          </w:tcPr>
          <w:p w14:paraId="5BC2AD88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568828E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4096E2D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778A1F29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85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языковым материалом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рисунками: сопоставление значений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нескольких родственных слов с опорой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собственный речевой опыт и рисунки,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высказывание предположений о сходстве </w:t>
            </w:r>
            <w:r w:rsidRPr="00125679">
              <w:rPr>
                <w:w w:val="105"/>
                <w:sz w:val="24"/>
                <w:szCs w:val="24"/>
              </w:rPr>
              <w:lastRenderedPageBreak/>
              <w:t>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различии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значениях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выявление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 помощью которого можно объяснить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 всех родственных слов;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Объяснение учителем приёма развёрнутого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толкования слова как способа определения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связи значений родственных слов. Работа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понятиями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«корень»,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«однокоренные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слова»: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 предложенных в учебнике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определений;</w:t>
            </w:r>
          </w:p>
          <w:p w14:paraId="08DA50CC" w14:textId="77777777" w:rsidR="00DF4F1B" w:rsidRPr="00125679" w:rsidRDefault="00DF4F1B" w:rsidP="00413212">
            <w:pPr>
              <w:pStyle w:val="TableParagraph"/>
              <w:spacing w:before="9" w:line="266" w:lineRule="auto"/>
              <w:ind w:left="78" w:right="733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Совместное составление алгоритма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выделения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корня;</w:t>
            </w:r>
          </w:p>
          <w:p w14:paraId="3A5A60FA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составленного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алгоритма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решении практических задач по выделению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корня;</w:t>
            </w:r>
          </w:p>
          <w:p w14:paraId="38471982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Самостоятельная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находить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среди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предложенного набора слов слова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заданным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корнем;</w:t>
            </w:r>
          </w:p>
        </w:tc>
        <w:tc>
          <w:tcPr>
            <w:tcW w:w="1068" w:type="dxa"/>
          </w:tcPr>
          <w:p w14:paraId="1AAA5D0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</w:p>
        </w:tc>
        <w:tc>
          <w:tcPr>
            <w:tcW w:w="1945" w:type="dxa"/>
          </w:tcPr>
          <w:p w14:paraId="14BFB65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5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7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19C3684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788312A6" w14:textId="77777777" w:rsidR="00DF4F1B" w:rsidRPr="00125679" w:rsidRDefault="00DF4F1B" w:rsidP="00413212">
            <w:pPr>
              <w:pStyle w:val="TableParagraph"/>
              <w:spacing w:before="2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lastRenderedPageBreak/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576F5B5F" w14:textId="77777777" w:rsidR="00DF4F1B" w:rsidRPr="00125679" w:rsidRDefault="00DF4F1B" w:rsidP="00413212">
            <w:pPr>
              <w:pStyle w:val="TableParagraph"/>
              <w:spacing w:before="19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66112918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школы: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hyperlink r:id="rId88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</w:p>
        </w:tc>
      </w:tr>
      <w:tr w:rsidR="00DF4F1B" w:rsidRPr="00E90520" w14:paraId="1B31EA6E" w14:textId="77777777" w:rsidTr="00247379">
        <w:trPr>
          <w:trHeight w:val="3791"/>
        </w:trPr>
        <w:tc>
          <w:tcPr>
            <w:tcW w:w="454" w:type="dxa"/>
          </w:tcPr>
          <w:p w14:paraId="4BC50112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4.2.</w:t>
            </w:r>
          </w:p>
        </w:tc>
        <w:tc>
          <w:tcPr>
            <w:tcW w:w="5249" w:type="dxa"/>
            <w:gridSpan w:val="2"/>
          </w:tcPr>
          <w:p w14:paraId="5FC6F07F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Окончание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изменяемая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Изменение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формы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помощью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окончания.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Различение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изменяемых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неизменяемых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</w:p>
        </w:tc>
        <w:tc>
          <w:tcPr>
            <w:tcW w:w="528" w:type="dxa"/>
          </w:tcPr>
          <w:p w14:paraId="6E05139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53CEB2A5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BA855C2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43EEC9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  <w:gridSpan w:val="2"/>
          </w:tcPr>
          <w:p w14:paraId="3AC613E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изменением формы слова;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 с текстом, в котором встречаются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формы одного и того же слова: поиск форм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сравнение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выявление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той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части, которой различаются формы слова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(изменяемой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слова);</w:t>
            </w:r>
          </w:p>
          <w:p w14:paraId="5BF6F164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понятием «окончание»: анализ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предложенного в учебнике определения;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Учебный диалог «Как различать разные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и формы одного и того же слова?»;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Практическая работа: изменение слова по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предложенному в учебнике образцу,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нахождение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формах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того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окончания;</w:t>
            </w:r>
          </w:p>
          <w:p w14:paraId="2B976D0F" w14:textId="77777777" w:rsidR="00DF4F1B" w:rsidRPr="00125679" w:rsidRDefault="00DF4F1B" w:rsidP="00413212">
            <w:pPr>
              <w:pStyle w:val="TableParagraph"/>
              <w:spacing w:before="5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группе: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выполнение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задания</w:t>
            </w:r>
          </w:p>
          <w:p w14:paraId="6B3FA938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78" w:right="21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«Помоги сверстнику из другой страны,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начавшему учить русский язык, исправить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ошибки»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(ошибки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связаны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тем,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что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стоят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форме);</w:t>
            </w:r>
          </w:p>
        </w:tc>
        <w:tc>
          <w:tcPr>
            <w:tcW w:w="1068" w:type="dxa"/>
          </w:tcPr>
          <w:p w14:paraId="044BC23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69661E47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5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89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0DA47E63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7A91415A" w14:textId="77777777" w:rsidR="00DF4F1B" w:rsidRPr="00125679" w:rsidRDefault="00DF4F1B" w:rsidP="00413212">
            <w:pPr>
              <w:pStyle w:val="TableParagraph"/>
              <w:spacing w:before="2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31850C09" w14:textId="77777777" w:rsidR="00DF4F1B" w:rsidRPr="00125679" w:rsidRDefault="00DF4F1B" w:rsidP="00413212">
            <w:pPr>
              <w:pStyle w:val="TableParagraph"/>
              <w:spacing w:before="19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582B964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школы: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hyperlink r:id="rId90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</w:p>
        </w:tc>
      </w:tr>
    </w:tbl>
    <w:p w14:paraId="64FB4B5C" w14:textId="77777777" w:rsidR="00DF4F1B" w:rsidRPr="00125679" w:rsidRDefault="00DF4F1B" w:rsidP="00DF4F1B">
      <w:pPr>
        <w:spacing w:line="266" w:lineRule="auto"/>
        <w:rPr>
          <w:rFonts w:ascii="Times New Roman" w:hAnsi="Times New Roman" w:cs="Times New Roman"/>
          <w:sz w:val="24"/>
          <w:szCs w:val="24"/>
          <w:lang w:val="ru-RU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5249"/>
        <w:gridCol w:w="528"/>
        <w:gridCol w:w="1104"/>
        <w:gridCol w:w="1140"/>
        <w:gridCol w:w="804"/>
        <w:gridCol w:w="3205"/>
        <w:gridCol w:w="1068"/>
        <w:gridCol w:w="1945"/>
      </w:tblGrid>
      <w:tr w:rsidR="00DF4F1B" w:rsidRPr="00E90520" w14:paraId="4F395636" w14:textId="77777777" w:rsidTr="00E739D2">
        <w:trPr>
          <w:trHeight w:val="1680"/>
        </w:trPr>
        <w:tc>
          <w:tcPr>
            <w:tcW w:w="454" w:type="dxa"/>
          </w:tcPr>
          <w:p w14:paraId="1786FA9E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4.3.</w:t>
            </w:r>
          </w:p>
        </w:tc>
        <w:tc>
          <w:tcPr>
            <w:tcW w:w="5249" w:type="dxa"/>
          </w:tcPr>
          <w:p w14:paraId="30492BF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Суффикс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(наблюдение).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Приставка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часть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(наблюдение)</w:t>
            </w:r>
          </w:p>
        </w:tc>
        <w:tc>
          <w:tcPr>
            <w:tcW w:w="528" w:type="dxa"/>
          </w:tcPr>
          <w:p w14:paraId="022918F3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7DAED0C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368D6753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9C1A8B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4571DB2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записями на доске: сопоставление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однокоренных слов и выявление различий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между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ними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буквенной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(среди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родственных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есть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несколько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суффиксами,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например,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это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может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быть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ряд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гора, горка, горочка, горный, гористый);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 за образованием слов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помощью суффиксов, </w:t>
            </w:r>
            <w:r w:rsidRPr="00125679">
              <w:rPr>
                <w:w w:val="105"/>
                <w:sz w:val="24"/>
                <w:szCs w:val="24"/>
              </w:rPr>
              <w:t>выделение суффиксов,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 помощью которых образованы слова,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высказывание предположений о значении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суффиксов;</w:t>
            </w:r>
          </w:p>
          <w:p w14:paraId="3BF1583C" w14:textId="77777777" w:rsidR="00DF4F1B" w:rsidRPr="00125679" w:rsidRDefault="00DF4F1B" w:rsidP="00413212">
            <w:pPr>
              <w:pStyle w:val="TableParagraph"/>
              <w:spacing w:before="7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группах: поиск среди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предложенного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одинаковыми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суффиксами;</w:t>
            </w:r>
          </w:p>
          <w:p w14:paraId="34D2D34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8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Дифференцированное задание: наблюдение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синонимией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суффиксов;</w:t>
            </w:r>
          </w:p>
          <w:p w14:paraId="17014B8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образованием слов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помощью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приставок,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приставок,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помощью которых образованы слова,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высказывание предположений о значении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приставок;</w:t>
            </w:r>
          </w:p>
          <w:p w14:paraId="27BC2F80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таблицей: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примеров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указанными в таблице суффиксами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приставками;</w:t>
            </w:r>
          </w:p>
        </w:tc>
        <w:tc>
          <w:tcPr>
            <w:tcW w:w="1068" w:type="dxa"/>
          </w:tcPr>
          <w:p w14:paraId="7976FBB7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64A3A0D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5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3.Социальная сеть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работников образования: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1">
              <w:r w:rsidRPr="00125679">
                <w:rPr>
                  <w:spacing w:val="-1"/>
                  <w:w w:val="105"/>
                  <w:sz w:val="24"/>
                  <w:szCs w:val="24"/>
                </w:rPr>
                <w:t>http://nsportal.ru/nachalnaya</w:t>
              </w:r>
            </w:hyperlink>
          </w:p>
          <w:p w14:paraId="745EB152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101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shkola</w:t>
            </w:r>
            <w:proofErr w:type="spellEnd"/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4.Фестиваль</w:t>
            </w:r>
          </w:p>
          <w:p w14:paraId="6FC586BB" w14:textId="77777777" w:rsidR="00DF4F1B" w:rsidRPr="00125679" w:rsidRDefault="00DF4F1B" w:rsidP="00413212">
            <w:pPr>
              <w:pStyle w:val="TableParagraph"/>
              <w:spacing w:before="2"/>
              <w:ind w:left="8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педагогических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идей</w:t>
            </w:r>
          </w:p>
          <w:p w14:paraId="07CE9C2A" w14:textId="77777777" w:rsidR="00DF4F1B" w:rsidRPr="00125679" w:rsidRDefault="00DF4F1B" w:rsidP="00413212">
            <w:pPr>
              <w:pStyle w:val="TableParagraph"/>
              <w:spacing w:before="19" w:line="266" w:lineRule="auto"/>
              <w:ind w:left="80" w:right="14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«Открытый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урок»:</w:t>
            </w:r>
            <w:proofErr w:type="spellStart"/>
            <w:r w:rsidR="005551CC" w:rsidRPr="00125679">
              <w:rPr>
                <w:sz w:val="24"/>
                <w:szCs w:val="24"/>
              </w:rPr>
              <w:fldChar w:fldCharType="begin"/>
            </w:r>
            <w:r w:rsidR="00DA2D2F" w:rsidRPr="00125679">
              <w:rPr>
                <w:sz w:val="24"/>
                <w:szCs w:val="24"/>
              </w:rPr>
              <w:instrText xml:space="preserve"> HYPERLINK "http://festival.1septe/" \h </w:instrText>
            </w:r>
            <w:r w:rsidR="005551CC" w:rsidRPr="00125679">
              <w:rPr>
                <w:sz w:val="24"/>
                <w:szCs w:val="24"/>
              </w:rPr>
              <w:fldChar w:fldCharType="separate"/>
            </w:r>
            <w:r w:rsidRPr="00125679">
              <w:rPr>
                <w:spacing w:val="-1"/>
                <w:w w:val="105"/>
                <w:sz w:val="24"/>
                <w:szCs w:val="24"/>
              </w:rPr>
              <w:t>http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://festival.1septe</w:t>
            </w:r>
            <w:r w:rsidR="005551CC" w:rsidRPr="00125679">
              <w:rPr>
                <w:spacing w:val="-1"/>
                <w:w w:val="105"/>
                <w:sz w:val="24"/>
                <w:szCs w:val="24"/>
              </w:rPr>
              <w:fldChar w:fldCharType="end"/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mber.ru</w:t>
            </w:r>
          </w:p>
          <w:p w14:paraId="1C499DD9" w14:textId="77777777" w:rsidR="00DF4F1B" w:rsidRPr="00125679" w:rsidRDefault="00DF4F1B" w:rsidP="00413212">
            <w:pPr>
              <w:pStyle w:val="TableParagraph"/>
              <w:spacing w:before="2" w:line="266" w:lineRule="auto"/>
              <w:ind w:left="80" w:right="5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5.Методические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пособия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рабочие программы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учителям начальной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школы: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hyperlink r:id="rId92">
              <w:r w:rsidRPr="00125679">
                <w:rPr>
                  <w:spacing w:val="-1"/>
                  <w:w w:val="105"/>
                  <w:sz w:val="24"/>
                  <w:szCs w:val="24"/>
                </w:rPr>
                <w:t>http://nachalka.com</w:t>
              </w:r>
            </w:hyperlink>
          </w:p>
        </w:tc>
      </w:tr>
      <w:tr w:rsidR="00DF4F1B" w:rsidRPr="00125679" w14:paraId="4A042125" w14:textId="77777777" w:rsidTr="00413212">
        <w:trPr>
          <w:trHeight w:val="333"/>
        </w:trPr>
        <w:tc>
          <w:tcPr>
            <w:tcW w:w="5703" w:type="dxa"/>
            <w:gridSpan w:val="2"/>
          </w:tcPr>
          <w:p w14:paraId="65AD414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42AE8E65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14</w:t>
            </w:r>
          </w:p>
        </w:tc>
        <w:tc>
          <w:tcPr>
            <w:tcW w:w="9266" w:type="dxa"/>
            <w:gridSpan w:val="6"/>
          </w:tcPr>
          <w:p w14:paraId="3D99A2B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7323040D" w14:textId="77777777" w:rsidTr="00413212">
        <w:trPr>
          <w:trHeight w:val="333"/>
        </w:trPr>
        <w:tc>
          <w:tcPr>
            <w:tcW w:w="15497" w:type="dxa"/>
            <w:gridSpan w:val="9"/>
          </w:tcPr>
          <w:p w14:paraId="1B785A0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5.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Морфология</w:t>
            </w:r>
          </w:p>
        </w:tc>
      </w:tr>
      <w:tr w:rsidR="00DF4F1B" w:rsidRPr="00E90520" w14:paraId="7BC4B925" w14:textId="77777777" w:rsidTr="009C01A2">
        <w:trPr>
          <w:trHeight w:val="404"/>
        </w:trPr>
        <w:tc>
          <w:tcPr>
            <w:tcW w:w="454" w:type="dxa"/>
          </w:tcPr>
          <w:p w14:paraId="215F5F6F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5.1.</w:t>
            </w:r>
          </w:p>
        </w:tc>
        <w:tc>
          <w:tcPr>
            <w:tcW w:w="5249" w:type="dxa"/>
          </w:tcPr>
          <w:p w14:paraId="62DCF0C6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Имя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существительное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(ознакомление):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(«кто?»,</w:t>
            </w:r>
          </w:p>
          <w:p w14:paraId="510DD8C2" w14:textId="77777777" w:rsidR="00DF4F1B" w:rsidRPr="00125679" w:rsidRDefault="00DF4F1B" w:rsidP="00413212">
            <w:pPr>
              <w:pStyle w:val="TableParagraph"/>
              <w:spacing w:before="20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«что?»),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употребление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речи</w:t>
            </w:r>
          </w:p>
        </w:tc>
        <w:tc>
          <w:tcPr>
            <w:tcW w:w="528" w:type="dxa"/>
          </w:tcPr>
          <w:p w14:paraId="1B417BD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3A38E07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3308FF24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7B30D8D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1BFBF5B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предложенным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набором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слов: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что обозначают, на какой вопрос отвечают,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введение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понятия</w:t>
            </w:r>
          </w:p>
          <w:p w14:paraId="2C0D60B1" w14:textId="77777777" w:rsidR="00DF4F1B" w:rsidRPr="00125679" w:rsidRDefault="00DF4F1B" w:rsidP="00413212">
            <w:pPr>
              <w:pStyle w:val="TableParagraph"/>
              <w:spacing w:before="2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«имя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существительное»;</w:t>
            </w:r>
          </w:p>
          <w:p w14:paraId="18433487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78" w:right="604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распределение имён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существительных на две группы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зависимости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того,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отвечают:</w:t>
            </w:r>
            <w:r w:rsidR="00E739D2">
              <w:rPr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«что?»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или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«кто?»;</w:t>
            </w:r>
          </w:p>
          <w:p w14:paraId="6542EACB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лексическим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имён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существительных;</w:t>
            </w:r>
          </w:p>
          <w:p w14:paraId="53366016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38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Упражнение: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находить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заданным основаниям </w:t>
            </w:r>
            <w:r w:rsidRPr="00125679">
              <w:rPr>
                <w:w w:val="105"/>
                <w:sz w:val="24"/>
                <w:szCs w:val="24"/>
              </w:rPr>
              <w:t>(например, слова,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называющие явления природы, черты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характера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т.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д.);</w:t>
            </w:r>
          </w:p>
          <w:p w14:paraId="68110CD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28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Дифференцированное задание: выявление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общего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признака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группы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слов;</w:t>
            </w:r>
          </w:p>
        </w:tc>
        <w:tc>
          <w:tcPr>
            <w:tcW w:w="1068" w:type="dxa"/>
          </w:tcPr>
          <w:p w14:paraId="7127C1E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1D4643D6" w14:textId="77777777" w:rsidR="00DF4F1B" w:rsidRPr="00125679" w:rsidRDefault="00DF4F1B" w:rsidP="00DF4F1B">
            <w:pPr>
              <w:pStyle w:val="TableParagraph"/>
              <w:numPr>
                <w:ilvl w:val="0"/>
                <w:numId w:val="23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3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2BA533E6" w14:textId="77777777" w:rsidR="00DF4F1B" w:rsidRPr="00125679" w:rsidRDefault="00DF4F1B" w:rsidP="00DF4F1B">
            <w:pPr>
              <w:pStyle w:val="TableParagraph"/>
              <w:numPr>
                <w:ilvl w:val="0"/>
                <w:numId w:val="23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4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</w:tc>
      </w:tr>
      <w:tr w:rsidR="00DF4F1B" w:rsidRPr="00E90520" w14:paraId="3ED8ACB5" w14:textId="77777777" w:rsidTr="009C01A2">
        <w:trPr>
          <w:trHeight w:val="3214"/>
        </w:trPr>
        <w:tc>
          <w:tcPr>
            <w:tcW w:w="454" w:type="dxa"/>
          </w:tcPr>
          <w:p w14:paraId="44FFC24B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5.2.</w:t>
            </w:r>
          </w:p>
        </w:tc>
        <w:tc>
          <w:tcPr>
            <w:tcW w:w="5249" w:type="dxa"/>
          </w:tcPr>
          <w:p w14:paraId="22CD88D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Глагол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(ознакомление):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(«что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делать?»,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«что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сделать?»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др.),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употребление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речи</w:t>
            </w:r>
          </w:p>
        </w:tc>
        <w:tc>
          <w:tcPr>
            <w:tcW w:w="528" w:type="dxa"/>
          </w:tcPr>
          <w:p w14:paraId="420798E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3881352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FE1CAB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42B111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233AAEA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предложенным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набором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слов: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что обозначают, на какой вопрос отвечают,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введение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понятия</w:t>
            </w:r>
          </w:p>
          <w:p w14:paraId="1D4B8268" w14:textId="77777777" w:rsidR="00DF4F1B" w:rsidRPr="00125679" w:rsidRDefault="00DF4F1B" w:rsidP="00413212">
            <w:pPr>
              <w:pStyle w:val="TableParagraph"/>
              <w:spacing w:before="2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«глагол»;</w:t>
            </w:r>
          </w:p>
          <w:p w14:paraId="74D690AB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Упражнение: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распределение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глаголов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две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группы в зависимости от того, на какой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 отвечают: «что делать?» или «что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сделать?»;</w:t>
            </w:r>
          </w:p>
          <w:p w14:paraId="6678D57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лексическим значением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глаголов. Дифференцированное задание: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группировка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глаголов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зависимости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того,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называют они движение или чувства;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Практическая работа: выписать из набора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только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глаголы;</w:t>
            </w:r>
          </w:p>
          <w:p w14:paraId="44A36033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 w:right="67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нахождение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глаголов;</w:t>
            </w:r>
          </w:p>
        </w:tc>
        <w:tc>
          <w:tcPr>
            <w:tcW w:w="1068" w:type="dxa"/>
          </w:tcPr>
          <w:p w14:paraId="4AAE500E" w14:textId="77777777" w:rsidR="00DF4F1B" w:rsidRPr="00125679" w:rsidRDefault="00DF4F1B" w:rsidP="009C01A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</w:t>
            </w:r>
          </w:p>
        </w:tc>
        <w:tc>
          <w:tcPr>
            <w:tcW w:w="1945" w:type="dxa"/>
          </w:tcPr>
          <w:p w14:paraId="1C420686" w14:textId="77777777" w:rsidR="00DF4F1B" w:rsidRPr="00125679" w:rsidRDefault="00DF4F1B" w:rsidP="00DF4F1B">
            <w:pPr>
              <w:pStyle w:val="TableParagraph"/>
              <w:numPr>
                <w:ilvl w:val="0"/>
                <w:numId w:val="22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5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2C010990" w14:textId="77777777" w:rsidR="00DF4F1B" w:rsidRPr="00125679" w:rsidRDefault="00DF4F1B" w:rsidP="00DF4F1B">
            <w:pPr>
              <w:pStyle w:val="TableParagraph"/>
              <w:numPr>
                <w:ilvl w:val="0"/>
                <w:numId w:val="22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6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</w:tc>
      </w:tr>
      <w:tr w:rsidR="00DF4F1B" w:rsidRPr="00E90520" w14:paraId="6463D1FF" w14:textId="77777777" w:rsidTr="009C01A2">
        <w:trPr>
          <w:trHeight w:val="3022"/>
        </w:trPr>
        <w:tc>
          <w:tcPr>
            <w:tcW w:w="454" w:type="dxa"/>
          </w:tcPr>
          <w:p w14:paraId="19667BF7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5.3.</w:t>
            </w:r>
          </w:p>
        </w:tc>
        <w:tc>
          <w:tcPr>
            <w:tcW w:w="5249" w:type="dxa"/>
          </w:tcPr>
          <w:p w14:paraId="0BAE6EE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Имя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прилагательное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(ознакомление):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(«какой?»,</w:t>
            </w:r>
          </w:p>
          <w:p w14:paraId="3DE141ED" w14:textId="77777777" w:rsidR="00DF4F1B" w:rsidRPr="00125679" w:rsidRDefault="00DF4F1B" w:rsidP="00413212">
            <w:pPr>
              <w:pStyle w:val="TableParagraph"/>
              <w:spacing w:before="20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«какая?»,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«какое?»,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«какие?»),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употребление</w:t>
            </w:r>
            <w:r w:rsidRPr="00125679">
              <w:rPr>
                <w:spacing w:val="2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речи</w:t>
            </w:r>
          </w:p>
        </w:tc>
        <w:tc>
          <w:tcPr>
            <w:tcW w:w="528" w:type="dxa"/>
          </w:tcPr>
          <w:p w14:paraId="05AAE8C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08B1FA2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2ED6A9C6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C3BD13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1DD62557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предложенным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набором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слов: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что обозначают, на какой вопрос отвечают,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введение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понятия</w:t>
            </w:r>
          </w:p>
          <w:p w14:paraId="3B6345E9" w14:textId="77777777" w:rsidR="00DF4F1B" w:rsidRPr="00125679" w:rsidRDefault="00DF4F1B" w:rsidP="00413212">
            <w:pPr>
              <w:pStyle w:val="TableParagraph"/>
              <w:spacing w:before="2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«имя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прилагательное»;</w:t>
            </w:r>
          </w:p>
          <w:p w14:paraId="6A7DC42C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распределение имён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прилагательных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три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зависимости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того,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какой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w w:val="105"/>
                <w:sz w:val="24"/>
                <w:szCs w:val="24"/>
              </w:rPr>
              <w:t>отвечают:«</w:t>
            </w:r>
            <w:proofErr w:type="gramEnd"/>
            <w:r w:rsidRPr="00125679">
              <w:rPr>
                <w:w w:val="105"/>
                <w:sz w:val="24"/>
                <w:szCs w:val="24"/>
              </w:rPr>
              <w:t>какой?»,</w:t>
            </w:r>
          </w:p>
          <w:p w14:paraId="75DBC597" w14:textId="77777777" w:rsidR="00DF4F1B" w:rsidRPr="00125679" w:rsidRDefault="00DF4F1B" w:rsidP="00413212">
            <w:pPr>
              <w:pStyle w:val="TableParagraph"/>
              <w:spacing w:before="2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«какое?»,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«какая?»;</w:t>
            </w:r>
          </w:p>
          <w:p w14:paraId="0B382A7E" w14:textId="77777777" w:rsidR="00DF4F1B" w:rsidRPr="00125679" w:rsidRDefault="00DF4F1B" w:rsidP="00413212">
            <w:pPr>
              <w:pStyle w:val="TableParagraph"/>
              <w:spacing w:before="19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лексическим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значением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имён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прилагательных;</w:t>
            </w:r>
          </w:p>
          <w:p w14:paraId="04C2E856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28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Дифференцированное задание: выявление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общего признака группы имён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прилагательных;</w:t>
            </w:r>
          </w:p>
          <w:p w14:paraId="4457E67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выписывание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имён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прилагательных;</w:t>
            </w:r>
          </w:p>
        </w:tc>
        <w:tc>
          <w:tcPr>
            <w:tcW w:w="1068" w:type="dxa"/>
          </w:tcPr>
          <w:p w14:paraId="7B301D31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7FDCDE14" w14:textId="77777777" w:rsidR="00DF4F1B" w:rsidRPr="00125679" w:rsidRDefault="00DF4F1B" w:rsidP="00DF4F1B">
            <w:pPr>
              <w:pStyle w:val="TableParagraph"/>
              <w:numPr>
                <w:ilvl w:val="0"/>
                <w:numId w:val="21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7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57409A14" w14:textId="77777777" w:rsidR="00DF4F1B" w:rsidRPr="00125679" w:rsidRDefault="00DF4F1B" w:rsidP="00DF4F1B">
            <w:pPr>
              <w:pStyle w:val="TableParagraph"/>
              <w:numPr>
                <w:ilvl w:val="0"/>
                <w:numId w:val="21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8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</w:tc>
      </w:tr>
      <w:tr w:rsidR="00DF4F1B" w:rsidRPr="00E90520" w14:paraId="7C32E6B0" w14:textId="77777777" w:rsidTr="009C01A2">
        <w:trPr>
          <w:trHeight w:val="2062"/>
        </w:trPr>
        <w:tc>
          <w:tcPr>
            <w:tcW w:w="454" w:type="dxa"/>
          </w:tcPr>
          <w:p w14:paraId="647C1095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5.4.</w:t>
            </w:r>
          </w:p>
        </w:tc>
        <w:tc>
          <w:tcPr>
            <w:tcW w:w="5249" w:type="dxa"/>
          </w:tcPr>
          <w:p w14:paraId="0695020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Предлог.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Отличие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предлогов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приставок.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Наиболее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распространённые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предлоги:</w:t>
            </w:r>
            <w:r w:rsidRPr="00125679">
              <w:rPr>
                <w:spacing w:val="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в,</w:t>
            </w:r>
            <w:r w:rsidRPr="00125679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на,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из,</w:t>
            </w:r>
            <w:r w:rsidRPr="00125679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без,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над,</w:t>
            </w:r>
            <w:r w:rsidRPr="00125679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до,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у,</w:t>
            </w:r>
            <w:r w:rsidRPr="00125679">
              <w:rPr>
                <w:b/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о,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об</w:t>
            </w:r>
            <w:r w:rsidRPr="00125679">
              <w:rPr>
                <w:b/>
                <w:spacing w:val="-2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др.</w:t>
            </w:r>
          </w:p>
        </w:tc>
        <w:tc>
          <w:tcPr>
            <w:tcW w:w="528" w:type="dxa"/>
          </w:tcPr>
          <w:p w14:paraId="1D7B1DC9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4</w:t>
            </w:r>
          </w:p>
        </w:tc>
        <w:tc>
          <w:tcPr>
            <w:tcW w:w="1104" w:type="dxa"/>
          </w:tcPr>
          <w:p w14:paraId="173262B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0300DC66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313DC1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3BEF508D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39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 диалог «Чем похожи и чем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различаются предлоги и приставки?»;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Совместное составление алгоритма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различения приставок и предлогов;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Списывание предложений </w:t>
            </w:r>
            <w:r w:rsidRPr="00125679">
              <w:rPr>
                <w:w w:val="105"/>
                <w:sz w:val="24"/>
                <w:szCs w:val="24"/>
              </w:rPr>
              <w:t>с раскрытием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скобок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применения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алгоритма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различения предлогов и приставок;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Творческая работа: составление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которых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есть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одинаково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звучащие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предлоги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приставки;</w:t>
            </w:r>
          </w:p>
        </w:tc>
        <w:tc>
          <w:tcPr>
            <w:tcW w:w="1068" w:type="dxa"/>
          </w:tcPr>
          <w:p w14:paraId="66F1F4CE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6B497CE4" w14:textId="77777777" w:rsidR="00DF4F1B" w:rsidRPr="00125679" w:rsidRDefault="00DF4F1B" w:rsidP="00DF4F1B">
            <w:pPr>
              <w:pStyle w:val="TableParagraph"/>
              <w:numPr>
                <w:ilvl w:val="0"/>
                <w:numId w:val="20"/>
              </w:numPr>
              <w:tabs>
                <w:tab w:val="left" w:pos="199"/>
              </w:tabs>
              <w:spacing w:before="64" w:line="266" w:lineRule="auto"/>
              <w:ind w:right="88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Сайт «Я иду на урок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начальной школы»: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99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http://nsc.1september.ru/uro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k</w:t>
            </w:r>
          </w:p>
          <w:p w14:paraId="7D4932E8" w14:textId="77777777" w:rsidR="00DF4F1B" w:rsidRPr="00125679" w:rsidRDefault="00DF4F1B" w:rsidP="00DF4F1B">
            <w:pPr>
              <w:pStyle w:val="TableParagraph"/>
              <w:numPr>
                <w:ilvl w:val="0"/>
                <w:numId w:val="20"/>
              </w:numPr>
              <w:tabs>
                <w:tab w:val="left" w:pos="199"/>
              </w:tabs>
              <w:spacing w:before="3" w:line="266" w:lineRule="auto"/>
              <w:ind w:right="97" w:firstLine="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Электронная версия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журнала «Начальная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школа»: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hyperlink r:id="rId100">
              <w:r w:rsidRPr="00125679">
                <w:rPr>
                  <w:spacing w:val="-1"/>
                  <w:w w:val="105"/>
                  <w:sz w:val="24"/>
                  <w:szCs w:val="24"/>
                </w:rPr>
                <w:t>http://nsc.1septe</w:t>
              </w:r>
              <w:r w:rsidRPr="00125679">
                <w:rPr>
                  <w:spacing w:val="-1"/>
                  <w:w w:val="105"/>
                  <w:sz w:val="24"/>
                  <w:szCs w:val="24"/>
                </w:rPr>
                <w:lastRenderedPageBreak/>
                <w:t>mber.ru/ind</w:t>
              </w:r>
            </w:hyperlink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ex.php</w:t>
            </w:r>
            <w:proofErr w:type="spellEnd"/>
          </w:p>
        </w:tc>
      </w:tr>
      <w:tr w:rsidR="00DF4F1B" w:rsidRPr="00125679" w14:paraId="719821A6" w14:textId="77777777" w:rsidTr="00413212">
        <w:trPr>
          <w:trHeight w:val="333"/>
        </w:trPr>
        <w:tc>
          <w:tcPr>
            <w:tcW w:w="5703" w:type="dxa"/>
            <w:gridSpan w:val="2"/>
          </w:tcPr>
          <w:p w14:paraId="47C8EA3E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01CF338E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19</w:t>
            </w:r>
          </w:p>
        </w:tc>
        <w:tc>
          <w:tcPr>
            <w:tcW w:w="9266" w:type="dxa"/>
            <w:gridSpan w:val="6"/>
          </w:tcPr>
          <w:p w14:paraId="04F978B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370838ED" w14:textId="77777777" w:rsidTr="00413212">
        <w:trPr>
          <w:trHeight w:val="333"/>
        </w:trPr>
        <w:tc>
          <w:tcPr>
            <w:tcW w:w="15497" w:type="dxa"/>
            <w:gridSpan w:val="9"/>
          </w:tcPr>
          <w:p w14:paraId="744FDE1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6.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Синтаксис</w:t>
            </w:r>
          </w:p>
        </w:tc>
      </w:tr>
      <w:tr w:rsidR="00DF4F1B" w:rsidRPr="00E90520" w14:paraId="508E62BB" w14:textId="77777777" w:rsidTr="009C01A2">
        <w:trPr>
          <w:trHeight w:val="2062"/>
        </w:trPr>
        <w:tc>
          <w:tcPr>
            <w:tcW w:w="454" w:type="dxa"/>
          </w:tcPr>
          <w:p w14:paraId="517CBFD4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6.1.</w:t>
            </w:r>
          </w:p>
        </w:tc>
        <w:tc>
          <w:tcPr>
            <w:tcW w:w="5249" w:type="dxa"/>
          </w:tcPr>
          <w:p w14:paraId="39D7F8C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Порядок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предложении;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(повторение).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как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единица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языка.</w:t>
            </w:r>
          </w:p>
        </w:tc>
        <w:tc>
          <w:tcPr>
            <w:tcW w:w="528" w:type="dxa"/>
          </w:tcPr>
          <w:p w14:paraId="2D702FE1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43E9A40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5477457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14723D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3136E139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Обсуждение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проблемного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«Чем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различаются предложение и „не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предложение“?»;</w:t>
            </w:r>
          </w:p>
          <w:p w14:paraId="216B13B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связью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предложении;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Упражнение: запись предложений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употреблением слов в предложениях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нужной форме (с опорой на собственный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речевой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опыт);</w:t>
            </w:r>
          </w:p>
          <w:p w14:paraId="23DF0175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</w:tc>
        <w:tc>
          <w:tcPr>
            <w:tcW w:w="1068" w:type="dxa"/>
          </w:tcPr>
          <w:p w14:paraId="3D47BA0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03B84DD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13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Интерактивные плакаты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https://infourok.ru/interakt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ivnie-pravila-po-russkomu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yaziku</w:t>
            </w:r>
            <w:proofErr w:type="spellEnd"/>
          </w:p>
        </w:tc>
      </w:tr>
      <w:tr w:rsidR="00DF4F1B" w:rsidRPr="00E90520" w14:paraId="1AEC4CDD" w14:textId="77777777" w:rsidTr="009C01A2">
        <w:trPr>
          <w:trHeight w:val="2182"/>
        </w:trPr>
        <w:tc>
          <w:tcPr>
            <w:tcW w:w="454" w:type="dxa"/>
          </w:tcPr>
          <w:p w14:paraId="016E79ED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6.2.</w:t>
            </w:r>
          </w:p>
        </w:tc>
        <w:tc>
          <w:tcPr>
            <w:tcW w:w="5249" w:type="dxa"/>
          </w:tcPr>
          <w:p w14:paraId="06483259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Предложение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слово.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Отличие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слова.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выделением в устной речи одного из слов предложения (логическое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ударение)</w:t>
            </w:r>
          </w:p>
        </w:tc>
        <w:tc>
          <w:tcPr>
            <w:tcW w:w="528" w:type="dxa"/>
          </w:tcPr>
          <w:p w14:paraId="1AC02B1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5942F85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93F203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804" w:type="dxa"/>
          </w:tcPr>
          <w:p w14:paraId="05C42CC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51F6DB1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Обсуждение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проблемного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«Чем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различаются предложение и „не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предложение“?»;</w:t>
            </w:r>
          </w:p>
          <w:p w14:paraId="063F9A16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связью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предложении;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Упражнение: запись предложений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употреблением слов в предложениях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нужной форме (с опорой на </w:t>
            </w:r>
            <w:r w:rsidRPr="00125679">
              <w:rPr>
                <w:w w:val="105"/>
                <w:sz w:val="24"/>
                <w:szCs w:val="24"/>
              </w:rPr>
              <w:lastRenderedPageBreak/>
              <w:t>собственный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речевой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опыт);</w:t>
            </w:r>
          </w:p>
          <w:p w14:paraId="5106EF38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набора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</w:tc>
        <w:tc>
          <w:tcPr>
            <w:tcW w:w="1068" w:type="dxa"/>
          </w:tcPr>
          <w:p w14:paraId="12141E2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28D55360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13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Интерактивные плакаты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https://infourok.ru/interakt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ivnie-pravila-po-russkomu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yaziku</w:t>
            </w:r>
            <w:proofErr w:type="spellEnd"/>
          </w:p>
        </w:tc>
      </w:tr>
      <w:tr w:rsidR="00DF4F1B" w:rsidRPr="00E90520" w14:paraId="57E95E5A" w14:textId="77777777" w:rsidTr="009C01A2">
        <w:trPr>
          <w:trHeight w:val="2446"/>
        </w:trPr>
        <w:tc>
          <w:tcPr>
            <w:tcW w:w="454" w:type="dxa"/>
          </w:tcPr>
          <w:p w14:paraId="764D7C98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6.3.</w:t>
            </w:r>
          </w:p>
        </w:tc>
        <w:tc>
          <w:tcPr>
            <w:tcW w:w="5249" w:type="dxa"/>
          </w:tcPr>
          <w:p w14:paraId="15B1C9E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Виды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цели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высказывания: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повествовательные,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вопросительные,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побудительные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предложения.</w:t>
            </w:r>
          </w:p>
        </w:tc>
        <w:tc>
          <w:tcPr>
            <w:tcW w:w="528" w:type="dxa"/>
          </w:tcPr>
          <w:p w14:paraId="609B985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4C2FC08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5EFAF2F5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C47860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3EECCEDF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подписями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(предложения различаются по цели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высказывания, например: «Снег идёт. Снег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идёт? Снег, иди!»): сравнение ситуаций,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изображённых </w:t>
            </w:r>
            <w:r w:rsidRPr="00125679">
              <w:rPr>
                <w:w w:val="105"/>
                <w:sz w:val="24"/>
                <w:szCs w:val="24"/>
              </w:rPr>
              <w:t>на рисунке, формулирование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вывода о целях, с которыми произносятся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предложения;</w:t>
            </w:r>
          </w:p>
          <w:p w14:paraId="1DC91A2E" w14:textId="77777777" w:rsidR="00DF4F1B" w:rsidRPr="00125679" w:rsidRDefault="00DF4F1B" w:rsidP="00413212">
            <w:pPr>
              <w:pStyle w:val="TableParagraph"/>
              <w:spacing w:before="5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 диалог «Как соотносятся знаки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препинания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конце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целевой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установкой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предложения?»;</w:t>
            </w:r>
          </w:p>
          <w:p w14:paraId="46FE1008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таблицы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«Виды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цели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высказывания»,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примеров;</w:t>
            </w:r>
          </w:p>
        </w:tc>
        <w:tc>
          <w:tcPr>
            <w:tcW w:w="1068" w:type="dxa"/>
          </w:tcPr>
          <w:p w14:paraId="1BB9DB0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4414400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13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Интерактивные плакаты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https://infourok.ru/interakt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ivnie-pravila-po-russkomu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yaziku</w:t>
            </w:r>
            <w:proofErr w:type="spellEnd"/>
          </w:p>
        </w:tc>
      </w:tr>
      <w:tr w:rsidR="00DF4F1B" w:rsidRPr="00E90520" w14:paraId="02D86173" w14:textId="77777777" w:rsidTr="009C01A2">
        <w:trPr>
          <w:trHeight w:val="2638"/>
        </w:trPr>
        <w:tc>
          <w:tcPr>
            <w:tcW w:w="454" w:type="dxa"/>
          </w:tcPr>
          <w:p w14:paraId="2ED58EAB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6.4.</w:t>
            </w:r>
          </w:p>
        </w:tc>
        <w:tc>
          <w:tcPr>
            <w:tcW w:w="5249" w:type="dxa"/>
          </w:tcPr>
          <w:p w14:paraId="51CF0625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Виды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эмоциональной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окраске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интонации):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восклицательные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невосклицательные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</w:t>
            </w:r>
          </w:p>
        </w:tc>
        <w:tc>
          <w:tcPr>
            <w:tcW w:w="528" w:type="dxa"/>
          </w:tcPr>
          <w:p w14:paraId="0E2B92F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38B2835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3365B0D8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F3E1B3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6CA62700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85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подписями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(предложения различаются по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эмоциональной окраске, </w:t>
            </w:r>
            <w:r w:rsidRPr="00125679">
              <w:rPr>
                <w:w w:val="105"/>
                <w:sz w:val="24"/>
                <w:szCs w:val="24"/>
              </w:rPr>
              <w:t>например: «Ланды</w:t>
            </w:r>
            <w:r w:rsidRPr="00125679">
              <w:rPr>
                <w:rFonts w:ascii="Cambria Math" w:hAnsi="Cambria Math" w:cs="Cambria Math"/>
                <w:w w:val="105"/>
                <w:sz w:val="24"/>
                <w:szCs w:val="24"/>
              </w:rPr>
              <w:t>‐</w:t>
            </w:r>
            <w:r w:rsidRPr="00125679">
              <w:rPr>
                <w:spacing w:val="-4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ши расцвели. Ландыши расцвели!»):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сравнение ситуаций, изображённых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рисунках, наблюдение за интонационным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оформлением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предложений;</w:t>
            </w:r>
          </w:p>
          <w:p w14:paraId="3D332309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 w:right="102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 xml:space="preserve">Работа в парах: сопоставление </w:t>
            </w:r>
            <w:r w:rsidRPr="00125679">
              <w:rPr>
                <w:w w:val="105"/>
                <w:sz w:val="24"/>
                <w:szCs w:val="24"/>
              </w:rPr>
              <w:t>предложений,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различающихся по эмоциональной окраске,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произношение предложений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соответствующей</w:t>
            </w:r>
            <w:r w:rsidRPr="00125679">
              <w:rPr>
                <w:spacing w:val="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интонацией;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Практическая работа: выбирать из текста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заданным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признакам;</w:t>
            </w:r>
          </w:p>
        </w:tc>
        <w:tc>
          <w:tcPr>
            <w:tcW w:w="1068" w:type="dxa"/>
          </w:tcPr>
          <w:p w14:paraId="6DD3E9CE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75BD865C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80" w:right="13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Интерактивные плакаты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https://infourok.ru/interakt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ivnie-pravila-po-russkomu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yaziku</w:t>
            </w:r>
            <w:proofErr w:type="spellEnd"/>
          </w:p>
        </w:tc>
      </w:tr>
      <w:tr w:rsidR="00DF4F1B" w:rsidRPr="00125679" w14:paraId="2BF51B9A" w14:textId="77777777" w:rsidTr="00413212">
        <w:trPr>
          <w:trHeight w:val="333"/>
        </w:trPr>
        <w:tc>
          <w:tcPr>
            <w:tcW w:w="5703" w:type="dxa"/>
            <w:gridSpan w:val="2"/>
          </w:tcPr>
          <w:p w14:paraId="421F2D2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411409B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8</w:t>
            </w:r>
          </w:p>
        </w:tc>
        <w:tc>
          <w:tcPr>
            <w:tcW w:w="9266" w:type="dxa"/>
            <w:gridSpan w:val="6"/>
          </w:tcPr>
          <w:p w14:paraId="38C6569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6734FA4E" w14:textId="77777777" w:rsidTr="00413212">
        <w:trPr>
          <w:trHeight w:val="333"/>
        </w:trPr>
        <w:tc>
          <w:tcPr>
            <w:tcW w:w="15497" w:type="dxa"/>
            <w:gridSpan w:val="9"/>
          </w:tcPr>
          <w:p w14:paraId="7530AB9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7.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Орфография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и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пунктуация</w:t>
            </w:r>
          </w:p>
        </w:tc>
      </w:tr>
    </w:tbl>
    <w:p w14:paraId="767372CD" w14:textId="77777777" w:rsidR="00DF4F1B" w:rsidRPr="00125679" w:rsidRDefault="00DF4F1B" w:rsidP="00DF4F1B">
      <w:pPr>
        <w:rPr>
          <w:rFonts w:ascii="Times New Roman" w:hAnsi="Times New Roman" w:cs="Times New Roman"/>
          <w:sz w:val="24"/>
          <w:szCs w:val="24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5249"/>
        <w:gridCol w:w="528"/>
        <w:gridCol w:w="1104"/>
        <w:gridCol w:w="1140"/>
        <w:gridCol w:w="804"/>
        <w:gridCol w:w="3205"/>
        <w:gridCol w:w="1068"/>
        <w:gridCol w:w="1945"/>
      </w:tblGrid>
      <w:tr w:rsidR="00DF4F1B" w:rsidRPr="00E90520" w14:paraId="2A509A31" w14:textId="77777777" w:rsidTr="008C5286">
        <w:trPr>
          <w:trHeight w:val="2672"/>
        </w:trPr>
        <w:tc>
          <w:tcPr>
            <w:tcW w:w="454" w:type="dxa"/>
          </w:tcPr>
          <w:p w14:paraId="460814F7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7.1.</w:t>
            </w:r>
          </w:p>
        </w:tc>
        <w:tc>
          <w:tcPr>
            <w:tcW w:w="5249" w:type="dxa"/>
          </w:tcPr>
          <w:p w14:paraId="3F191030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8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Повторение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право-писания,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изученных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1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классе: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прописная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буква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начале предложения и в именах собственных (имена, фамилии, клички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животных);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знаки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препинания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конце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предложения;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перенос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строки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 строку (без учёта морфемного членения слова); гласные после шипящих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в</w:t>
            </w:r>
            <w:r w:rsidRPr="00125679">
              <w:rPr>
                <w:spacing w:val="10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сочетаниях</w:t>
            </w:r>
            <w:r w:rsidRPr="00125679">
              <w:rPr>
                <w:spacing w:val="11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sz w:val="24"/>
                <w:szCs w:val="24"/>
              </w:rPr>
              <w:t>жи</w:t>
            </w:r>
            <w:proofErr w:type="spellEnd"/>
            <w:r w:rsidRPr="00125679">
              <w:rPr>
                <w:b/>
                <w:sz w:val="24"/>
                <w:szCs w:val="24"/>
              </w:rPr>
              <w:t>,</w:t>
            </w:r>
            <w:r w:rsidRPr="00125679">
              <w:rPr>
                <w:b/>
                <w:spacing w:val="10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 xml:space="preserve">ши </w:t>
            </w:r>
            <w:r w:rsidRPr="00125679">
              <w:rPr>
                <w:sz w:val="24"/>
                <w:szCs w:val="24"/>
              </w:rPr>
              <w:t>(в</w:t>
            </w:r>
            <w:r w:rsidRPr="00125679">
              <w:rPr>
                <w:spacing w:val="10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положении</w:t>
            </w:r>
            <w:r w:rsidRPr="00125679">
              <w:rPr>
                <w:spacing w:val="11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под</w:t>
            </w:r>
            <w:r w:rsidRPr="00125679">
              <w:rPr>
                <w:spacing w:val="10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ударением),</w:t>
            </w:r>
            <w:r w:rsidRPr="00125679">
              <w:rPr>
                <w:spacing w:val="-8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sz w:val="24"/>
                <w:szCs w:val="24"/>
              </w:rPr>
              <w:t>ча</w:t>
            </w:r>
            <w:proofErr w:type="spellEnd"/>
            <w:r w:rsidRPr="00125679">
              <w:rPr>
                <w:b/>
                <w:sz w:val="24"/>
                <w:szCs w:val="24"/>
              </w:rPr>
              <w:t>,</w:t>
            </w:r>
            <w:r w:rsidRPr="00125679">
              <w:rPr>
                <w:b/>
                <w:spacing w:val="10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ща,</w:t>
            </w:r>
            <w:r w:rsidRPr="00125679">
              <w:rPr>
                <w:b/>
                <w:spacing w:val="11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чу,</w:t>
            </w:r>
            <w:r w:rsidRPr="00125679">
              <w:rPr>
                <w:b/>
                <w:spacing w:val="11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sz w:val="24"/>
                <w:szCs w:val="24"/>
              </w:rPr>
              <w:t>щу</w:t>
            </w:r>
            <w:proofErr w:type="spellEnd"/>
            <w:r w:rsidRPr="00125679">
              <w:rPr>
                <w:sz w:val="24"/>
                <w:szCs w:val="24"/>
              </w:rPr>
              <w:t>;</w:t>
            </w:r>
            <w:r w:rsidRPr="00125679">
              <w:rPr>
                <w:spacing w:val="1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сочетания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чк</w:t>
            </w:r>
            <w:proofErr w:type="spellEnd"/>
            <w:r w:rsidRPr="00125679">
              <w:rPr>
                <w:b/>
                <w:w w:val="105"/>
                <w:sz w:val="24"/>
                <w:szCs w:val="24"/>
              </w:rPr>
              <w:t>,</w:t>
            </w:r>
            <w:r w:rsidRPr="00125679">
              <w:rPr>
                <w:b/>
                <w:spacing w:val="-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чн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.</w:t>
            </w:r>
          </w:p>
        </w:tc>
        <w:tc>
          <w:tcPr>
            <w:tcW w:w="528" w:type="dxa"/>
          </w:tcPr>
          <w:p w14:paraId="3F8ECDB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7</w:t>
            </w:r>
          </w:p>
        </w:tc>
        <w:tc>
          <w:tcPr>
            <w:tcW w:w="1104" w:type="dxa"/>
          </w:tcPr>
          <w:p w14:paraId="6476BBD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A12446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9D7474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02D69EE1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«Как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использовать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алгоритм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порядка действий при списывании?»;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Комментированное письмо: объяснение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различия в звукобуквенном составе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записываемых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  <w:p w14:paraId="7E99CBAA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Упражнения на закрепление правила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написания сочетаний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жи</w:t>
            </w:r>
            <w:proofErr w:type="spellEnd"/>
            <w:r w:rsidRPr="00125679">
              <w:rPr>
                <w:w w:val="105"/>
                <w:sz w:val="24"/>
                <w:szCs w:val="24"/>
              </w:rPr>
              <w:t xml:space="preserve">, ши,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ча</w:t>
            </w:r>
            <w:proofErr w:type="spellEnd"/>
            <w:r w:rsidRPr="00125679">
              <w:rPr>
                <w:w w:val="105"/>
                <w:sz w:val="24"/>
                <w:szCs w:val="24"/>
              </w:rPr>
              <w:t xml:space="preserve">, ща, чу,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щу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чк</w:t>
            </w:r>
            <w:proofErr w:type="spellEnd"/>
            <w:r w:rsidRPr="00125679">
              <w:rPr>
                <w:w w:val="105"/>
                <w:sz w:val="24"/>
                <w:szCs w:val="24"/>
              </w:rPr>
              <w:t xml:space="preserve">,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чн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. Взаимопроверка. Осуществление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самоконтроля использования правила;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 за языковым материалом: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формулирование на основе анализа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предложенного материала ответа на вопрос,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связанный с правилом переноса слов,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уточнение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переноса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(буквы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й,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ь,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ъ);</w:t>
            </w:r>
          </w:p>
          <w:p w14:paraId="6D274639" w14:textId="77777777" w:rsidR="00DF4F1B" w:rsidRPr="00125679" w:rsidRDefault="00DF4F1B" w:rsidP="00413212">
            <w:pPr>
              <w:pStyle w:val="TableParagraph"/>
              <w:spacing w:before="6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с таблицей (в одном столбце слова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разделены по слогам, в другом столбце эти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же слова разделены для переноса):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сопоставление различия деления слов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слоги и для переноса, объяснение разницы;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делением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для </w:t>
            </w:r>
            <w:r w:rsidRPr="00125679">
              <w:rPr>
                <w:w w:val="105"/>
                <w:sz w:val="24"/>
                <w:szCs w:val="24"/>
              </w:rPr>
              <w:lastRenderedPageBreak/>
              <w:t>переноса, осуществление самоконтроля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 делении слов для переноса;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Дифференцированное задание: нахождение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 по заданному основанию (слова,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которые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нельзя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перенести);</w:t>
            </w:r>
          </w:p>
        </w:tc>
        <w:tc>
          <w:tcPr>
            <w:tcW w:w="1068" w:type="dxa"/>
          </w:tcPr>
          <w:p w14:paraId="16BDE73B" w14:textId="77777777" w:rsidR="00DF4F1B" w:rsidRPr="00125679" w:rsidRDefault="00DF4F1B" w:rsidP="008C5286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</w:t>
            </w:r>
            <w:r w:rsidR="008C5286">
              <w:rPr>
                <w:spacing w:val="-1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945" w:type="dxa"/>
          </w:tcPr>
          <w:p w14:paraId="0E5C72EA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1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0BB1427E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5F620C56" w14:textId="77777777" w:rsidTr="006664F7">
        <w:trPr>
          <w:trHeight w:val="2830"/>
        </w:trPr>
        <w:tc>
          <w:tcPr>
            <w:tcW w:w="454" w:type="dxa"/>
          </w:tcPr>
          <w:p w14:paraId="7138090A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7.2.</w:t>
            </w:r>
          </w:p>
        </w:tc>
        <w:tc>
          <w:tcPr>
            <w:tcW w:w="5249" w:type="dxa"/>
          </w:tcPr>
          <w:p w14:paraId="0DBFAA2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Формирование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зоркости: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осознание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места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возможного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возникновения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ошибки.</w:t>
            </w:r>
          </w:p>
        </w:tc>
        <w:tc>
          <w:tcPr>
            <w:tcW w:w="528" w:type="dxa"/>
          </w:tcPr>
          <w:p w14:paraId="0CEFC58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7</w:t>
            </w:r>
          </w:p>
        </w:tc>
        <w:tc>
          <w:tcPr>
            <w:tcW w:w="1104" w:type="dxa"/>
          </w:tcPr>
          <w:p w14:paraId="6579B5B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093C257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376EC3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645223CC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 xml:space="preserve">Самоконтроль: проверка </w:t>
            </w:r>
            <w:r w:rsidRPr="00125679">
              <w:rPr>
                <w:w w:val="105"/>
                <w:sz w:val="24"/>
                <w:szCs w:val="24"/>
              </w:rPr>
              <w:t>своих письменных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 по другим предметам с целью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исправления возможных ошибок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применение правила переноса слов;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Практическая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работа: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запись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использованием правила написания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собственных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имён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существительных;</w:t>
            </w:r>
          </w:p>
          <w:p w14:paraId="3E342D10" w14:textId="77777777" w:rsidR="00DF4F1B" w:rsidRPr="00125679" w:rsidRDefault="00DF4F1B" w:rsidP="00413212">
            <w:pPr>
              <w:pStyle w:val="TableParagraph"/>
              <w:spacing w:before="5" w:line="266" w:lineRule="auto"/>
              <w:ind w:left="78" w:right="6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ответы на вопросы,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которых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обязательно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нужно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будет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применить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правило написания собственных имён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существительных;</w:t>
            </w:r>
          </w:p>
          <w:p w14:paraId="72B1A47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Творческое задание: написать текст,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котором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встретится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менее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шести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имён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собственных;</w:t>
            </w:r>
          </w:p>
        </w:tc>
        <w:tc>
          <w:tcPr>
            <w:tcW w:w="1068" w:type="dxa"/>
          </w:tcPr>
          <w:p w14:paraId="24003BE9" w14:textId="77777777" w:rsidR="00DF4F1B" w:rsidRPr="00125679" w:rsidRDefault="00DF4F1B" w:rsidP="008C5286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</w:t>
            </w:r>
            <w:r w:rsidR="008C5286">
              <w:rPr>
                <w:spacing w:val="-1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945" w:type="dxa"/>
          </w:tcPr>
          <w:p w14:paraId="38070DB8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2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01A62EE7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5921D0F3" w14:textId="77777777" w:rsidTr="006664F7">
        <w:trPr>
          <w:trHeight w:val="2638"/>
        </w:trPr>
        <w:tc>
          <w:tcPr>
            <w:tcW w:w="454" w:type="dxa"/>
          </w:tcPr>
          <w:p w14:paraId="4F8036D4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7.3.</w:t>
            </w:r>
          </w:p>
        </w:tc>
        <w:tc>
          <w:tcPr>
            <w:tcW w:w="5249" w:type="dxa"/>
          </w:tcPr>
          <w:p w14:paraId="04C4446D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Понятие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орфограммы.</w:t>
            </w:r>
          </w:p>
        </w:tc>
        <w:tc>
          <w:tcPr>
            <w:tcW w:w="528" w:type="dxa"/>
          </w:tcPr>
          <w:p w14:paraId="7881C22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2502CAC8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72A288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760D28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4878593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8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языковым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материалом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(слова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 безударными гласными в корне слова или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с парными по звонкости — глухости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согласными на конце слова): знакомство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понятием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«орфограмма»;</w:t>
            </w:r>
          </w:p>
          <w:p w14:paraId="4C041961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Обсуждение особенностей обозначения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буквами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проверяемых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процессе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сравнения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написания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ударных и безударных гласных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однокоренных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словах;</w:t>
            </w:r>
          </w:p>
          <w:p w14:paraId="544E7C1F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планировать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порядок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действий при выявлении места возможной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ошибки»;</w:t>
            </w:r>
          </w:p>
        </w:tc>
        <w:tc>
          <w:tcPr>
            <w:tcW w:w="1068" w:type="dxa"/>
          </w:tcPr>
          <w:p w14:paraId="61FCA1F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33DDEEAD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3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41A1EF0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2A8A1975" w14:textId="77777777" w:rsidTr="008C5286">
        <w:trPr>
          <w:trHeight w:val="3791"/>
        </w:trPr>
        <w:tc>
          <w:tcPr>
            <w:tcW w:w="454" w:type="dxa"/>
          </w:tcPr>
          <w:p w14:paraId="0159EC79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7.4.</w:t>
            </w:r>
          </w:p>
        </w:tc>
        <w:tc>
          <w:tcPr>
            <w:tcW w:w="5249" w:type="dxa"/>
          </w:tcPr>
          <w:p w14:paraId="71D18A89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различных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способов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решения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задачи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зависимости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места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слове.</w:t>
            </w:r>
          </w:p>
        </w:tc>
        <w:tc>
          <w:tcPr>
            <w:tcW w:w="528" w:type="dxa"/>
          </w:tcPr>
          <w:p w14:paraId="0EBCACE6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7</w:t>
            </w:r>
          </w:p>
        </w:tc>
        <w:tc>
          <w:tcPr>
            <w:tcW w:w="1104" w:type="dxa"/>
          </w:tcPr>
          <w:p w14:paraId="7741AD9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2DAEA433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FDE00B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22CD105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8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языковым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материалом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(слова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 безударными гласными в корне слова или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с парными по звонкости — глухости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согласными на конце слова): знакомство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понятием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«орфограмма»;</w:t>
            </w:r>
          </w:p>
          <w:p w14:paraId="2FF8C07C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Обсуждение особенностей обозначения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буквами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проверяемых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процессе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сравнения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написания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ударных и </w:t>
            </w:r>
            <w:r w:rsidRPr="00125679">
              <w:rPr>
                <w:w w:val="105"/>
                <w:sz w:val="24"/>
                <w:szCs w:val="24"/>
              </w:rPr>
              <w:lastRenderedPageBreak/>
              <w:t>безударных гласных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однокоренных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словах;</w:t>
            </w:r>
          </w:p>
          <w:p w14:paraId="74FD1795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планировать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порядок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действий при выявлении места возможной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ошибки»;</w:t>
            </w:r>
          </w:p>
          <w:p w14:paraId="2C7E945C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38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Совместная разработка алгоритма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применения орфограммы «Проверяемые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безударные гласные в корне слова»;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Упражнение: нахождение и фиксация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орфограммы «Проверяемые </w:t>
            </w:r>
            <w:r w:rsidRPr="00125679">
              <w:rPr>
                <w:w w:val="105"/>
                <w:sz w:val="24"/>
                <w:szCs w:val="24"/>
              </w:rPr>
              <w:t>безударные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слова»;</w:t>
            </w:r>
          </w:p>
        </w:tc>
        <w:tc>
          <w:tcPr>
            <w:tcW w:w="1068" w:type="dxa"/>
          </w:tcPr>
          <w:p w14:paraId="0F0E5030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3326EED8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4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77A5B127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30E77451" w14:textId="77777777" w:rsidTr="008C5286">
        <w:trPr>
          <w:trHeight w:val="2446"/>
        </w:trPr>
        <w:tc>
          <w:tcPr>
            <w:tcW w:w="454" w:type="dxa"/>
          </w:tcPr>
          <w:p w14:paraId="0EFF73C0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7.5.</w:t>
            </w:r>
          </w:p>
        </w:tc>
        <w:tc>
          <w:tcPr>
            <w:tcW w:w="5249" w:type="dxa"/>
          </w:tcPr>
          <w:p w14:paraId="790842D8" w14:textId="77777777" w:rsidR="00DF4F1B" w:rsidRPr="00125679" w:rsidRDefault="00DF4F1B" w:rsidP="00413212">
            <w:pPr>
              <w:pStyle w:val="TableParagraph"/>
              <w:spacing w:before="63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Использование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орфографического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словаря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учебника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для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определения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</w:t>
            </w:r>
            <w:proofErr w:type="spellStart"/>
            <w:proofErr w:type="gramStart"/>
            <w:r w:rsidRPr="00125679">
              <w:rPr>
                <w:w w:val="105"/>
                <w:sz w:val="24"/>
                <w:szCs w:val="24"/>
              </w:rPr>
              <w:t>уточ</w:t>
            </w:r>
            <w:proofErr w:type="spellEnd"/>
            <w:r w:rsidRPr="00125679">
              <w:rPr>
                <w:rFonts w:ascii="Cambria Math" w:hAnsi="Cambria Math" w:cs="Cambria Math"/>
                <w:w w:val="105"/>
                <w:sz w:val="24"/>
                <w:szCs w:val="24"/>
              </w:rPr>
              <w:t>‐</w:t>
            </w:r>
            <w:r w:rsidRPr="00125679">
              <w:rPr>
                <w:spacing w:val="-4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нения</w:t>
            </w:r>
            <w:proofErr w:type="gramEnd"/>
            <w:r w:rsidRPr="00125679">
              <w:rPr>
                <w:w w:val="105"/>
                <w:sz w:val="24"/>
                <w:szCs w:val="24"/>
              </w:rPr>
              <w:t>)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написания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слова.</w:t>
            </w:r>
          </w:p>
        </w:tc>
        <w:tc>
          <w:tcPr>
            <w:tcW w:w="528" w:type="dxa"/>
          </w:tcPr>
          <w:p w14:paraId="4CF95E3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15A046A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0C3A3B3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2C6BEFD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43DD78A1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планировать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порядок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действий при выявлении места возможной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ошибки»;</w:t>
            </w:r>
          </w:p>
          <w:p w14:paraId="22698AB0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38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Совместная разработка алгоритма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применения орфограммы «Проверяемые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безударные гласные в корне слова»;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Упражнение: нахождение и фиксация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орфограммы «Проверяемые </w:t>
            </w:r>
            <w:r w:rsidRPr="00125679">
              <w:rPr>
                <w:w w:val="105"/>
                <w:sz w:val="24"/>
                <w:szCs w:val="24"/>
              </w:rPr>
              <w:t>безударные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корне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слова»;</w:t>
            </w:r>
          </w:p>
          <w:p w14:paraId="45FA3F61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 w:right="165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выявление в ряду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родственных слов нескольких </w:t>
            </w:r>
            <w:r w:rsidRPr="00125679">
              <w:rPr>
                <w:w w:val="105"/>
                <w:sz w:val="24"/>
                <w:szCs w:val="24"/>
              </w:rPr>
              <w:t>проверочных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слов;</w:t>
            </w:r>
          </w:p>
        </w:tc>
        <w:tc>
          <w:tcPr>
            <w:tcW w:w="1068" w:type="dxa"/>
          </w:tcPr>
          <w:p w14:paraId="2C5E43F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3762C28F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5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2CEC1A3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3E366788" w14:textId="77777777" w:rsidTr="008C5286">
        <w:trPr>
          <w:trHeight w:val="2446"/>
        </w:trPr>
        <w:tc>
          <w:tcPr>
            <w:tcW w:w="454" w:type="dxa"/>
          </w:tcPr>
          <w:p w14:paraId="3A6602B2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7.6.</w:t>
            </w:r>
          </w:p>
        </w:tc>
        <w:tc>
          <w:tcPr>
            <w:tcW w:w="5249" w:type="dxa"/>
          </w:tcPr>
          <w:p w14:paraId="76823423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Контроль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самоконтроль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проверке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собственных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предложенных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текстов.</w:t>
            </w:r>
          </w:p>
        </w:tc>
        <w:tc>
          <w:tcPr>
            <w:tcW w:w="528" w:type="dxa"/>
          </w:tcPr>
          <w:p w14:paraId="7C171BD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1D952F47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7F43749B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9DD58E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1BA802F7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4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Объяснение учащимися собственных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действий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проверочных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указание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тип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орфограммы;</w:t>
            </w:r>
          </w:p>
          <w:p w14:paraId="178672E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аргументировать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написание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 слов с изученными орфограммами;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Комментированное письмо при записи слов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 диктовку: выявлять наличие в корне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изучаемых орфограмм, обосновывать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способ проверки орфограмм;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Самостоятельная работа: находить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фиксировать (графически обозначать)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орфограммы;</w:t>
            </w:r>
          </w:p>
        </w:tc>
        <w:tc>
          <w:tcPr>
            <w:tcW w:w="1068" w:type="dxa"/>
          </w:tcPr>
          <w:p w14:paraId="1BF3ECF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письменный;;</w:t>
            </w:r>
            <w:proofErr w:type="gramEnd"/>
          </w:p>
        </w:tc>
        <w:tc>
          <w:tcPr>
            <w:tcW w:w="1945" w:type="dxa"/>
          </w:tcPr>
          <w:p w14:paraId="77D613F8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6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AC90E4C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</w:tbl>
    <w:p w14:paraId="482E91DD" w14:textId="77777777" w:rsidR="00DF4F1B" w:rsidRPr="00125679" w:rsidRDefault="00DF4F1B" w:rsidP="00DF4F1B">
      <w:pPr>
        <w:rPr>
          <w:rFonts w:ascii="Times New Roman" w:hAnsi="Times New Roman" w:cs="Times New Roman"/>
          <w:sz w:val="24"/>
          <w:szCs w:val="24"/>
          <w:lang w:val="ru-RU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4"/>
        <w:gridCol w:w="142"/>
        <w:gridCol w:w="5107"/>
        <w:gridCol w:w="528"/>
        <w:gridCol w:w="1104"/>
        <w:gridCol w:w="1140"/>
        <w:gridCol w:w="804"/>
        <w:gridCol w:w="3205"/>
        <w:gridCol w:w="1068"/>
        <w:gridCol w:w="85"/>
        <w:gridCol w:w="1860"/>
      </w:tblGrid>
      <w:tr w:rsidR="00DF4F1B" w:rsidRPr="00E90520" w14:paraId="5CAE1F2B" w14:textId="77777777" w:rsidTr="008C5286">
        <w:trPr>
          <w:trHeight w:val="2446"/>
        </w:trPr>
        <w:tc>
          <w:tcPr>
            <w:tcW w:w="454" w:type="dxa"/>
          </w:tcPr>
          <w:p w14:paraId="3D9EB3BC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7.7.</w:t>
            </w:r>
          </w:p>
        </w:tc>
        <w:tc>
          <w:tcPr>
            <w:tcW w:w="5249" w:type="dxa"/>
            <w:gridSpan w:val="2"/>
          </w:tcPr>
          <w:p w14:paraId="0C621515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Ознакомление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правилами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правописания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применение:</w:t>
            </w:r>
          </w:p>
          <w:p w14:paraId="29CF7BAE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20"/>
              <w:ind w:left="167" w:hanging="92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разделительный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мягкий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знак;</w:t>
            </w:r>
          </w:p>
          <w:p w14:paraId="17C88CC4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20"/>
              <w:ind w:left="167" w:hanging="9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сочетания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чт</w:t>
            </w:r>
            <w:proofErr w:type="spellEnd"/>
            <w:r w:rsidRPr="00125679">
              <w:rPr>
                <w:b/>
                <w:w w:val="105"/>
                <w:sz w:val="24"/>
                <w:szCs w:val="24"/>
              </w:rPr>
              <w:t>,</w:t>
            </w:r>
            <w:r w:rsidRPr="00125679">
              <w:rPr>
                <w:b/>
                <w:spacing w:val="-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щн</w:t>
            </w:r>
            <w:proofErr w:type="spellEnd"/>
            <w:r w:rsidRPr="00125679">
              <w:rPr>
                <w:b/>
                <w:w w:val="105"/>
                <w:sz w:val="24"/>
                <w:szCs w:val="24"/>
              </w:rPr>
              <w:t>,</w:t>
            </w:r>
            <w:r w:rsidRPr="00125679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b/>
                <w:w w:val="105"/>
                <w:sz w:val="24"/>
                <w:szCs w:val="24"/>
              </w:rPr>
              <w:t>нч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;</w:t>
            </w:r>
          </w:p>
          <w:p w14:paraId="03CD0AC8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19"/>
              <w:ind w:left="167" w:hanging="9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проверяемые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безударные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гласные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слова;</w:t>
            </w:r>
          </w:p>
          <w:p w14:paraId="6C234A62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20"/>
              <w:ind w:left="167" w:hanging="9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парные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звонкие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глухие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корне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слова;</w:t>
            </w:r>
          </w:p>
          <w:p w14:paraId="20E9867E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19" w:line="266" w:lineRule="auto"/>
              <w:ind w:right="288" w:firstLine="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непроверяемые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гласные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согласные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(перечень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орфографическом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словаре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учебника);</w:t>
            </w:r>
          </w:p>
          <w:p w14:paraId="39D95109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2" w:line="266" w:lineRule="auto"/>
              <w:ind w:right="159" w:firstLine="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прописная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буква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именах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собственных: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имена,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фамилии,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отчества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людей,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клички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животных,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географические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названия;</w:t>
            </w:r>
          </w:p>
          <w:p w14:paraId="6106A820" w14:textId="77777777" w:rsidR="00DF4F1B" w:rsidRPr="00125679" w:rsidRDefault="00DF4F1B" w:rsidP="00DF4F1B">
            <w:pPr>
              <w:pStyle w:val="TableParagraph"/>
              <w:numPr>
                <w:ilvl w:val="0"/>
                <w:numId w:val="19"/>
              </w:numPr>
              <w:tabs>
                <w:tab w:val="left" w:pos="168"/>
              </w:tabs>
              <w:spacing w:before="1"/>
              <w:ind w:left="167" w:hanging="92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раздельное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написание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предлогов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именами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существительными</w:t>
            </w:r>
          </w:p>
        </w:tc>
        <w:tc>
          <w:tcPr>
            <w:tcW w:w="528" w:type="dxa"/>
          </w:tcPr>
          <w:p w14:paraId="576CB601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20</w:t>
            </w:r>
          </w:p>
        </w:tc>
        <w:tc>
          <w:tcPr>
            <w:tcW w:w="1104" w:type="dxa"/>
          </w:tcPr>
          <w:p w14:paraId="008F312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</w:t>
            </w:r>
          </w:p>
        </w:tc>
        <w:tc>
          <w:tcPr>
            <w:tcW w:w="1140" w:type="dxa"/>
          </w:tcPr>
          <w:p w14:paraId="105DC1D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77E24E0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3FD8C16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4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Объяснение учащимися собственных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действий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проверочных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указание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тип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орфограммы;</w:t>
            </w:r>
          </w:p>
          <w:p w14:paraId="7980F7C4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парах: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аргументировать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написание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 слов с изученными орфограммами;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Комментированное письмо при записи слов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 диктовку: выявлять наличие в корне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 изучаемых орфограмм, обосновывать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способ проверки орфограмм;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Самостоятельная работа: находить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фиксировать (графически обозначать)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орфограммы;</w:t>
            </w:r>
          </w:p>
        </w:tc>
        <w:tc>
          <w:tcPr>
            <w:tcW w:w="1068" w:type="dxa"/>
          </w:tcPr>
          <w:p w14:paraId="63AE087F" w14:textId="77777777" w:rsidR="00DF4F1B" w:rsidRPr="00125679" w:rsidRDefault="00DF4F1B" w:rsidP="00FD5097">
            <w:pPr>
              <w:pStyle w:val="TableParagraph"/>
              <w:spacing w:before="64" w:line="266" w:lineRule="auto"/>
              <w:ind w:left="79" w:right="3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опрос;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</w:t>
            </w:r>
            <w:r w:rsidR="00FD5097">
              <w:rPr>
                <w:spacing w:val="-1"/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945" w:type="dxa"/>
            <w:gridSpan w:val="2"/>
          </w:tcPr>
          <w:p w14:paraId="2688D85D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7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AE134A9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125679" w14:paraId="0D084F86" w14:textId="77777777" w:rsidTr="00413212">
        <w:trPr>
          <w:trHeight w:val="333"/>
        </w:trPr>
        <w:tc>
          <w:tcPr>
            <w:tcW w:w="5703" w:type="dxa"/>
            <w:gridSpan w:val="3"/>
          </w:tcPr>
          <w:p w14:paraId="1EEEA47E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4429308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50</w:t>
            </w:r>
          </w:p>
        </w:tc>
        <w:tc>
          <w:tcPr>
            <w:tcW w:w="9266" w:type="dxa"/>
            <w:gridSpan w:val="7"/>
          </w:tcPr>
          <w:p w14:paraId="7B37216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207F167C" w14:textId="77777777" w:rsidTr="00413212">
        <w:trPr>
          <w:trHeight w:val="333"/>
        </w:trPr>
        <w:tc>
          <w:tcPr>
            <w:tcW w:w="15497" w:type="dxa"/>
            <w:gridSpan w:val="11"/>
          </w:tcPr>
          <w:p w14:paraId="12DF6DAC" w14:textId="77777777" w:rsidR="00DF4F1B" w:rsidRPr="00125679" w:rsidRDefault="00DF4F1B" w:rsidP="00556DB3">
            <w:pPr>
              <w:pStyle w:val="TableParagraph"/>
              <w:spacing w:before="64"/>
              <w:ind w:left="76"/>
              <w:jc w:val="center"/>
              <w:rPr>
                <w:b/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Раздел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8.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Развитие</w:t>
            </w:r>
            <w:r w:rsidRPr="00125679">
              <w:rPr>
                <w:b/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b/>
                <w:w w:val="105"/>
                <w:sz w:val="24"/>
                <w:szCs w:val="24"/>
              </w:rPr>
              <w:t>речи</w:t>
            </w:r>
          </w:p>
        </w:tc>
      </w:tr>
      <w:tr w:rsidR="00DF4F1B" w:rsidRPr="00E90520" w14:paraId="040ED780" w14:textId="77777777" w:rsidTr="00E739D2">
        <w:trPr>
          <w:trHeight w:val="4231"/>
        </w:trPr>
        <w:tc>
          <w:tcPr>
            <w:tcW w:w="596" w:type="dxa"/>
            <w:gridSpan w:val="2"/>
          </w:tcPr>
          <w:p w14:paraId="468E52F6" w14:textId="77777777" w:rsidR="00DF4F1B" w:rsidRPr="00125679" w:rsidRDefault="00556DB3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>
              <w:rPr>
                <w:w w:val="105"/>
                <w:sz w:val="24"/>
                <w:szCs w:val="24"/>
              </w:rPr>
              <w:lastRenderedPageBreak/>
              <w:t>8.</w:t>
            </w:r>
            <w:r w:rsidR="00DF4F1B" w:rsidRPr="00125679">
              <w:rPr>
                <w:w w:val="105"/>
                <w:sz w:val="24"/>
                <w:szCs w:val="24"/>
              </w:rPr>
              <w:t>1.</w:t>
            </w:r>
          </w:p>
        </w:tc>
        <w:tc>
          <w:tcPr>
            <w:tcW w:w="5107" w:type="dxa"/>
          </w:tcPr>
          <w:p w14:paraId="5D117EE2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5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Выбор языковых средств в соответствии с целями и условиями устного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общения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для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эффективного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решения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коммуникативной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задачи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(для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ответа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 заданный вопрос, для выражения собственного мнения). Овладение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основными умениями ведения разговора (начать, поддержать, закончить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разговор, привлечь внимание и т. п.). Практическое овладение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диалогической формой речи. Соблюдение норм речевого этикета 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орфоэпических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норм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ситуациях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учебного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бытового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общения.</w:t>
            </w:r>
          </w:p>
        </w:tc>
        <w:tc>
          <w:tcPr>
            <w:tcW w:w="528" w:type="dxa"/>
          </w:tcPr>
          <w:p w14:paraId="033D83F0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69FB4DE0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68E7735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241208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6789DD4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6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 диалог, в ходе которого учащиеся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учатся определять особенности ситуации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общения: цели, задачи, состав участников,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место, время, средства коммуникации;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Обобще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spacing w:val="-1"/>
                <w:w w:val="105"/>
                <w:sz w:val="24"/>
                <w:szCs w:val="24"/>
              </w:rPr>
              <w:t>ние</w:t>
            </w:r>
            <w:proofErr w:type="spellEnd"/>
            <w:r w:rsidRPr="00125679">
              <w:rPr>
                <w:spacing w:val="-1"/>
                <w:w w:val="105"/>
                <w:sz w:val="24"/>
                <w:szCs w:val="24"/>
              </w:rPr>
              <w:t xml:space="preserve"> результатов </w:t>
            </w:r>
            <w:r w:rsidRPr="00125679">
              <w:rPr>
                <w:w w:val="105"/>
                <w:sz w:val="24"/>
                <w:szCs w:val="24"/>
              </w:rPr>
              <w:t>диалога: сообщение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 о том, что в ситуации общения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важно удерживать </w:t>
            </w:r>
            <w:r w:rsidRPr="00125679">
              <w:rPr>
                <w:w w:val="105"/>
                <w:sz w:val="24"/>
                <w:szCs w:val="24"/>
              </w:rPr>
              <w:t>цель общения, учитывать,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 кем и где происходит общение, поскольку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 этих особенностей ситуации зависит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выбор языковых средств;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Комментированный устный выбор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правильной реплики из нескольких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предложенных, обоснование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целесообразности </w:t>
            </w:r>
            <w:r w:rsidRPr="00125679">
              <w:rPr>
                <w:w w:val="105"/>
                <w:sz w:val="24"/>
                <w:szCs w:val="24"/>
              </w:rPr>
              <w:t>выбора языковых средств,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соответствующих </w:t>
            </w:r>
            <w:r w:rsidRPr="00125679">
              <w:rPr>
                <w:w w:val="105"/>
                <w:sz w:val="24"/>
                <w:szCs w:val="24"/>
              </w:rPr>
              <w:t>цели и условиям общения;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Ролевые игры, разыгрывание сценок для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отработки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умений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ведения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разговора: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начать,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поддержать, закончить разговор, привлечь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внимание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т.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п.;</w:t>
            </w:r>
          </w:p>
          <w:p w14:paraId="2EFA6E11" w14:textId="77777777" w:rsidR="00DF4F1B" w:rsidRPr="00125679" w:rsidRDefault="00DF4F1B" w:rsidP="00413212">
            <w:pPr>
              <w:pStyle w:val="TableParagraph"/>
              <w:spacing w:before="1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Творческое задание: создание собственных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диалогов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ситуациях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необходимости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начать,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поддержать, закончить разговор, привлечь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внимание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т.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п.;</w:t>
            </w:r>
          </w:p>
          <w:p w14:paraId="585D5F63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нормами речевого этикета;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Ролевая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игра,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которую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включена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отработка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этикетных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выражений;</w:t>
            </w:r>
          </w:p>
          <w:p w14:paraId="1121314F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Самонаблюдение с целью оценить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собственную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речевую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культуру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время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повседневного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общения;</w:t>
            </w:r>
          </w:p>
        </w:tc>
        <w:tc>
          <w:tcPr>
            <w:tcW w:w="1153" w:type="dxa"/>
            <w:gridSpan w:val="2"/>
          </w:tcPr>
          <w:p w14:paraId="416D5D18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w w:val="105"/>
                <w:sz w:val="24"/>
                <w:szCs w:val="24"/>
              </w:rPr>
              <w:t>текущий;;</w:t>
            </w:r>
            <w:proofErr w:type="gramEnd"/>
          </w:p>
        </w:tc>
        <w:tc>
          <w:tcPr>
            <w:tcW w:w="1860" w:type="dxa"/>
          </w:tcPr>
          <w:p w14:paraId="1B9940CE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8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157E591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669A713B" w14:textId="77777777" w:rsidTr="00E739D2">
        <w:trPr>
          <w:trHeight w:val="3983"/>
        </w:trPr>
        <w:tc>
          <w:tcPr>
            <w:tcW w:w="596" w:type="dxa"/>
            <w:gridSpan w:val="2"/>
          </w:tcPr>
          <w:p w14:paraId="486E0B96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8.2.</w:t>
            </w:r>
          </w:p>
        </w:tc>
        <w:tc>
          <w:tcPr>
            <w:tcW w:w="5107" w:type="dxa"/>
          </w:tcPr>
          <w:p w14:paraId="40BF5B4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Умение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договариваться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приходить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общему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решению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совместной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деятельности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проведении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парной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групповой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работы</w:t>
            </w:r>
          </w:p>
        </w:tc>
        <w:tc>
          <w:tcPr>
            <w:tcW w:w="528" w:type="dxa"/>
          </w:tcPr>
          <w:p w14:paraId="081D67D9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6B259405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1BAC79C2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42C7B75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02D1FA86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Работа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группе: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уместность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использования средств общения в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предложенных речевых ситуациях;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Упражнение: нахождение </w:t>
            </w:r>
            <w:r w:rsidRPr="00125679">
              <w:rPr>
                <w:w w:val="105"/>
                <w:sz w:val="24"/>
                <w:szCs w:val="24"/>
              </w:rPr>
              <w:t>в предложенных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текстах ошибок, связанных с правилами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общения, нормами речевого этикета,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исправление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найденных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ошибок;</w:t>
            </w:r>
          </w:p>
          <w:p w14:paraId="4C849FB3" w14:textId="77777777" w:rsidR="00DF4F1B" w:rsidRPr="00125679" w:rsidRDefault="00DF4F1B" w:rsidP="00413212">
            <w:pPr>
              <w:pStyle w:val="TableParagraph"/>
              <w:spacing w:before="5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Ролевая игра «Наблюдатели», цель игры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связана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оцениванием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правильности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выбора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языковых и неязыковых средств устного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общения на уроке и на переменах;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Творческое задание: создать плакат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правилами </w:t>
            </w:r>
            <w:r w:rsidRPr="00125679">
              <w:rPr>
                <w:w w:val="105"/>
                <w:sz w:val="24"/>
                <w:szCs w:val="24"/>
              </w:rPr>
              <w:lastRenderedPageBreak/>
              <w:t>участия в диалоге (умение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слышать, точно реагировать на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125679">
              <w:rPr>
                <w:spacing w:val="-1"/>
                <w:w w:val="105"/>
                <w:sz w:val="24"/>
                <w:szCs w:val="24"/>
              </w:rPr>
              <w:t>реплики,поддерживать</w:t>
            </w:r>
            <w:proofErr w:type="spellEnd"/>
            <w:proofErr w:type="gramEnd"/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разговор, приводить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доводы);</w:t>
            </w:r>
          </w:p>
          <w:p w14:paraId="16EF78A3" w14:textId="77777777" w:rsidR="00DF4F1B" w:rsidRPr="00125679" w:rsidRDefault="00DF4F1B" w:rsidP="00413212">
            <w:pPr>
              <w:pStyle w:val="TableParagraph"/>
              <w:spacing w:before="6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Речевой тренинг: при разыгрывании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ситуаций анализировать собственную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успешность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участия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успешность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участия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нём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другой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стороны;</w:t>
            </w:r>
          </w:p>
        </w:tc>
        <w:tc>
          <w:tcPr>
            <w:tcW w:w="1153" w:type="dxa"/>
            <w:gridSpan w:val="2"/>
          </w:tcPr>
          <w:p w14:paraId="7BF3D130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w w:val="105"/>
                <w:sz w:val="24"/>
                <w:szCs w:val="24"/>
              </w:rPr>
              <w:t>текущий;;</w:t>
            </w:r>
            <w:proofErr w:type="gramEnd"/>
          </w:p>
        </w:tc>
        <w:tc>
          <w:tcPr>
            <w:tcW w:w="1860" w:type="dxa"/>
          </w:tcPr>
          <w:p w14:paraId="53AD25AF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09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348B7F2B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3810907C" w14:textId="77777777" w:rsidTr="00E739D2">
        <w:trPr>
          <w:trHeight w:val="5171"/>
        </w:trPr>
        <w:tc>
          <w:tcPr>
            <w:tcW w:w="596" w:type="dxa"/>
            <w:gridSpan w:val="2"/>
          </w:tcPr>
          <w:p w14:paraId="4DF6D1C1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8.3.</w:t>
            </w:r>
          </w:p>
        </w:tc>
        <w:tc>
          <w:tcPr>
            <w:tcW w:w="5107" w:type="dxa"/>
          </w:tcPr>
          <w:p w14:paraId="10D9B37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 w:right="111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устного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рассказа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репродукции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картины.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устного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рассказа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личным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наблюдениям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вопросам</w:t>
            </w:r>
          </w:p>
        </w:tc>
        <w:tc>
          <w:tcPr>
            <w:tcW w:w="528" w:type="dxa"/>
          </w:tcPr>
          <w:p w14:paraId="0AC72B69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15D917B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446E8BC9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5FF5777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66F5A53D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228"/>
              <w:jc w:val="both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Составление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устного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/</w:t>
            </w:r>
            <w:r w:rsidRPr="00125679">
              <w:rPr>
                <w:spacing w:val="-5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ключевые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слова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/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самостоятельно;</w:t>
            </w:r>
          </w:p>
          <w:p w14:paraId="78D10327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5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Экскурсия в художественный музей (при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наличии в месте проживания) или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виртуальная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экскурсия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художественному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музею;</w:t>
            </w:r>
          </w:p>
          <w:p w14:paraId="0572E1E3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Выбор картины, которая произвела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наибольшее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впечатление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время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экскурсии.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этой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картине;</w:t>
            </w:r>
          </w:p>
          <w:p w14:paraId="2350788A" w14:textId="77777777" w:rsidR="00DF4F1B" w:rsidRPr="00125679" w:rsidRDefault="00DF4F1B" w:rsidP="00413212">
            <w:pPr>
              <w:pStyle w:val="TableParagraph"/>
              <w:spacing w:before="2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этой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картине;</w:t>
            </w:r>
          </w:p>
          <w:p w14:paraId="612D0D03" w14:textId="77777777" w:rsidR="00DF4F1B" w:rsidRPr="00125679" w:rsidRDefault="00DF4F1B" w:rsidP="00413212">
            <w:pPr>
              <w:pStyle w:val="TableParagraph"/>
              <w:spacing w:before="19" w:line="266" w:lineRule="auto"/>
              <w:ind w:left="78" w:righ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Проектное задание «Готовим виртуальную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экскурсию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залам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Третьяковской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галереи»: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каждый ученик в классе выбирает одну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картину и готовит о ней рассказ, все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рассказы соединяются в целостную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экскурсию;</w:t>
            </w:r>
          </w:p>
          <w:p w14:paraId="185925DA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Проект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«Выставка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картины»: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каждую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неделю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классе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проводится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выставка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одной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картины, картины по очереди подбирают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учащиеся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класса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готовят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рассказ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выбранной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картине;</w:t>
            </w:r>
          </w:p>
          <w:p w14:paraId="2F0DD60B" w14:textId="77777777" w:rsidR="00DF4F1B" w:rsidRPr="00125679" w:rsidRDefault="00DF4F1B" w:rsidP="00413212">
            <w:pPr>
              <w:pStyle w:val="TableParagraph"/>
              <w:spacing w:before="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Экскурсия, по результатам которой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составляется устный рассказ по личным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наблюдениям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время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экскурсии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или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вопросам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учителя;</w:t>
            </w:r>
          </w:p>
        </w:tc>
        <w:tc>
          <w:tcPr>
            <w:tcW w:w="1153" w:type="dxa"/>
            <w:gridSpan w:val="2"/>
          </w:tcPr>
          <w:p w14:paraId="40D9202A" w14:textId="77777777" w:rsidR="00DF4F1B" w:rsidRPr="00125679" w:rsidRDefault="00DF4F1B" w:rsidP="0094596F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</w:t>
            </w:r>
          </w:p>
        </w:tc>
        <w:tc>
          <w:tcPr>
            <w:tcW w:w="1860" w:type="dxa"/>
          </w:tcPr>
          <w:p w14:paraId="64B3BFA0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0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5ECB4B31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384DA663" w14:textId="77777777" w:rsidTr="00E739D2">
        <w:trPr>
          <w:trHeight w:val="2955"/>
        </w:trPr>
        <w:tc>
          <w:tcPr>
            <w:tcW w:w="596" w:type="dxa"/>
            <w:gridSpan w:val="2"/>
          </w:tcPr>
          <w:p w14:paraId="6E83BE49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8.4.</w:t>
            </w:r>
          </w:p>
        </w:tc>
        <w:tc>
          <w:tcPr>
            <w:tcW w:w="5107" w:type="dxa"/>
          </w:tcPr>
          <w:p w14:paraId="4F27DD2C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Текст. Признаки текста: смысловое единство предложений в тексте;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последовательность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тексте;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выражение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законченной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мысли.</w:t>
            </w:r>
          </w:p>
        </w:tc>
        <w:tc>
          <w:tcPr>
            <w:tcW w:w="528" w:type="dxa"/>
          </w:tcPr>
          <w:p w14:paraId="475CB521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3</w:t>
            </w:r>
          </w:p>
        </w:tc>
        <w:tc>
          <w:tcPr>
            <w:tcW w:w="1104" w:type="dxa"/>
          </w:tcPr>
          <w:p w14:paraId="4A9D8C27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191693DB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232EA5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4653C9E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 диалог «Сравниваем слово,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предложение,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текст»,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выявление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ходе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диалога сходства и различия слова,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предложения,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текста;</w:t>
            </w:r>
          </w:p>
          <w:p w14:paraId="17760175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языковым материалом: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несколько примеров текстов и «не текстов»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(нарушена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последовательность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предложений</w:t>
            </w:r>
          </w:p>
          <w:p w14:paraId="2522AB1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13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/ несколько предложений, которые 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связаны единой темой / несколько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предложений об одном и </w:t>
            </w:r>
            <w:r w:rsidRPr="00125679">
              <w:rPr>
                <w:w w:val="105"/>
                <w:sz w:val="24"/>
                <w:szCs w:val="24"/>
              </w:rPr>
              <w:lastRenderedPageBreak/>
              <w:t>том же, но 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выражающих мысль), сравнение, </w:t>
            </w:r>
            <w:r w:rsidRPr="00125679">
              <w:rPr>
                <w:w w:val="105"/>
                <w:sz w:val="24"/>
                <w:szCs w:val="24"/>
              </w:rPr>
              <w:t>выявление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признаков текста: смысловое единство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предложений </w:t>
            </w:r>
            <w:r w:rsidRPr="00125679">
              <w:rPr>
                <w:w w:val="105"/>
                <w:sz w:val="24"/>
                <w:szCs w:val="24"/>
              </w:rPr>
              <w:t>в тексте; последовательность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 в тексте; выражение в тексте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законченной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мысли;</w:t>
            </w:r>
          </w:p>
          <w:p w14:paraId="3E0B478F" w14:textId="77777777" w:rsidR="00DF4F1B" w:rsidRPr="00125679" w:rsidRDefault="00DF4F1B" w:rsidP="00413212">
            <w:pPr>
              <w:pStyle w:val="TableParagraph"/>
              <w:spacing w:before="5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парах: различение текста и «не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текста», аргументация своей точки зрения;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 за способами связи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 в тексте, высказывание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предположений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способах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связи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тексте;</w:t>
            </w:r>
          </w:p>
          <w:p w14:paraId="51C5127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60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Наблюдение за последовательностью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тексте;</w:t>
            </w:r>
          </w:p>
          <w:p w14:paraId="10632193" w14:textId="77777777" w:rsidR="00DF4F1B" w:rsidRPr="00125679" w:rsidRDefault="00DF4F1B" w:rsidP="00413212">
            <w:pPr>
              <w:pStyle w:val="TableParagraph"/>
              <w:spacing w:before="1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Самостоятельная работа: восстановление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деформированного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—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необходимо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определить правильный порядок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тексте;</w:t>
            </w:r>
          </w:p>
        </w:tc>
        <w:tc>
          <w:tcPr>
            <w:tcW w:w="1153" w:type="dxa"/>
            <w:gridSpan w:val="2"/>
          </w:tcPr>
          <w:p w14:paraId="460BC7EA" w14:textId="77777777" w:rsidR="00DF4F1B" w:rsidRPr="00125679" w:rsidRDefault="00DF4F1B" w:rsidP="00F57339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</w:t>
            </w:r>
            <w:r w:rsidR="00F57339">
              <w:rPr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860" w:type="dxa"/>
          </w:tcPr>
          <w:p w14:paraId="4D0128BC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1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40848E23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4BBC4D9A" w14:textId="77777777" w:rsidTr="00E739D2">
        <w:trPr>
          <w:trHeight w:val="545"/>
        </w:trPr>
        <w:tc>
          <w:tcPr>
            <w:tcW w:w="596" w:type="dxa"/>
            <w:gridSpan w:val="2"/>
          </w:tcPr>
          <w:p w14:paraId="15F4FD5B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8.5.</w:t>
            </w:r>
          </w:p>
        </w:tc>
        <w:tc>
          <w:tcPr>
            <w:tcW w:w="5107" w:type="dxa"/>
          </w:tcPr>
          <w:p w14:paraId="72A85A48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Тема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текста.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Основная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мысль.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Заглавие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текста.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Подбор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заголовков</w:t>
            </w:r>
          </w:p>
          <w:p w14:paraId="3F9C6E46" w14:textId="77777777" w:rsidR="00DF4F1B" w:rsidRPr="00125679" w:rsidRDefault="00DF4F1B" w:rsidP="00413212">
            <w:pPr>
              <w:pStyle w:val="TableParagraph"/>
              <w:spacing w:before="20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к предложенным текстам. Последовательность частей текста (абзацев).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Корректирование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текстов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нарушенным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порядком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абзацев.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Типы текстов: описание, повествование, </w:t>
            </w:r>
            <w:r w:rsidRPr="00125679">
              <w:rPr>
                <w:w w:val="105"/>
                <w:sz w:val="24"/>
                <w:szCs w:val="24"/>
              </w:rPr>
              <w:lastRenderedPageBreak/>
              <w:t>рассуждение, их особенности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(первичное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ознакомление).</w:t>
            </w:r>
          </w:p>
        </w:tc>
        <w:tc>
          <w:tcPr>
            <w:tcW w:w="528" w:type="dxa"/>
          </w:tcPr>
          <w:p w14:paraId="6F3F3F7B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lastRenderedPageBreak/>
              <w:t>4</w:t>
            </w:r>
          </w:p>
        </w:tc>
        <w:tc>
          <w:tcPr>
            <w:tcW w:w="1104" w:type="dxa"/>
          </w:tcPr>
          <w:p w14:paraId="68733988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27730D52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03D2C06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472B2EEA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37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Практическая работа: формулирование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основной мысли предложенных </w:t>
            </w:r>
            <w:r w:rsidRPr="00125679">
              <w:rPr>
                <w:w w:val="105"/>
                <w:sz w:val="24"/>
                <w:szCs w:val="24"/>
              </w:rPr>
              <w:t>текстов;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Наблюдение за структурой текста,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знакомство с абзацем </w:t>
            </w:r>
            <w:r w:rsidRPr="00125679">
              <w:rPr>
                <w:w w:val="105"/>
                <w:sz w:val="24"/>
                <w:szCs w:val="24"/>
              </w:rPr>
              <w:lastRenderedPageBreak/>
              <w:t>как структурным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компонентом текста, формулирование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выводов о том, что в абзаце содержится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микротема</w:t>
            </w:r>
            <w:proofErr w:type="spellEnd"/>
            <w:r w:rsidRPr="00125679">
              <w:rPr>
                <w:w w:val="105"/>
                <w:sz w:val="24"/>
                <w:szCs w:val="24"/>
              </w:rPr>
              <w:t>;</w:t>
            </w:r>
          </w:p>
          <w:p w14:paraId="5EB3B381" w14:textId="77777777" w:rsidR="00DF4F1B" w:rsidRPr="00125679" w:rsidRDefault="00DF4F1B" w:rsidP="00413212">
            <w:pPr>
              <w:pStyle w:val="TableParagraph"/>
              <w:spacing w:before="5" w:line="266" w:lineRule="auto"/>
              <w:ind w:left="78" w:right="16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Совместная работа: определение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последовательности абзацев в тексте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нарушенным порядком следования </w:t>
            </w:r>
            <w:r w:rsidRPr="00125679">
              <w:rPr>
                <w:w w:val="105"/>
                <w:sz w:val="24"/>
                <w:szCs w:val="24"/>
              </w:rPr>
              <w:t>абзацев;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Индивидуальная работа: определение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порядка следования абзацев;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Дифференцированное </w:t>
            </w:r>
            <w:r w:rsidRPr="00125679">
              <w:rPr>
                <w:w w:val="105"/>
                <w:sz w:val="24"/>
                <w:szCs w:val="24"/>
              </w:rPr>
              <w:t>задание: выделение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абзацев в тексте, в котором абзацы не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выделены;</w:t>
            </w:r>
          </w:p>
          <w:p w14:paraId="2EFA364E" w14:textId="77777777" w:rsidR="00DF4F1B" w:rsidRPr="00125679" w:rsidRDefault="00DF4F1B" w:rsidP="0094596F">
            <w:pPr>
              <w:pStyle w:val="TableParagraph"/>
              <w:spacing w:before="5" w:line="266" w:lineRule="auto"/>
              <w:ind w:left="78" w:right="26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Обсуждение: как связана основная мысль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 с содержанием каждого абзаца;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Практическая работа: формулирование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основной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каждого абзаца; преобразование </w:t>
            </w:r>
            <w:r w:rsidRPr="00125679">
              <w:rPr>
                <w:w w:val="105"/>
                <w:sz w:val="24"/>
                <w:szCs w:val="24"/>
              </w:rPr>
              <w:t>основной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мысли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предложение</w:t>
            </w:r>
            <w:r w:rsidR="0094596F">
              <w:rPr>
                <w:w w:val="105"/>
                <w:sz w:val="24"/>
                <w:szCs w:val="24"/>
              </w:rPr>
              <w:t xml:space="preserve"> </w:t>
            </w:r>
          </w:p>
        </w:tc>
        <w:tc>
          <w:tcPr>
            <w:tcW w:w="1153" w:type="dxa"/>
            <w:gridSpan w:val="2"/>
          </w:tcPr>
          <w:p w14:paraId="50020B07" w14:textId="77777777" w:rsidR="00DF4F1B" w:rsidRPr="00125679" w:rsidRDefault="00DF4F1B" w:rsidP="0094596F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</w:t>
            </w:r>
          </w:p>
        </w:tc>
        <w:tc>
          <w:tcPr>
            <w:tcW w:w="1860" w:type="dxa"/>
          </w:tcPr>
          <w:p w14:paraId="796DEA53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2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08C369BE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6B6212BB" w14:textId="77777777" w:rsidTr="00E739D2">
        <w:trPr>
          <w:trHeight w:val="1677"/>
        </w:trPr>
        <w:tc>
          <w:tcPr>
            <w:tcW w:w="596" w:type="dxa"/>
            <w:gridSpan w:val="2"/>
          </w:tcPr>
          <w:p w14:paraId="11F9F3E6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8.6.</w:t>
            </w:r>
          </w:p>
        </w:tc>
        <w:tc>
          <w:tcPr>
            <w:tcW w:w="5107" w:type="dxa"/>
          </w:tcPr>
          <w:p w14:paraId="3D0E880F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Знакомство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жанром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поздравления.</w:t>
            </w:r>
          </w:p>
        </w:tc>
        <w:tc>
          <w:tcPr>
            <w:tcW w:w="528" w:type="dxa"/>
          </w:tcPr>
          <w:p w14:paraId="7186888E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2</w:t>
            </w:r>
          </w:p>
        </w:tc>
        <w:tc>
          <w:tcPr>
            <w:tcW w:w="1104" w:type="dxa"/>
          </w:tcPr>
          <w:p w14:paraId="51319902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6C7D171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6ABAD59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1CA0A6F3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159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Обсуждение особенностей жанра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поздравления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ходе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анализа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предложенных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примеров поздравлений, анализ структуры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текстов-поздравлений;</w:t>
            </w:r>
          </w:p>
          <w:p w14:paraId="5A316861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 w:right="147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Творческое задание: создание текста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поздравительной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открытки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(выбор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повода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для поздравления определяется самими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учащимися);</w:t>
            </w:r>
          </w:p>
        </w:tc>
        <w:tc>
          <w:tcPr>
            <w:tcW w:w="1153" w:type="dxa"/>
            <w:gridSpan w:val="2"/>
          </w:tcPr>
          <w:p w14:paraId="347E429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proofErr w:type="gramStart"/>
            <w:r w:rsidRPr="00125679">
              <w:rPr>
                <w:w w:val="105"/>
                <w:sz w:val="24"/>
                <w:szCs w:val="24"/>
              </w:rPr>
              <w:t>текущий;;</w:t>
            </w:r>
            <w:proofErr w:type="gramEnd"/>
          </w:p>
        </w:tc>
        <w:tc>
          <w:tcPr>
            <w:tcW w:w="1860" w:type="dxa"/>
          </w:tcPr>
          <w:p w14:paraId="6ACE0754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3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7CFC053E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2868C12A" w14:textId="77777777" w:rsidTr="00E739D2">
        <w:trPr>
          <w:trHeight w:val="1254"/>
        </w:trPr>
        <w:tc>
          <w:tcPr>
            <w:tcW w:w="596" w:type="dxa"/>
            <w:gridSpan w:val="2"/>
          </w:tcPr>
          <w:p w14:paraId="2C758FD6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8.7.</w:t>
            </w:r>
          </w:p>
        </w:tc>
        <w:tc>
          <w:tcPr>
            <w:tcW w:w="5107" w:type="dxa"/>
          </w:tcPr>
          <w:p w14:paraId="351BE0F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Понимание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текста: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развитие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умения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формулировать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простые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выводы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основе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информации,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содержащейся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тексте.</w:t>
            </w:r>
          </w:p>
        </w:tc>
        <w:tc>
          <w:tcPr>
            <w:tcW w:w="528" w:type="dxa"/>
          </w:tcPr>
          <w:p w14:paraId="0992C7A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5F028D5D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7FF602F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BDDE52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2AACCE07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55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«Какие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могут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быть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цели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создании текстов?», высказывание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учащимися </w:t>
            </w:r>
            <w:r w:rsidRPr="00125679">
              <w:rPr>
                <w:w w:val="105"/>
                <w:sz w:val="24"/>
                <w:szCs w:val="24"/>
              </w:rPr>
              <w:t>предположений о целях создания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текста;</w:t>
            </w:r>
          </w:p>
          <w:p w14:paraId="4268B99C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 w:right="251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Наблюдение за особенностями текста-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описания, установление его </w:t>
            </w:r>
            <w:r w:rsidRPr="00125679">
              <w:rPr>
                <w:w w:val="105"/>
                <w:sz w:val="24"/>
                <w:szCs w:val="24"/>
              </w:rPr>
              <w:t>особенностей,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нахождение в тексте средств создания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описания;</w:t>
            </w:r>
          </w:p>
          <w:p w14:paraId="46A5720F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 w:right="330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Обсуждение различных текстов</w:t>
            </w:r>
            <w:r w:rsidR="00E739D2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1"/>
                <w:w w:val="105"/>
                <w:sz w:val="24"/>
                <w:szCs w:val="24"/>
              </w:rPr>
              <w:t>описаний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(художественных, научных описаний):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выявление сходства и различий;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Наблюдение за текстом</w:t>
            </w:r>
            <w:r w:rsidR="0094596F">
              <w:rPr>
                <w:spacing w:val="-1"/>
                <w:w w:val="105"/>
                <w:sz w:val="24"/>
                <w:szCs w:val="24"/>
              </w:rPr>
              <w:t>-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повествованием </w:t>
            </w:r>
            <w:r w:rsidRPr="00125679">
              <w:rPr>
                <w:w w:val="105"/>
                <w:sz w:val="24"/>
                <w:szCs w:val="24"/>
              </w:rPr>
              <w:t>и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установление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его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особенностей;</w:t>
            </w:r>
          </w:p>
          <w:p w14:paraId="541581DD" w14:textId="77777777" w:rsidR="00DF4F1B" w:rsidRPr="00125679" w:rsidRDefault="00DF4F1B" w:rsidP="00413212">
            <w:pPr>
              <w:pStyle w:val="TableParagraph"/>
              <w:spacing w:before="2" w:line="266" w:lineRule="auto"/>
              <w:ind w:left="78" w:right="46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Работа в группах: сравнение текстов-</w:t>
            </w:r>
            <w:r w:rsidRPr="00125679">
              <w:rPr>
                <w:rFonts w:ascii="Cambria Math" w:hAnsi="Cambria Math" w:cs="Cambria Math"/>
                <w:w w:val="105"/>
                <w:sz w:val="24"/>
                <w:szCs w:val="24"/>
              </w:rPr>
              <w:t>‐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повествований с текстами-описаниями;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Наблюдение за текстом-рассуждением,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установление</w:t>
            </w:r>
            <w:r w:rsidRPr="00125679">
              <w:rPr>
                <w:spacing w:val="-4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его</w:t>
            </w:r>
            <w:r w:rsidRPr="00125679">
              <w:rPr>
                <w:spacing w:val="-3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lastRenderedPageBreak/>
              <w:t>особенностей;</w:t>
            </w:r>
          </w:p>
          <w:p w14:paraId="5823E203" w14:textId="77777777" w:rsidR="00DF4F1B" w:rsidRPr="00125679" w:rsidRDefault="00DF4F1B" w:rsidP="00413212">
            <w:pPr>
              <w:pStyle w:val="TableParagraph"/>
              <w:spacing w:before="1" w:line="266" w:lineRule="auto"/>
              <w:ind w:left="78" w:right="73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Учебный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диалог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«Что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важно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для</w:t>
            </w:r>
            <w:r w:rsidRPr="00125679">
              <w:rPr>
                <w:spacing w:val="-10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составления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текста-рассуждения?»;</w:t>
            </w:r>
          </w:p>
        </w:tc>
        <w:tc>
          <w:tcPr>
            <w:tcW w:w="1153" w:type="dxa"/>
            <w:gridSpan w:val="2"/>
          </w:tcPr>
          <w:p w14:paraId="73A2680D" w14:textId="77777777" w:rsidR="00DF4F1B" w:rsidRPr="00125679" w:rsidRDefault="00DF4F1B" w:rsidP="00E739D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lastRenderedPageBreak/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</w:t>
            </w:r>
          </w:p>
        </w:tc>
        <w:tc>
          <w:tcPr>
            <w:tcW w:w="1860" w:type="dxa"/>
          </w:tcPr>
          <w:p w14:paraId="387EA832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4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6E07482C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E90520" w14:paraId="0A278EAD" w14:textId="77777777" w:rsidTr="00E739D2">
        <w:trPr>
          <w:trHeight w:val="2302"/>
        </w:trPr>
        <w:tc>
          <w:tcPr>
            <w:tcW w:w="596" w:type="dxa"/>
            <w:gridSpan w:val="2"/>
          </w:tcPr>
          <w:p w14:paraId="55C7216D" w14:textId="77777777" w:rsidR="00DF4F1B" w:rsidRPr="00125679" w:rsidRDefault="00DF4F1B" w:rsidP="00413212">
            <w:pPr>
              <w:pStyle w:val="TableParagraph"/>
              <w:spacing w:before="64"/>
              <w:ind w:left="55" w:right="49"/>
              <w:jc w:val="center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8.8.</w:t>
            </w:r>
          </w:p>
        </w:tc>
        <w:tc>
          <w:tcPr>
            <w:tcW w:w="5107" w:type="dxa"/>
          </w:tcPr>
          <w:p w14:paraId="535A4324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Выразительное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чтение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текста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вслух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соблюдением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правильной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интонации.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Подробное изложение повествовательного текста объёмом 30—45 слов с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</w:t>
            </w:r>
          </w:p>
        </w:tc>
        <w:tc>
          <w:tcPr>
            <w:tcW w:w="528" w:type="dxa"/>
          </w:tcPr>
          <w:p w14:paraId="48CE8F2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5</w:t>
            </w:r>
          </w:p>
        </w:tc>
        <w:tc>
          <w:tcPr>
            <w:tcW w:w="1104" w:type="dxa"/>
          </w:tcPr>
          <w:p w14:paraId="375775AF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1140" w:type="dxa"/>
          </w:tcPr>
          <w:p w14:paraId="314A873A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0</w:t>
            </w:r>
          </w:p>
        </w:tc>
        <w:tc>
          <w:tcPr>
            <w:tcW w:w="804" w:type="dxa"/>
          </w:tcPr>
          <w:p w14:paraId="13328E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3205" w:type="dxa"/>
          </w:tcPr>
          <w:p w14:paraId="15A28959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8" w:right="305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 xml:space="preserve">Коллективный анализ содержания </w:t>
            </w:r>
            <w:r w:rsidRPr="00125679">
              <w:rPr>
                <w:w w:val="105"/>
                <w:sz w:val="24"/>
                <w:szCs w:val="24"/>
              </w:rPr>
              <w:t>текста,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который предложен как основа для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изложения (повествовательный текст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объёмом</w:t>
            </w:r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30—45</w:t>
            </w:r>
            <w:r w:rsidRPr="00125679">
              <w:rPr>
                <w:spacing w:val="-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слов);</w:t>
            </w:r>
          </w:p>
          <w:p w14:paraId="177BCDFD" w14:textId="77777777" w:rsidR="00DF4F1B" w:rsidRPr="00125679" w:rsidRDefault="00DF4F1B" w:rsidP="00413212">
            <w:pPr>
              <w:pStyle w:val="TableParagraph"/>
              <w:spacing w:before="3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ответы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поставленные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к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тексту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вопросы;</w:t>
            </w:r>
          </w:p>
          <w:p w14:paraId="039A0E4C" w14:textId="77777777" w:rsidR="00DF4F1B" w:rsidRPr="00125679" w:rsidRDefault="00DF4F1B" w:rsidP="00413212">
            <w:pPr>
              <w:pStyle w:val="TableParagraph"/>
              <w:spacing w:before="1" w:line="266" w:lineRule="auto"/>
              <w:ind w:left="78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пересказ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текста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опорой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на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вопросы;</w:t>
            </w:r>
            <w:r w:rsidRPr="00125679">
              <w:rPr>
                <w:spacing w:val="-36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Письменное подробное изложение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содержания текста с опорой на вопросы;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 xml:space="preserve">Самопроверка с возможностью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коррек</w:t>
            </w:r>
            <w:proofErr w:type="spellEnd"/>
            <w:r w:rsidRPr="00125679">
              <w:rPr>
                <w:rFonts w:ascii="Cambria Math" w:hAnsi="Cambria Math" w:cs="Cambria Math"/>
                <w:w w:val="105"/>
                <w:sz w:val="24"/>
                <w:szCs w:val="24"/>
              </w:rPr>
              <w:t>‐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w w:val="105"/>
                <w:sz w:val="24"/>
                <w:szCs w:val="24"/>
              </w:rPr>
              <w:t>тировки</w:t>
            </w:r>
            <w:proofErr w:type="spellEnd"/>
            <w:r w:rsidRPr="00125679">
              <w:rPr>
                <w:spacing w:val="-2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пересказа;</w:t>
            </w:r>
          </w:p>
        </w:tc>
        <w:tc>
          <w:tcPr>
            <w:tcW w:w="1153" w:type="dxa"/>
            <w:gridSpan w:val="2"/>
          </w:tcPr>
          <w:p w14:paraId="4823339B" w14:textId="77777777" w:rsidR="00DF4F1B" w:rsidRPr="00125679" w:rsidRDefault="00DF4F1B" w:rsidP="00413212">
            <w:pPr>
              <w:pStyle w:val="TableParagraph"/>
              <w:spacing w:before="64" w:line="266" w:lineRule="auto"/>
              <w:ind w:left="79" w:right="82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Устный;</w:t>
            </w:r>
            <w:r w:rsidRPr="00125679">
              <w:rPr>
                <w:spacing w:val="1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письменный;</w:t>
            </w:r>
            <w:r w:rsidRPr="00125679">
              <w:rPr>
                <w:spacing w:val="-3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текущий;</w:t>
            </w:r>
          </w:p>
        </w:tc>
        <w:tc>
          <w:tcPr>
            <w:tcW w:w="1860" w:type="dxa"/>
          </w:tcPr>
          <w:p w14:paraId="097F8B6B" w14:textId="77777777" w:rsidR="00DF4F1B" w:rsidRPr="00125679" w:rsidRDefault="00C7687E" w:rsidP="00413212">
            <w:pPr>
              <w:pStyle w:val="TableParagraph"/>
              <w:spacing w:before="64"/>
              <w:ind w:left="80"/>
              <w:rPr>
                <w:sz w:val="24"/>
                <w:szCs w:val="24"/>
              </w:rPr>
            </w:pPr>
            <w:hyperlink r:id="rId115">
              <w:r w:rsidR="00DF4F1B" w:rsidRPr="00125679">
                <w:rPr>
                  <w:w w:val="105"/>
                  <w:sz w:val="24"/>
                  <w:szCs w:val="24"/>
                </w:rPr>
                <w:t>http://school</w:t>
              </w:r>
            </w:hyperlink>
          </w:p>
          <w:p w14:paraId="7D142DA2" w14:textId="77777777" w:rsidR="00DF4F1B" w:rsidRPr="00125679" w:rsidRDefault="00DF4F1B" w:rsidP="00413212">
            <w:pPr>
              <w:pStyle w:val="TableParagraph"/>
              <w:spacing w:before="20"/>
              <w:ind w:left="80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-collection.edu.ru/</w:t>
            </w:r>
          </w:p>
        </w:tc>
      </w:tr>
      <w:tr w:rsidR="00DF4F1B" w:rsidRPr="00125679" w14:paraId="365CBEB9" w14:textId="77777777" w:rsidTr="00413212">
        <w:trPr>
          <w:trHeight w:val="333"/>
        </w:trPr>
        <w:tc>
          <w:tcPr>
            <w:tcW w:w="5703" w:type="dxa"/>
            <w:gridSpan w:val="3"/>
          </w:tcPr>
          <w:p w14:paraId="2A9928D7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Итого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7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разделу:</w:t>
            </w:r>
          </w:p>
        </w:tc>
        <w:tc>
          <w:tcPr>
            <w:tcW w:w="528" w:type="dxa"/>
          </w:tcPr>
          <w:p w14:paraId="50C0771A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30</w:t>
            </w:r>
          </w:p>
        </w:tc>
        <w:tc>
          <w:tcPr>
            <w:tcW w:w="9266" w:type="dxa"/>
            <w:gridSpan w:val="7"/>
          </w:tcPr>
          <w:p w14:paraId="02A606B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0C30A57E" w14:textId="77777777" w:rsidTr="00413212">
        <w:trPr>
          <w:trHeight w:val="333"/>
        </w:trPr>
        <w:tc>
          <w:tcPr>
            <w:tcW w:w="5703" w:type="dxa"/>
            <w:gridSpan w:val="3"/>
          </w:tcPr>
          <w:p w14:paraId="1F0D9F0C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Резервное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время</w:t>
            </w:r>
          </w:p>
        </w:tc>
        <w:tc>
          <w:tcPr>
            <w:tcW w:w="528" w:type="dxa"/>
          </w:tcPr>
          <w:p w14:paraId="689B3FB0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30</w:t>
            </w:r>
          </w:p>
        </w:tc>
        <w:tc>
          <w:tcPr>
            <w:tcW w:w="9266" w:type="dxa"/>
            <w:gridSpan w:val="7"/>
          </w:tcPr>
          <w:p w14:paraId="26E722D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  <w:tr w:rsidR="00DF4F1B" w:rsidRPr="00125679" w14:paraId="5F3CA980" w14:textId="77777777" w:rsidTr="00413212">
        <w:trPr>
          <w:trHeight w:val="333"/>
        </w:trPr>
        <w:tc>
          <w:tcPr>
            <w:tcW w:w="5703" w:type="dxa"/>
            <w:gridSpan w:val="3"/>
          </w:tcPr>
          <w:p w14:paraId="41499144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spacing w:val="-1"/>
                <w:w w:val="105"/>
                <w:sz w:val="24"/>
                <w:szCs w:val="24"/>
              </w:rPr>
              <w:t>ОБЩЕЕ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spacing w:val="-1"/>
                <w:w w:val="105"/>
                <w:sz w:val="24"/>
                <w:szCs w:val="24"/>
              </w:rPr>
              <w:t>КОЛИЧЕСТВО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ЧАСОВ</w:t>
            </w:r>
            <w:r w:rsidRPr="00125679">
              <w:rPr>
                <w:spacing w:val="-9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ПО</w:t>
            </w:r>
            <w:r w:rsidRPr="00125679">
              <w:rPr>
                <w:spacing w:val="-8"/>
                <w:w w:val="105"/>
                <w:sz w:val="24"/>
                <w:szCs w:val="24"/>
              </w:rPr>
              <w:t xml:space="preserve"> </w:t>
            </w:r>
            <w:r w:rsidRPr="00125679">
              <w:rPr>
                <w:w w:val="105"/>
                <w:sz w:val="24"/>
                <w:szCs w:val="24"/>
              </w:rPr>
              <w:t>ПРОГРАММЕ</w:t>
            </w:r>
          </w:p>
        </w:tc>
        <w:tc>
          <w:tcPr>
            <w:tcW w:w="528" w:type="dxa"/>
          </w:tcPr>
          <w:p w14:paraId="3E56A3E9" w14:textId="77777777" w:rsidR="00DF4F1B" w:rsidRPr="00125679" w:rsidRDefault="00DF4F1B" w:rsidP="00413212">
            <w:pPr>
              <w:pStyle w:val="TableParagraph"/>
              <w:spacing w:before="64"/>
              <w:ind w:left="76"/>
              <w:rPr>
                <w:sz w:val="24"/>
                <w:szCs w:val="24"/>
              </w:rPr>
            </w:pPr>
            <w:r w:rsidRPr="00125679">
              <w:rPr>
                <w:w w:val="105"/>
                <w:sz w:val="24"/>
                <w:szCs w:val="24"/>
              </w:rPr>
              <w:t>170</w:t>
            </w:r>
          </w:p>
        </w:tc>
        <w:tc>
          <w:tcPr>
            <w:tcW w:w="1104" w:type="dxa"/>
          </w:tcPr>
          <w:p w14:paraId="1CDB030E" w14:textId="77777777" w:rsidR="00DF4F1B" w:rsidRPr="00125679" w:rsidRDefault="00DF4F1B" w:rsidP="00413212">
            <w:pPr>
              <w:pStyle w:val="TableParagraph"/>
              <w:spacing w:before="64"/>
              <w:ind w:left="77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12</w:t>
            </w:r>
          </w:p>
        </w:tc>
        <w:tc>
          <w:tcPr>
            <w:tcW w:w="1140" w:type="dxa"/>
          </w:tcPr>
          <w:p w14:paraId="1910E8A9" w14:textId="77777777" w:rsidR="00DF4F1B" w:rsidRPr="00125679" w:rsidRDefault="00DF4F1B" w:rsidP="00413212">
            <w:pPr>
              <w:pStyle w:val="TableParagraph"/>
              <w:spacing w:before="64"/>
              <w:ind w:left="77"/>
              <w:jc w:val="center"/>
              <w:rPr>
                <w:sz w:val="24"/>
                <w:szCs w:val="24"/>
              </w:rPr>
            </w:pPr>
            <w:r w:rsidRPr="00125679">
              <w:rPr>
                <w:w w:val="104"/>
                <w:sz w:val="24"/>
                <w:szCs w:val="24"/>
              </w:rPr>
              <w:t>12</w:t>
            </w:r>
          </w:p>
        </w:tc>
        <w:tc>
          <w:tcPr>
            <w:tcW w:w="7022" w:type="dxa"/>
            <w:gridSpan w:val="5"/>
          </w:tcPr>
          <w:p w14:paraId="38BA543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</w:tr>
    </w:tbl>
    <w:p w14:paraId="353F7B34" w14:textId="77777777" w:rsidR="00DF4F1B" w:rsidRPr="00125679" w:rsidRDefault="00DF4F1B" w:rsidP="00DF4F1B">
      <w:pPr>
        <w:rPr>
          <w:rFonts w:ascii="Times New Roman" w:hAnsi="Times New Roman" w:cs="Times New Roman"/>
          <w:sz w:val="24"/>
          <w:szCs w:val="24"/>
        </w:rPr>
        <w:sectPr w:rsidR="00DF4F1B" w:rsidRPr="00125679">
          <w:pgSz w:w="16840" w:h="11900" w:orient="landscape"/>
          <w:pgMar w:top="580" w:right="540" w:bottom="280" w:left="560" w:header="720" w:footer="720" w:gutter="0"/>
          <w:cols w:space="720"/>
        </w:sectPr>
      </w:pPr>
    </w:p>
    <w:p w14:paraId="5F663C5A" w14:textId="77777777" w:rsidR="00DF4F1B" w:rsidRPr="00032D74" w:rsidRDefault="00032D74" w:rsidP="00032D74">
      <w:pPr>
        <w:pStyle w:val="af"/>
        <w:spacing w:before="9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ПОУРОЧНОЕ ПЛАНИРОВАНИЕ</w:t>
      </w: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3413"/>
        <w:gridCol w:w="715"/>
        <w:gridCol w:w="1583"/>
        <w:gridCol w:w="1630"/>
        <w:gridCol w:w="1137"/>
        <w:gridCol w:w="1606"/>
      </w:tblGrid>
      <w:tr w:rsidR="00DF4F1B" w:rsidRPr="00125679" w14:paraId="2A74BDF8" w14:textId="77777777" w:rsidTr="00413212">
        <w:trPr>
          <w:trHeight w:val="465"/>
        </w:trPr>
        <w:tc>
          <w:tcPr>
            <w:tcW w:w="563" w:type="dxa"/>
            <w:vMerge w:val="restart"/>
          </w:tcPr>
          <w:p w14:paraId="702626F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25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№</w:t>
            </w:r>
            <w:r w:rsidRPr="00125679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3413" w:type="dxa"/>
            <w:vMerge w:val="restart"/>
          </w:tcPr>
          <w:p w14:paraId="02B14BD1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Тема</w:t>
            </w:r>
            <w:r w:rsidRPr="00125679">
              <w:rPr>
                <w:b/>
                <w:spacing w:val="8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урока</w:t>
            </w:r>
          </w:p>
        </w:tc>
        <w:tc>
          <w:tcPr>
            <w:tcW w:w="3928" w:type="dxa"/>
            <w:gridSpan w:val="3"/>
          </w:tcPr>
          <w:p w14:paraId="66B6371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Количество</w:t>
            </w:r>
            <w:r w:rsidRPr="00125679">
              <w:rPr>
                <w:b/>
                <w:spacing w:val="12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часов</w:t>
            </w:r>
          </w:p>
        </w:tc>
        <w:tc>
          <w:tcPr>
            <w:tcW w:w="1137" w:type="dxa"/>
            <w:vMerge w:val="restart"/>
          </w:tcPr>
          <w:p w14:paraId="776B4C1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5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Дата</w:t>
            </w:r>
            <w:r w:rsidRPr="00125679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изучения</w:t>
            </w:r>
          </w:p>
        </w:tc>
        <w:tc>
          <w:tcPr>
            <w:tcW w:w="1606" w:type="dxa"/>
            <w:vMerge w:val="restart"/>
          </w:tcPr>
          <w:p w14:paraId="6A53C33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57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Виды,</w:t>
            </w:r>
            <w:r w:rsidRPr="00125679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формы</w:t>
            </w:r>
            <w:r w:rsidRPr="00125679">
              <w:rPr>
                <w:b/>
                <w:spacing w:val="1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контроля</w:t>
            </w:r>
          </w:p>
        </w:tc>
      </w:tr>
      <w:tr w:rsidR="00DF4F1B" w:rsidRPr="00125679" w14:paraId="337EE250" w14:textId="77777777" w:rsidTr="00413212">
        <w:trPr>
          <w:trHeight w:val="794"/>
        </w:trPr>
        <w:tc>
          <w:tcPr>
            <w:tcW w:w="563" w:type="dxa"/>
            <w:vMerge/>
            <w:tcBorders>
              <w:top w:val="nil"/>
            </w:tcBorders>
          </w:tcPr>
          <w:p w14:paraId="5BA89448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413" w:type="dxa"/>
            <w:vMerge/>
            <w:tcBorders>
              <w:top w:val="nil"/>
            </w:tcBorders>
          </w:tcPr>
          <w:p w14:paraId="6D4D690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5" w:type="dxa"/>
          </w:tcPr>
          <w:p w14:paraId="4DC3B17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583" w:type="dxa"/>
          </w:tcPr>
          <w:p w14:paraId="677D418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контрольные</w:t>
            </w:r>
            <w:r w:rsidRPr="00125679">
              <w:rPr>
                <w:b/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1630" w:type="dxa"/>
          </w:tcPr>
          <w:p w14:paraId="4B48DE6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5"/>
              <w:rPr>
                <w:b/>
                <w:sz w:val="24"/>
                <w:szCs w:val="24"/>
              </w:rPr>
            </w:pPr>
            <w:r w:rsidRPr="00125679">
              <w:rPr>
                <w:b/>
                <w:sz w:val="24"/>
                <w:szCs w:val="24"/>
              </w:rPr>
              <w:t>практические</w:t>
            </w:r>
            <w:r w:rsidRPr="00125679">
              <w:rPr>
                <w:b/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b/>
                <w:sz w:val="24"/>
                <w:szCs w:val="24"/>
              </w:rPr>
              <w:t>работы</w:t>
            </w:r>
          </w:p>
        </w:tc>
        <w:tc>
          <w:tcPr>
            <w:tcW w:w="1137" w:type="dxa"/>
            <w:vMerge/>
            <w:tcBorders>
              <w:top w:val="nil"/>
            </w:tcBorders>
          </w:tcPr>
          <w:p w14:paraId="4589960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06" w:type="dxa"/>
            <w:vMerge/>
            <w:tcBorders>
              <w:top w:val="nil"/>
            </w:tcBorders>
          </w:tcPr>
          <w:p w14:paraId="4A4E28C5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4F1B" w:rsidRPr="00125679" w14:paraId="76950293" w14:textId="77777777" w:rsidTr="00413212">
        <w:trPr>
          <w:trHeight w:val="633"/>
        </w:trPr>
        <w:tc>
          <w:tcPr>
            <w:tcW w:w="563" w:type="dxa"/>
          </w:tcPr>
          <w:p w14:paraId="25BCDB4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1.</w:t>
            </w:r>
          </w:p>
        </w:tc>
        <w:tc>
          <w:tcPr>
            <w:tcW w:w="3413" w:type="dxa"/>
          </w:tcPr>
          <w:p w14:paraId="5933E4F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Знакомство с учебником. Какая бывает речь?</w:t>
            </w:r>
          </w:p>
        </w:tc>
        <w:tc>
          <w:tcPr>
            <w:tcW w:w="715" w:type="dxa"/>
          </w:tcPr>
          <w:p w14:paraId="36E3B2D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850DD8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14ECAA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36C116E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2898522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6A8FED7" w14:textId="77777777" w:rsidTr="00413212">
        <w:trPr>
          <w:trHeight w:val="856"/>
        </w:trPr>
        <w:tc>
          <w:tcPr>
            <w:tcW w:w="563" w:type="dxa"/>
          </w:tcPr>
          <w:p w14:paraId="4D90C22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2.</w:t>
            </w:r>
          </w:p>
        </w:tc>
        <w:tc>
          <w:tcPr>
            <w:tcW w:w="3413" w:type="dxa"/>
          </w:tcPr>
          <w:p w14:paraId="4574483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69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можно узнать о человеке по его речи?</w:t>
            </w:r>
          </w:p>
        </w:tc>
        <w:tc>
          <w:tcPr>
            <w:tcW w:w="715" w:type="dxa"/>
          </w:tcPr>
          <w:p w14:paraId="1903A38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BA620D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F463F3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74F4889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6428A75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46BDD6A5" w14:textId="77777777" w:rsidTr="00413212">
        <w:trPr>
          <w:trHeight w:val="841"/>
        </w:trPr>
        <w:tc>
          <w:tcPr>
            <w:tcW w:w="563" w:type="dxa"/>
          </w:tcPr>
          <w:p w14:paraId="1C453B1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3.</w:t>
            </w:r>
          </w:p>
        </w:tc>
        <w:tc>
          <w:tcPr>
            <w:tcW w:w="3413" w:type="dxa"/>
          </w:tcPr>
          <w:p w14:paraId="26F9026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отличить диалог от монолога?</w:t>
            </w:r>
          </w:p>
        </w:tc>
        <w:tc>
          <w:tcPr>
            <w:tcW w:w="715" w:type="dxa"/>
          </w:tcPr>
          <w:p w14:paraId="39DD03F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EEE654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AAF943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4CD5793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3498032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  <w:r w:rsidRPr="00125679">
              <w:rPr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472380CB" w14:textId="77777777" w:rsidTr="00413212">
        <w:trPr>
          <w:trHeight w:val="1116"/>
        </w:trPr>
        <w:tc>
          <w:tcPr>
            <w:tcW w:w="563" w:type="dxa"/>
          </w:tcPr>
          <w:p w14:paraId="7BE04BD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4.</w:t>
            </w:r>
          </w:p>
        </w:tc>
        <w:tc>
          <w:tcPr>
            <w:tcW w:w="3413" w:type="dxa"/>
          </w:tcPr>
          <w:p w14:paraId="66CB218B" w14:textId="77777777" w:rsidR="00DF4F1B" w:rsidRPr="00125679" w:rsidRDefault="00DF4F1B" w:rsidP="00413212">
            <w:pPr>
              <w:pStyle w:val="TableParagraph"/>
              <w:tabs>
                <w:tab w:val="left" w:pos="368"/>
              </w:tabs>
              <w:spacing w:before="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19D2BD9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4C1345C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43027EB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51C435C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6F4F0FF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опрос, контрольная работа</w:t>
            </w:r>
          </w:p>
        </w:tc>
      </w:tr>
      <w:tr w:rsidR="00DF4F1B" w:rsidRPr="00125679" w14:paraId="3A65F449" w14:textId="77777777" w:rsidTr="00413212">
        <w:trPr>
          <w:trHeight w:val="797"/>
        </w:trPr>
        <w:tc>
          <w:tcPr>
            <w:tcW w:w="563" w:type="dxa"/>
          </w:tcPr>
          <w:p w14:paraId="3810C97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5.</w:t>
            </w:r>
          </w:p>
        </w:tc>
        <w:tc>
          <w:tcPr>
            <w:tcW w:w="3413" w:type="dxa"/>
          </w:tcPr>
          <w:p w14:paraId="770E5670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 w:right="59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текст?</w:t>
            </w:r>
          </w:p>
        </w:tc>
        <w:tc>
          <w:tcPr>
            <w:tcW w:w="715" w:type="dxa"/>
          </w:tcPr>
          <w:p w14:paraId="7C16EFF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700922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BF3974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1AFFE9C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66B7F60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  <w:r w:rsidRPr="00125679">
              <w:rPr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5A34E02D" w14:textId="77777777" w:rsidTr="00413212">
        <w:trPr>
          <w:trHeight w:val="1116"/>
        </w:trPr>
        <w:tc>
          <w:tcPr>
            <w:tcW w:w="563" w:type="dxa"/>
          </w:tcPr>
          <w:p w14:paraId="74595F8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6.</w:t>
            </w:r>
          </w:p>
        </w:tc>
        <w:tc>
          <w:tcPr>
            <w:tcW w:w="3413" w:type="dxa"/>
          </w:tcPr>
          <w:p w14:paraId="23B26AB4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 w:right="80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тема и главная мысль текста?</w:t>
            </w:r>
          </w:p>
        </w:tc>
        <w:tc>
          <w:tcPr>
            <w:tcW w:w="715" w:type="dxa"/>
          </w:tcPr>
          <w:p w14:paraId="0EB438C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2F23B4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1D7D8C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20A2F0B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25F8F0A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 xml:space="preserve">контроль; </w:t>
            </w:r>
          </w:p>
        </w:tc>
      </w:tr>
      <w:tr w:rsidR="00DF4F1B" w:rsidRPr="00125679" w14:paraId="7CAE6486" w14:textId="77777777" w:rsidTr="00413212">
        <w:trPr>
          <w:trHeight w:val="1116"/>
        </w:trPr>
        <w:tc>
          <w:tcPr>
            <w:tcW w:w="563" w:type="dxa"/>
          </w:tcPr>
          <w:p w14:paraId="3989105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7.</w:t>
            </w:r>
          </w:p>
        </w:tc>
        <w:tc>
          <w:tcPr>
            <w:tcW w:w="3413" w:type="dxa"/>
          </w:tcPr>
          <w:p w14:paraId="5A43B17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1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Части текста</w:t>
            </w:r>
          </w:p>
        </w:tc>
        <w:tc>
          <w:tcPr>
            <w:tcW w:w="715" w:type="dxa"/>
          </w:tcPr>
          <w:p w14:paraId="71FC0B5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D4C75D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95122D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28B2E12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7173AA5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                </w:t>
            </w:r>
          </w:p>
          <w:p w14:paraId="7D59E4E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2E3DB29D" w14:textId="77777777" w:rsidTr="00413212">
        <w:trPr>
          <w:trHeight w:val="1116"/>
        </w:trPr>
        <w:tc>
          <w:tcPr>
            <w:tcW w:w="563" w:type="dxa"/>
          </w:tcPr>
          <w:p w14:paraId="4953725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8.</w:t>
            </w:r>
          </w:p>
        </w:tc>
        <w:tc>
          <w:tcPr>
            <w:tcW w:w="3413" w:type="dxa"/>
          </w:tcPr>
          <w:p w14:paraId="2155A78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  <w:tc>
          <w:tcPr>
            <w:tcW w:w="715" w:type="dxa"/>
          </w:tcPr>
          <w:p w14:paraId="6E09BE6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6DABB7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0562DF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552EABA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7A7D269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4594AF52" w14:textId="77777777" w:rsidTr="00413212">
        <w:trPr>
          <w:trHeight w:val="1116"/>
        </w:trPr>
        <w:tc>
          <w:tcPr>
            <w:tcW w:w="563" w:type="dxa"/>
          </w:tcPr>
          <w:p w14:paraId="0FFA096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9.</w:t>
            </w:r>
          </w:p>
        </w:tc>
        <w:tc>
          <w:tcPr>
            <w:tcW w:w="3413" w:type="dxa"/>
          </w:tcPr>
          <w:p w14:paraId="064687A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5ACE30E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3382DE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D467C3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64174C4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6CD5150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3BF7911D" w14:textId="77777777" w:rsidTr="00413212">
        <w:trPr>
          <w:trHeight w:val="1116"/>
        </w:trPr>
        <w:tc>
          <w:tcPr>
            <w:tcW w:w="563" w:type="dxa"/>
          </w:tcPr>
          <w:p w14:paraId="7416A75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10.</w:t>
            </w:r>
          </w:p>
        </w:tc>
        <w:tc>
          <w:tcPr>
            <w:tcW w:w="3413" w:type="dxa"/>
          </w:tcPr>
          <w:p w14:paraId="241EAA8B" w14:textId="77777777" w:rsidR="00DF4F1B" w:rsidRPr="00125679" w:rsidRDefault="00DF4F1B" w:rsidP="00413212">
            <w:pPr>
              <w:pStyle w:val="TableParagraph"/>
              <w:spacing w:before="1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предложение?</w:t>
            </w:r>
          </w:p>
        </w:tc>
        <w:tc>
          <w:tcPr>
            <w:tcW w:w="715" w:type="dxa"/>
          </w:tcPr>
          <w:p w14:paraId="47816CB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B356B1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B5B63A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5C0A938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1CCB3D3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630267A" w14:textId="77777777" w:rsidTr="00413212">
        <w:trPr>
          <w:trHeight w:val="1116"/>
        </w:trPr>
        <w:tc>
          <w:tcPr>
            <w:tcW w:w="563" w:type="dxa"/>
          </w:tcPr>
          <w:p w14:paraId="2386D93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11.</w:t>
            </w:r>
          </w:p>
        </w:tc>
        <w:tc>
          <w:tcPr>
            <w:tcW w:w="3413" w:type="dxa"/>
          </w:tcPr>
          <w:p w14:paraId="07488228" w14:textId="77777777" w:rsidR="00DF4F1B" w:rsidRPr="00125679" w:rsidRDefault="00DF4F1B" w:rsidP="00413212">
            <w:pPr>
              <w:pStyle w:val="TableParagraph"/>
              <w:spacing w:before="1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из слов составить предложение?</w:t>
            </w:r>
          </w:p>
        </w:tc>
        <w:tc>
          <w:tcPr>
            <w:tcW w:w="715" w:type="dxa"/>
          </w:tcPr>
          <w:p w14:paraId="03B5E43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400E7D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1CB4FD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4FC1D2A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59BA2BD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2ECF7241" w14:textId="77777777" w:rsidTr="00413212">
        <w:trPr>
          <w:trHeight w:val="1116"/>
        </w:trPr>
        <w:tc>
          <w:tcPr>
            <w:tcW w:w="563" w:type="dxa"/>
          </w:tcPr>
          <w:p w14:paraId="1040F49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12.</w:t>
            </w:r>
          </w:p>
        </w:tc>
        <w:tc>
          <w:tcPr>
            <w:tcW w:w="3413" w:type="dxa"/>
          </w:tcPr>
          <w:p w14:paraId="26F3BEF0" w14:textId="77777777" w:rsidR="00DF4F1B" w:rsidRPr="00125679" w:rsidRDefault="00DF4F1B" w:rsidP="00413212">
            <w:pPr>
              <w:pStyle w:val="TableParagraph"/>
              <w:spacing w:before="1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Контрольное списывание</w:t>
            </w:r>
          </w:p>
        </w:tc>
        <w:tc>
          <w:tcPr>
            <w:tcW w:w="715" w:type="dxa"/>
          </w:tcPr>
          <w:p w14:paraId="6FF0C99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373705E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7EAA820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</w:tcPr>
          <w:p w14:paraId="6E4AB24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</w:tcPr>
          <w:p w14:paraId="42A77F6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 работа;</w:t>
            </w:r>
          </w:p>
        </w:tc>
      </w:tr>
    </w:tbl>
    <w:p w14:paraId="675EE74D" w14:textId="77777777" w:rsidR="00DF4F1B" w:rsidRPr="00125679" w:rsidRDefault="00DF4F1B" w:rsidP="00DF4F1B">
      <w:pPr>
        <w:spacing w:line="297" w:lineRule="auto"/>
        <w:jc w:val="both"/>
        <w:rPr>
          <w:rFonts w:ascii="Times New Roman" w:hAnsi="Times New Roman" w:cs="Times New Roman"/>
          <w:sz w:val="24"/>
          <w:szCs w:val="24"/>
        </w:rPr>
        <w:sectPr w:rsidR="00DF4F1B" w:rsidRPr="00125679">
          <w:pgSz w:w="11900" w:h="16840"/>
          <w:pgMar w:top="520" w:right="460" w:bottom="280" w:left="560" w:header="720" w:footer="720" w:gutter="0"/>
          <w:cols w:space="720"/>
        </w:sectPr>
      </w:pPr>
    </w:p>
    <w:tbl>
      <w:tblPr>
        <w:tblStyle w:val="TableNormal"/>
        <w:tblW w:w="0" w:type="auto"/>
        <w:tblInd w:w="11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3"/>
        <w:gridCol w:w="3413"/>
        <w:gridCol w:w="715"/>
        <w:gridCol w:w="1583"/>
        <w:gridCol w:w="1630"/>
        <w:gridCol w:w="1058"/>
        <w:gridCol w:w="79"/>
        <w:gridCol w:w="205"/>
        <w:gridCol w:w="1401"/>
      </w:tblGrid>
      <w:tr w:rsidR="00DF4F1B" w:rsidRPr="00125679" w14:paraId="5EF9B0D3" w14:textId="77777777" w:rsidTr="00CE1E25">
        <w:trPr>
          <w:trHeight w:val="978"/>
        </w:trPr>
        <w:tc>
          <w:tcPr>
            <w:tcW w:w="563" w:type="dxa"/>
          </w:tcPr>
          <w:p w14:paraId="3EDC5DF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13.</w:t>
            </w:r>
          </w:p>
        </w:tc>
        <w:tc>
          <w:tcPr>
            <w:tcW w:w="3413" w:type="dxa"/>
          </w:tcPr>
          <w:p w14:paraId="270CF91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0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главные члены предложения?</w:t>
            </w:r>
          </w:p>
        </w:tc>
        <w:tc>
          <w:tcPr>
            <w:tcW w:w="715" w:type="dxa"/>
          </w:tcPr>
          <w:p w14:paraId="37BD8C1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DB48E9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2D0470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5B4276B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1FD239A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FC32C7C" w14:textId="77777777" w:rsidTr="00CE1E25">
        <w:trPr>
          <w:trHeight w:val="692"/>
        </w:trPr>
        <w:tc>
          <w:tcPr>
            <w:tcW w:w="563" w:type="dxa"/>
          </w:tcPr>
          <w:p w14:paraId="2C01789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14.</w:t>
            </w:r>
          </w:p>
        </w:tc>
        <w:tc>
          <w:tcPr>
            <w:tcW w:w="3413" w:type="dxa"/>
          </w:tcPr>
          <w:p w14:paraId="4F7C7FA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0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второстепенные члены предложения?</w:t>
            </w:r>
          </w:p>
        </w:tc>
        <w:tc>
          <w:tcPr>
            <w:tcW w:w="715" w:type="dxa"/>
          </w:tcPr>
          <w:p w14:paraId="76398C4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8C811A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E5A2FF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74EF4A6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1B0667A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7895109" w14:textId="77777777" w:rsidTr="00CE1E25">
        <w:trPr>
          <w:trHeight w:val="794"/>
        </w:trPr>
        <w:tc>
          <w:tcPr>
            <w:tcW w:w="563" w:type="dxa"/>
          </w:tcPr>
          <w:p w14:paraId="5D8E817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15.</w:t>
            </w:r>
          </w:p>
        </w:tc>
        <w:tc>
          <w:tcPr>
            <w:tcW w:w="3413" w:type="dxa"/>
          </w:tcPr>
          <w:p w14:paraId="3F08913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0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Подлежащее и сказуемое – главные члены предложения</w:t>
            </w:r>
          </w:p>
        </w:tc>
        <w:tc>
          <w:tcPr>
            <w:tcW w:w="715" w:type="dxa"/>
          </w:tcPr>
          <w:p w14:paraId="46B7913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B49F71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F98211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7A3A47F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28E8D6E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433A01D8" w14:textId="77777777" w:rsidTr="00CE1E25">
        <w:trPr>
          <w:trHeight w:val="794"/>
        </w:trPr>
        <w:tc>
          <w:tcPr>
            <w:tcW w:w="563" w:type="dxa"/>
          </w:tcPr>
          <w:p w14:paraId="39F6761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16.</w:t>
            </w:r>
          </w:p>
        </w:tc>
        <w:tc>
          <w:tcPr>
            <w:tcW w:w="3413" w:type="dxa"/>
          </w:tcPr>
          <w:p w14:paraId="3F1C8C6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8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Что такое распространенные и нераспространённые предложения? </w:t>
            </w:r>
          </w:p>
        </w:tc>
        <w:tc>
          <w:tcPr>
            <w:tcW w:w="715" w:type="dxa"/>
          </w:tcPr>
          <w:p w14:paraId="4542E23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1EC7A6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820538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6B32206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7D12545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0AE7A31" w14:textId="77777777" w:rsidTr="00CE1E25">
        <w:trPr>
          <w:trHeight w:val="731"/>
        </w:trPr>
        <w:tc>
          <w:tcPr>
            <w:tcW w:w="563" w:type="dxa"/>
          </w:tcPr>
          <w:p w14:paraId="2365818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17.</w:t>
            </w:r>
          </w:p>
        </w:tc>
        <w:tc>
          <w:tcPr>
            <w:tcW w:w="3413" w:type="dxa"/>
          </w:tcPr>
          <w:p w14:paraId="0826EB8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8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установить связь слов в предложении?</w:t>
            </w:r>
          </w:p>
        </w:tc>
        <w:tc>
          <w:tcPr>
            <w:tcW w:w="715" w:type="dxa"/>
          </w:tcPr>
          <w:p w14:paraId="5825E7C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139289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8D7E3C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1D4A33D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42B3A42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046898C" w14:textId="77777777" w:rsidTr="00CE1E25">
        <w:trPr>
          <w:trHeight w:val="685"/>
        </w:trPr>
        <w:tc>
          <w:tcPr>
            <w:tcW w:w="563" w:type="dxa"/>
          </w:tcPr>
          <w:p w14:paraId="4092587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18.</w:t>
            </w:r>
          </w:p>
        </w:tc>
        <w:tc>
          <w:tcPr>
            <w:tcW w:w="3413" w:type="dxa"/>
          </w:tcPr>
          <w:p w14:paraId="495946B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Развитие речи. Обучающее сочинение по картинке</w:t>
            </w:r>
          </w:p>
        </w:tc>
        <w:tc>
          <w:tcPr>
            <w:tcW w:w="715" w:type="dxa"/>
          </w:tcPr>
          <w:p w14:paraId="00FBC71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611453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F997851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058" w:type="dxa"/>
          </w:tcPr>
          <w:p w14:paraId="6DA9B43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22734DF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</w:t>
            </w:r>
          </w:p>
          <w:p w14:paraId="3C82C82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</w:t>
            </w:r>
          </w:p>
        </w:tc>
      </w:tr>
      <w:tr w:rsidR="00DF4F1B" w:rsidRPr="00125679" w14:paraId="02F3C460" w14:textId="77777777" w:rsidTr="00CE1E25">
        <w:trPr>
          <w:trHeight w:val="356"/>
        </w:trPr>
        <w:tc>
          <w:tcPr>
            <w:tcW w:w="563" w:type="dxa"/>
          </w:tcPr>
          <w:p w14:paraId="2D17648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19.</w:t>
            </w:r>
          </w:p>
        </w:tc>
        <w:tc>
          <w:tcPr>
            <w:tcW w:w="3413" w:type="dxa"/>
          </w:tcPr>
          <w:p w14:paraId="7577558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Анализ сочинений</w:t>
            </w:r>
          </w:p>
        </w:tc>
        <w:tc>
          <w:tcPr>
            <w:tcW w:w="715" w:type="dxa"/>
          </w:tcPr>
          <w:p w14:paraId="7E18C16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6C18B6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A0CC9C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77A694D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4CA8CE0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7D19CAE3" w14:textId="77777777" w:rsidTr="00CE1E25">
        <w:trPr>
          <w:trHeight w:val="309"/>
        </w:trPr>
        <w:tc>
          <w:tcPr>
            <w:tcW w:w="563" w:type="dxa"/>
          </w:tcPr>
          <w:p w14:paraId="5CC1395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20.</w:t>
            </w:r>
          </w:p>
        </w:tc>
        <w:tc>
          <w:tcPr>
            <w:tcW w:w="3413" w:type="dxa"/>
          </w:tcPr>
          <w:p w14:paraId="7BC1ADB9" w14:textId="77777777" w:rsidR="00DF4F1B" w:rsidRPr="00125679" w:rsidRDefault="00DF4F1B" w:rsidP="00413212">
            <w:pPr>
              <w:pStyle w:val="TableParagraph"/>
              <w:spacing w:before="4" w:line="297" w:lineRule="auto"/>
              <w:ind w:left="74" w:right="66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Контрольный диктант </w:t>
            </w:r>
          </w:p>
        </w:tc>
        <w:tc>
          <w:tcPr>
            <w:tcW w:w="715" w:type="dxa"/>
          </w:tcPr>
          <w:p w14:paraId="5032915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EFF59B4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5211BB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423126B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72A69E7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09EBC9C2" w14:textId="77777777" w:rsidTr="00CE1E25">
        <w:trPr>
          <w:trHeight w:val="816"/>
        </w:trPr>
        <w:tc>
          <w:tcPr>
            <w:tcW w:w="563" w:type="dxa"/>
          </w:tcPr>
          <w:p w14:paraId="6189655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21.</w:t>
            </w:r>
          </w:p>
        </w:tc>
        <w:tc>
          <w:tcPr>
            <w:tcW w:w="3413" w:type="dxa"/>
          </w:tcPr>
          <w:p w14:paraId="6F00C231" w14:textId="77777777" w:rsidR="00DF4F1B" w:rsidRPr="00125679" w:rsidRDefault="00DF4F1B" w:rsidP="00413212">
            <w:pPr>
              <w:pStyle w:val="TableParagraph"/>
              <w:spacing w:before="4" w:line="297" w:lineRule="auto"/>
              <w:ind w:left="74" w:right="66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0B26D5F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BEB9B2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8AD18D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339FB88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11767ED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4755D797" w14:textId="77777777" w:rsidTr="00CE1E25">
        <w:trPr>
          <w:trHeight w:val="715"/>
        </w:trPr>
        <w:tc>
          <w:tcPr>
            <w:tcW w:w="563" w:type="dxa"/>
          </w:tcPr>
          <w:p w14:paraId="35A7C2F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22.</w:t>
            </w:r>
          </w:p>
        </w:tc>
        <w:tc>
          <w:tcPr>
            <w:tcW w:w="3413" w:type="dxa"/>
          </w:tcPr>
          <w:p w14:paraId="7FEE3226" w14:textId="77777777" w:rsidR="00DF4F1B" w:rsidRPr="00125679" w:rsidRDefault="00DF4F1B" w:rsidP="00413212">
            <w:pPr>
              <w:pStyle w:val="TableParagraph"/>
              <w:spacing w:before="4" w:line="297" w:lineRule="auto"/>
              <w:ind w:left="74" w:right="66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лексическое значение слова?</w:t>
            </w:r>
          </w:p>
        </w:tc>
        <w:tc>
          <w:tcPr>
            <w:tcW w:w="715" w:type="dxa"/>
          </w:tcPr>
          <w:p w14:paraId="7006C82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F394CD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444E73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4267C58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2212D3D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Устный 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258D67EF" w14:textId="77777777" w:rsidTr="00CE1E25">
        <w:trPr>
          <w:trHeight w:val="715"/>
        </w:trPr>
        <w:tc>
          <w:tcPr>
            <w:tcW w:w="563" w:type="dxa"/>
          </w:tcPr>
          <w:p w14:paraId="433C98B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23.</w:t>
            </w:r>
          </w:p>
        </w:tc>
        <w:tc>
          <w:tcPr>
            <w:tcW w:w="3413" w:type="dxa"/>
          </w:tcPr>
          <w:p w14:paraId="06BA9A2B" w14:textId="77777777" w:rsidR="00DF4F1B" w:rsidRPr="00125679" w:rsidRDefault="00DF4F1B" w:rsidP="00413212">
            <w:pPr>
              <w:pStyle w:val="TableParagraph"/>
              <w:spacing w:before="4" w:line="297" w:lineRule="auto"/>
              <w:ind w:left="74" w:right="66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лексическое значение слова?</w:t>
            </w:r>
          </w:p>
        </w:tc>
        <w:tc>
          <w:tcPr>
            <w:tcW w:w="715" w:type="dxa"/>
          </w:tcPr>
          <w:p w14:paraId="3FB90B4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8F1C03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D66C9C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5B57B70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4F164CC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12567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2A6786A3" w14:textId="77777777" w:rsidTr="00CE1E25">
        <w:trPr>
          <w:trHeight w:val="715"/>
        </w:trPr>
        <w:tc>
          <w:tcPr>
            <w:tcW w:w="563" w:type="dxa"/>
          </w:tcPr>
          <w:p w14:paraId="3CD9014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24.</w:t>
            </w:r>
          </w:p>
        </w:tc>
        <w:tc>
          <w:tcPr>
            <w:tcW w:w="3413" w:type="dxa"/>
          </w:tcPr>
          <w:p w14:paraId="6C130F9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однозначные и многозначные слова?</w:t>
            </w:r>
          </w:p>
        </w:tc>
        <w:tc>
          <w:tcPr>
            <w:tcW w:w="715" w:type="dxa"/>
          </w:tcPr>
          <w:p w14:paraId="324A8F1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16040D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4A46FF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03692EB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75326C0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12567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1094CE7A" w14:textId="77777777" w:rsidTr="00CE1E25">
        <w:trPr>
          <w:trHeight w:val="715"/>
        </w:trPr>
        <w:tc>
          <w:tcPr>
            <w:tcW w:w="563" w:type="dxa"/>
          </w:tcPr>
          <w:p w14:paraId="60A4EE4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25.</w:t>
            </w:r>
          </w:p>
        </w:tc>
        <w:tc>
          <w:tcPr>
            <w:tcW w:w="3413" w:type="dxa"/>
          </w:tcPr>
          <w:p w14:paraId="3257376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прямое и переносное значение многозначных слов?</w:t>
            </w:r>
          </w:p>
        </w:tc>
        <w:tc>
          <w:tcPr>
            <w:tcW w:w="715" w:type="dxa"/>
          </w:tcPr>
          <w:p w14:paraId="56F510B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28EC2A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9CD49E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2399956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5604C8B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r w:rsidRPr="00125679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5B1255EB" w14:textId="77777777" w:rsidTr="00CE1E25">
        <w:trPr>
          <w:trHeight w:val="715"/>
        </w:trPr>
        <w:tc>
          <w:tcPr>
            <w:tcW w:w="563" w:type="dxa"/>
          </w:tcPr>
          <w:p w14:paraId="37C1E86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26.</w:t>
            </w:r>
          </w:p>
        </w:tc>
        <w:tc>
          <w:tcPr>
            <w:tcW w:w="3413" w:type="dxa"/>
          </w:tcPr>
          <w:p w14:paraId="24FE69B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синонимы?</w:t>
            </w:r>
          </w:p>
        </w:tc>
        <w:tc>
          <w:tcPr>
            <w:tcW w:w="715" w:type="dxa"/>
          </w:tcPr>
          <w:p w14:paraId="4F2ACD0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80851D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237BBA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1F27EC9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59ACF3D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43E8B987" w14:textId="77777777" w:rsidTr="00CE1E25">
        <w:trPr>
          <w:trHeight w:val="715"/>
        </w:trPr>
        <w:tc>
          <w:tcPr>
            <w:tcW w:w="563" w:type="dxa"/>
          </w:tcPr>
          <w:p w14:paraId="6976ECA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27.</w:t>
            </w:r>
          </w:p>
        </w:tc>
        <w:tc>
          <w:tcPr>
            <w:tcW w:w="3413" w:type="dxa"/>
          </w:tcPr>
          <w:p w14:paraId="12621CDD" w14:textId="77777777" w:rsidR="00DF4F1B" w:rsidRPr="00125679" w:rsidRDefault="00DF4F1B" w:rsidP="00413212">
            <w:pPr>
              <w:pStyle w:val="TableParagraph"/>
              <w:spacing w:before="88" w:line="297" w:lineRule="auto"/>
              <w:ind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антонимы?</w:t>
            </w:r>
          </w:p>
        </w:tc>
        <w:tc>
          <w:tcPr>
            <w:tcW w:w="715" w:type="dxa"/>
          </w:tcPr>
          <w:p w14:paraId="58F9FB5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92CF7A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D25857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437E81E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674B041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CABEFDC" w14:textId="77777777" w:rsidTr="00CE1E25">
        <w:trPr>
          <w:trHeight w:val="715"/>
        </w:trPr>
        <w:tc>
          <w:tcPr>
            <w:tcW w:w="563" w:type="dxa"/>
          </w:tcPr>
          <w:p w14:paraId="52223B5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28.</w:t>
            </w:r>
          </w:p>
        </w:tc>
        <w:tc>
          <w:tcPr>
            <w:tcW w:w="3413" w:type="dxa"/>
          </w:tcPr>
          <w:p w14:paraId="064B8DDE" w14:textId="77777777" w:rsidR="00DF4F1B" w:rsidRPr="00125679" w:rsidRDefault="00DF4F1B" w:rsidP="00413212">
            <w:pPr>
              <w:pStyle w:val="TableParagraph"/>
              <w:spacing w:before="88" w:line="297" w:lineRule="auto"/>
              <w:ind w:right="16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антонимы?</w:t>
            </w:r>
          </w:p>
        </w:tc>
        <w:tc>
          <w:tcPr>
            <w:tcW w:w="715" w:type="dxa"/>
          </w:tcPr>
          <w:p w14:paraId="1B8E2A8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80275A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169589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51799F6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41E4415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E9849A5" w14:textId="77777777" w:rsidTr="00CE1E25">
        <w:trPr>
          <w:trHeight w:val="715"/>
        </w:trPr>
        <w:tc>
          <w:tcPr>
            <w:tcW w:w="563" w:type="dxa"/>
          </w:tcPr>
          <w:p w14:paraId="1B1DC6C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29.</w:t>
            </w:r>
          </w:p>
        </w:tc>
        <w:tc>
          <w:tcPr>
            <w:tcW w:w="3413" w:type="dxa"/>
          </w:tcPr>
          <w:p w14:paraId="605FA3D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501E8B3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ECF715B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73C88A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2852306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7418985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557E8A7B" w14:textId="77777777" w:rsidTr="00CE1E25">
        <w:trPr>
          <w:trHeight w:val="715"/>
        </w:trPr>
        <w:tc>
          <w:tcPr>
            <w:tcW w:w="563" w:type="dxa"/>
          </w:tcPr>
          <w:p w14:paraId="634E204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30.</w:t>
            </w:r>
          </w:p>
        </w:tc>
        <w:tc>
          <w:tcPr>
            <w:tcW w:w="3413" w:type="dxa"/>
          </w:tcPr>
          <w:p w14:paraId="4738F57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6F2DE6D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EFDB5A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62F732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1561A00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5D45B00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362AF6DC" w14:textId="77777777" w:rsidTr="00CE1E25">
        <w:trPr>
          <w:trHeight w:val="715"/>
        </w:trPr>
        <w:tc>
          <w:tcPr>
            <w:tcW w:w="563" w:type="dxa"/>
          </w:tcPr>
          <w:p w14:paraId="7293624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31.</w:t>
            </w:r>
          </w:p>
        </w:tc>
        <w:tc>
          <w:tcPr>
            <w:tcW w:w="3413" w:type="dxa"/>
          </w:tcPr>
          <w:p w14:paraId="1B2E369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родственные слова?</w:t>
            </w:r>
          </w:p>
        </w:tc>
        <w:tc>
          <w:tcPr>
            <w:tcW w:w="715" w:type="dxa"/>
          </w:tcPr>
          <w:p w14:paraId="56F09E1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7EE89E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52DA58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03333B5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5F78BE5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3762D253" w14:textId="77777777" w:rsidTr="00CE1E25">
        <w:trPr>
          <w:trHeight w:val="715"/>
        </w:trPr>
        <w:tc>
          <w:tcPr>
            <w:tcW w:w="563" w:type="dxa"/>
          </w:tcPr>
          <w:p w14:paraId="294D2BF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32.</w:t>
            </w:r>
          </w:p>
        </w:tc>
        <w:tc>
          <w:tcPr>
            <w:tcW w:w="3413" w:type="dxa"/>
          </w:tcPr>
          <w:p w14:paraId="109B841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родственные слова?</w:t>
            </w:r>
          </w:p>
        </w:tc>
        <w:tc>
          <w:tcPr>
            <w:tcW w:w="715" w:type="dxa"/>
          </w:tcPr>
          <w:p w14:paraId="3927EB8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B84881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664DA1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058" w:type="dxa"/>
          </w:tcPr>
          <w:p w14:paraId="560F0C4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85" w:type="dxa"/>
            <w:gridSpan w:val="3"/>
          </w:tcPr>
          <w:p w14:paraId="1A57DA6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59EC0294" w14:textId="77777777" w:rsidTr="00413212">
        <w:trPr>
          <w:trHeight w:val="836"/>
        </w:trPr>
        <w:tc>
          <w:tcPr>
            <w:tcW w:w="563" w:type="dxa"/>
          </w:tcPr>
          <w:p w14:paraId="652B8E5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33.</w:t>
            </w:r>
          </w:p>
        </w:tc>
        <w:tc>
          <w:tcPr>
            <w:tcW w:w="3413" w:type="dxa"/>
          </w:tcPr>
          <w:p w14:paraId="5301B2A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корень слова? Что такое однокоренные слова?</w:t>
            </w:r>
          </w:p>
        </w:tc>
        <w:tc>
          <w:tcPr>
            <w:tcW w:w="715" w:type="dxa"/>
          </w:tcPr>
          <w:p w14:paraId="032F3F8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6A4105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F143A6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610FC2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4A708C4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07080672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6DD9935" w14:textId="77777777" w:rsidTr="00413212">
        <w:trPr>
          <w:trHeight w:val="705"/>
        </w:trPr>
        <w:tc>
          <w:tcPr>
            <w:tcW w:w="563" w:type="dxa"/>
          </w:tcPr>
          <w:p w14:paraId="4E2BC65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34.</w:t>
            </w:r>
          </w:p>
        </w:tc>
        <w:tc>
          <w:tcPr>
            <w:tcW w:w="3413" w:type="dxa"/>
          </w:tcPr>
          <w:p w14:paraId="006440D6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корень слова? Что такое однокоренные слова?</w:t>
            </w:r>
          </w:p>
        </w:tc>
        <w:tc>
          <w:tcPr>
            <w:tcW w:w="715" w:type="dxa"/>
          </w:tcPr>
          <w:p w14:paraId="21180DB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2D1D86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767C9E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3B863C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3D8951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5A0F083A" w14:textId="77777777" w:rsidTr="00413212">
        <w:trPr>
          <w:trHeight w:val="928"/>
        </w:trPr>
        <w:tc>
          <w:tcPr>
            <w:tcW w:w="563" w:type="dxa"/>
          </w:tcPr>
          <w:p w14:paraId="0E4B631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35.</w:t>
            </w:r>
          </w:p>
        </w:tc>
        <w:tc>
          <w:tcPr>
            <w:tcW w:w="3413" w:type="dxa"/>
          </w:tcPr>
          <w:p w14:paraId="7D254537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Какие бывают слоги?</w:t>
            </w:r>
          </w:p>
        </w:tc>
        <w:tc>
          <w:tcPr>
            <w:tcW w:w="715" w:type="dxa"/>
          </w:tcPr>
          <w:p w14:paraId="19DD435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86D644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7ABF0E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A46696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A45410C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6DDD338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2E4CC22D" w14:textId="77777777" w:rsidTr="00413212">
        <w:trPr>
          <w:trHeight w:val="794"/>
        </w:trPr>
        <w:tc>
          <w:tcPr>
            <w:tcW w:w="563" w:type="dxa"/>
          </w:tcPr>
          <w:p w14:paraId="0DBB83D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36.</w:t>
            </w:r>
          </w:p>
        </w:tc>
        <w:tc>
          <w:tcPr>
            <w:tcW w:w="3413" w:type="dxa"/>
          </w:tcPr>
          <w:p w14:paraId="6DBDC916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определить ударный слог?</w:t>
            </w:r>
          </w:p>
        </w:tc>
        <w:tc>
          <w:tcPr>
            <w:tcW w:w="715" w:type="dxa"/>
          </w:tcPr>
          <w:p w14:paraId="24D8461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806500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539DF2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833ED7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B29841C" w14:textId="77777777" w:rsidR="00D77873" w:rsidRPr="00125679" w:rsidRDefault="00D77873" w:rsidP="00D77873">
            <w:pPr>
              <w:pStyle w:val="TableParagraph"/>
              <w:spacing w:before="88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62BE0182" w14:textId="77777777" w:rsidR="00DF4F1B" w:rsidRPr="00125679" w:rsidRDefault="00D77873" w:rsidP="00D77873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360BB821" w14:textId="77777777" w:rsidTr="00413212">
        <w:trPr>
          <w:trHeight w:val="794"/>
        </w:trPr>
        <w:tc>
          <w:tcPr>
            <w:tcW w:w="563" w:type="dxa"/>
          </w:tcPr>
          <w:p w14:paraId="51C20C0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37.</w:t>
            </w:r>
          </w:p>
        </w:tc>
        <w:tc>
          <w:tcPr>
            <w:tcW w:w="3413" w:type="dxa"/>
          </w:tcPr>
          <w:p w14:paraId="1C54D7B7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определить ударный слог?</w:t>
            </w:r>
          </w:p>
        </w:tc>
        <w:tc>
          <w:tcPr>
            <w:tcW w:w="715" w:type="dxa"/>
          </w:tcPr>
          <w:p w14:paraId="7DE4598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C4B65E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3917BC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F465CD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965160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2DE268BE" w14:textId="77777777" w:rsidTr="00413212">
        <w:trPr>
          <w:trHeight w:val="781"/>
        </w:trPr>
        <w:tc>
          <w:tcPr>
            <w:tcW w:w="563" w:type="dxa"/>
          </w:tcPr>
          <w:p w14:paraId="7AA3A7D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38.</w:t>
            </w:r>
          </w:p>
        </w:tc>
        <w:tc>
          <w:tcPr>
            <w:tcW w:w="3413" w:type="dxa"/>
          </w:tcPr>
          <w:p w14:paraId="736C06B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переносить слоги с одной строки на другую?</w:t>
            </w:r>
          </w:p>
        </w:tc>
        <w:tc>
          <w:tcPr>
            <w:tcW w:w="715" w:type="dxa"/>
          </w:tcPr>
          <w:p w14:paraId="124A086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D31F9C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147A89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51AD71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1BB207F" w14:textId="77777777" w:rsidR="00D77873" w:rsidRPr="00125679" w:rsidRDefault="00D77873" w:rsidP="00D77873">
            <w:pPr>
              <w:pStyle w:val="TableParagraph"/>
              <w:spacing w:before="88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22DA5B04" w14:textId="77777777" w:rsidR="00DF4F1B" w:rsidRPr="00125679" w:rsidRDefault="00D77873" w:rsidP="00D77873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4C2E488" w14:textId="77777777" w:rsidTr="00413212">
        <w:trPr>
          <w:trHeight w:val="834"/>
        </w:trPr>
        <w:tc>
          <w:tcPr>
            <w:tcW w:w="563" w:type="dxa"/>
          </w:tcPr>
          <w:p w14:paraId="61D9150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39.</w:t>
            </w:r>
          </w:p>
        </w:tc>
        <w:tc>
          <w:tcPr>
            <w:tcW w:w="3413" w:type="dxa"/>
          </w:tcPr>
          <w:p w14:paraId="60082C0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переносить слоги с одной строки на другую?</w:t>
            </w:r>
          </w:p>
        </w:tc>
        <w:tc>
          <w:tcPr>
            <w:tcW w:w="715" w:type="dxa"/>
          </w:tcPr>
          <w:p w14:paraId="348E89E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B4DFA1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980895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321BCE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058ABC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1E6B3983" w14:textId="77777777" w:rsidTr="00413212">
        <w:trPr>
          <w:trHeight w:val="833"/>
        </w:trPr>
        <w:tc>
          <w:tcPr>
            <w:tcW w:w="563" w:type="dxa"/>
          </w:tcPr>
          <w:p w14:paraId="53C61D2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40.</w:t>
            </w:r>
          </w:p>
        </w:tc>
        <w:tc>
          <w:tcPr>
            <w:tcW w:w="3413" w:type="dxa"/>
          </w:tcPr>
          <w:p w14:paraId="725A5D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Обучающее сочинение по серии картинок</w:t>
            </w:r>
          </w:p>
        </w:tc>
        <w:tc>
          <w:tcPr>
            <w:tcW w:w="715" w:type="dxa"/>
          </w:tcPr>
          <w:p w14:paraId="0FC1F80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F54059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56874A2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434F5CD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6A8A26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672D84A6" w14:textId="77777777" w:rsidTr="00413212">
        <w:trPr>
          <w:trHeight w:val="702"/>
        </w:trPr>
        <w:tc>
          <w:tcPr>
            <w:tcW w:w="563" w:type="dxa"/>
          </w:tcPr>
          <w:p w14:paraId="128A263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41.</w:t>
            </w:r>
          </w:p>
        </w:tc>
        <w:tc>
          <w:tcPr>
            <w:tcW w:w="3413" w:type="dxa"/>
          </w:tcPr>
          <w:p w14:paraId="58E9CF3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Проверочная работа</w:t>
            </w:r>
          </w:p>
        </w:tc>
        <w:tc>
          <w:tcPr>
            <w:tcW w:w="715" w:type="dxa"/>
          </w:tcPr>
          <w:p w14:paraId="1CBF881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AD5822B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6BEFB05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54C07A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0CDEDE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 работа</w:t>
            </w:r>
          </w:p>
        </w:tc>
      </w:tr>
      <w:tr w:rsidR="00DF4F1B" w:rsidRPr="00125679" w14:paraId="404652CC" w14:textId="77777777" w:rsidTr="00413212">
        <w:trPr>
          <w:trHeight w:val="847"/>
        </w:trPr>
        <w:tc>
          <w:tcPr>
            <w:tcW w:w="563" w:type="dxa"/>
          </w:tcPr>
          <w:p w14:paraId="5846AF3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42.</w:t>
            </w:r>
          </w:p>
        </w:tc>
        <w:tc>
          <w:tcPr>
            <w:tcW w:w="3413" w:type="dxa"/>
          </w:tcPr>
          <w:p w14:paraId="2ABBD14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0259636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A46ED2A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E05251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66C18F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C06145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2489C12D" w14:textId="77777777" w:rsidTr="00413212">
        <w:trPr>
          <w:trHeight w:val="847"/>
        </w:trPr>
        <w:tc>
          <w:tcPr>
            <w:tcW w:w="563" w:type="dxa"/>
          </w:tcPr>
          <w:p w14:paraId="64E3413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43.</w:t>
            </w:r>
          </w:p>
        </w:tc>
        <w:tc>
          <w:tcPr>
            <w:tcW w:w="3413" w:type="dxa"/>
          </w:tcPr>
          <w:p w14:paraId="7D48A98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679D5B4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AC31FD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AA9304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7AEF8D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E8CA458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2A0C091C" w14:textId="77777777" w:rsidTr="00413212">
        <w:trPr>
          <w:trHeight w:val="847"/>
        </w:trPr>
        <w:tc>
          <w:tcPr>
            <w:tcW w:w="563" w:type="dxa"/>
          </w:tcPr>
          <w:p w14:paraId="53C4A2E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44.</w:t>
            </w:r>
          </w:p>
        </w:tc>
        <w:tc>
          <w:tcPr>
            <w:tcW w:w="3413" w:type="dxa"/>
          </w:tcPr>
          <w:p w14:paraId="39AA63AA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различить звуки и буквы?</w:t>
            </w:r>
          </w:p>
        </w:tc>
        <w:tc>
          <w:tcPr>
            <w:tcW w:w="715" w:type="dxa"/>
          </w:tcPr>
          <w:p w14:paraId="58BE523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865D41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58544D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4AF2D4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F68943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F38E0C1" w14:textId="77777777" w:rsidTr="00413212">
        <w:trPr>
          <w:trHeight w:val="847"/>
        </w:trPr>
        <w:tc>
          <w:tcPr>
            <w:tcW w:w="563" w:type="dxa"/>
          </w:tcPr>
          <w:p w14:paraId="2AC630F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45.</w:t>
            </w:r>
          </w:p>
        </w:tc>
        <w:tc>
          <w:tcPr>
            <w:tcW w:w="3413" w:type="dxa"/>
          </w:tcPr>
          <w:p w14:paraId="1050691E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мы используем алфавит?</w:t>
            </w:r>
          </w:p>
        </w:tc>
        <w:tc>
          <w:tcPr>
            <w:tcW w:w="715" w:type="dxa"/>
          </w:tcPr>
          <w:p w14:paraId="77DD560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13A11E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BCC953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2854CD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EE12AE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43EE517C" w14:textId="77777777" w:rsidTr="00413212">
        <w:trPr>
          <w:trHeight w:val="847"/>
        </w:trPr>
        <w:tc>
          <w:tcPr>
            <w:tcW w:w="563" w:type="dxa"/>
          </w:tcPr>
          <w:p w14:paraId="1412FBF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46.</w:t>
            </w:r>
          </w:p>
        </w:tc>
        <w:tc>
          <w:tcPr>
            <w:tcW w:w="3413" w:type="dxa"/>
          </w:tcPr>
          <w:p w14:paraId="375A1BBC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мы используем алфавит?</w:t>
            </w:r>
          </w:p>
        </w:tc>
        <w:tc>
          <w:tcPr>
            <w:tcW w:w="715" w:type="dxa"/>
          </w:tcPr>
          <w:p w14:paraId="16E6DAA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16027D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0E4584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31AEC4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AE7A69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Тестирование;</w:t>
            </w:r>
          </w:p>
        </w:tc>
      </w:tr>
      <w:tr w:rsidR="00DF4F1B" w:rsidRPr="00125679" w14:paraId="0B17041A" w14:textId="77777777" w:rsidTr="00413212">
        <w:trPr>
          <w:trHeight w:val="847"/>
        </w:trPr>
        <w:tc>
          <w:tcPr>
            <w:tcW w:w="563" w:type="dxa"/>
          </w:tcPr>
          <w:p w14:paraId="28B8D41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47.</w:t>
            </w:r>
          </w:p>
        </w:tc>
        <w:tc>
          <w:tcPr>
            <w:tcW w:w="3413" w:type="dxa"/>
          </w:tcPr>
          <w:p w14:paraId="55AD7296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Какие слова пишутся с заглавной буквы?</w:t>
            </w:r>
          </w:p>
        </w:tc>
        <w:tc>
          <w:tcPr>
            <w:tcW w:w="715" w:type="dxa"/>
          </w:tcPr>
          <w:p w14:paraId="7A11C47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6AB49F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440A9A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FB90BE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909E15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081D9270" w14:textId="77777777" w:rsidTr="00413212">
        <w:trPr>
          <w:trHeight w:val="847"/>
        </w:trPr>
        <w:tc>
          <w:tcPr>
            <w:tcW w:w="563" w:type="dxa"/>
          </w:tcPr>
          <w:p w14:paraId="0D051B2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48.</w:t>
            </w:r>
          </w:p>
        </w:tc>
        <w:tc>
          <w:tcPr>
            <w:tcW w:w="3413" w:type="dxa"/>
          </w:tcPr>
          <w:p w14:paraId="17EFB2D6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определить гласные звуки?</w:t>
            </w:r>
          </w:p>
        </w:tc>
        <w:tc>
          <w:tcPr>
            <w:tcW w:w="715" w:type="dxa"/>
          </w:tcPr>
          <w:p w14:paraId="61AC856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28662B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886A77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0D3E3B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BD3A8A4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</w:p>
          <w:p w14:paraId="71F96827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1FA49FC7" w14:textId="77777777" w:rsidTr="00413212">
        <w:trPr>
          <w:trHeight w:val="847"/>
        </w:trPr>
        <w:tc>
          <w:tcPr>
            <w:tcW w:w="563" w:type="dxa"/>
          </w:tcPr>
          <w:p w14:paraId="7187864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49.</w:t>
            </w:r>
          </w:p>
        </w:tc>
        <w:tc>
          <w:tcPr>
            <w:tcW w:w="3413" w:type="dxa"/>
          </w:tcPr>
          <w:p w14:paraId="77388AA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4F2CB9A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1DA4AE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  <w:p w14:paraId="2E784B99" w14:textId="77777777" w:rsidR="00DF4F1B" w:rsidRPr="00125679" w:rsidRDefault="00DF4F1B" w:rsidP="004132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14:paraId="57F8F19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45929D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BA7CE5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15ABA092" w14:textId="77777777" w:rsidTr="00413212">
        <w:trPr>
          <w:trHeight w:val="847"/>
        </w:trPr>
        <w:tc>
          <w:tcPr>
            <w:tcW w:w="563" w:type="dxa"/>
          </w:tcPr>
          <w:p w14:paraId="09924E9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50.</w:t>
            </w:r>
          </w:p>
        </w:tc>
        <w:tc>
          <w:tcPr>
            <w:tcW w:w="3413" w:type="dxa"/>
          </w:tcPr>
          <w:p w14:paraId="4CDEB52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16D8640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681FF4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42A995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148621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0E7BF8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62EBAFAB" w14:textId="77777777" w:rsidTr="00413212">
        <w:trPr>
          <w:trHeight w:val="1120"/>
        </w:trPr>
        <w:tc>
          <w:tcPr>
            <w:tcW w:w="563" w:type="dxa"/>
          </w:tcPr>
          <w:p w14:paraId="743BC48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51.</w:t>
            </w:r>
          </w:p>
        </w:tc>
        <w:tc>
          <w:tcPr>
            <w:tcW w:w="3413" w:type="dxa"/>
          </w:tcPr>
          <w:p w14:paraId="33F021F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слов с безударными гласными в корне</w:t>
            </w:r>
          </w:p>
        </w:tc>
        <w:tc>
          <w:tcPr>
            <w:tcW w:w="715" w:type="dxa"/>
          </w:tcPr>
          <w:p w14:paraId="1E53411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AF5ED9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7A7D36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C66F14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4426A0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44AC06F9" w14:textId="77777777" w:rsidTr="00413212">
        <w:trPr>
          <w:trHeight w:val="837"/>
        </w:trPr>
        <w:tc>
          <w:tcPr>
            <w:tcW w:w="563" w:type="dxa"/>
          </w:tcPr>
          <w:p w14:paraId="06BF146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52.</w:t>
            </w:r>
          </w:p>
        </w:tc>
        <w:tc>
          <w:tcPr>
            <w:tcW w:w="3413" w:type="dxa"/>
          </w:tcPr>
          <w:p w14:paraId="6B7D9E3C" w14:textId="77777777" w:rsidR="00DF4F1B" w:rsidRPr="00125679" w:rsidRDefault="00DF4F1B" w:rsidP="0041321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слов с безударными гласными в корне</w:t>
            </w:r>
          </w:p>
        </w:tc>
        <w:tc>
          <w:tcPr>
            <w:tcW w:w="715" w:type="dxa"/>
          </w:tcPr>
          <w:p w14:paraId="4D2C4B3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74DB07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A78271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E7F7C7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BD77B8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Тестирование;</w:t>
            </w:r>
          </w:p>
        </w:tc>
      </w:tr>
      <w:tr w:rsidR="00DF4F1B" w:rsidRPr="00125679" w14:paraId="5216FAB7" w14:textId="77777777" w:rsidTr="00413212">
        <w:trPr>
          <w:trHeight w:val="693"/>
        </w:trPr>
        <w:tc>
          <w:tcPr>
            <w:tcW w:w="563" w:type="dxa"/>
          </w:tcPr>
          <w:p w14:paraId="1694593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53.</w:t>
            </w:r>
          </w:p>
        </w:tc>
        <w:tc>
          <w:tcPr>
            <w:tcW w:w="3413" w:type="dxa"/>
          </w:tcPr>
          <w:p w14:paraId="542EABBA" w14:textId="77777777" w:rsidR="00DF4F1B" w:rsidRPr="00125679" w:rsidRDefault="00DF4F1B" w:rsidP="0041321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слов с безударными гласными в корне</w:t>
            </w:r>
          </w:p>
        </w:tc>
        <w:tc>
          <w:tcPr>
            <w:tcW w:w="715" w:type="dxa"/>
          </w:tcPr>
          <w:p w14:paraId="1D7EF33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A46178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E01112C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9FCA63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C82698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B26240F" w14:textId="77777777" w:rsidTr="00413212">
        <w:trPr>
          <w:trHeight w:val="788"/>
        </w:trPr>
        <w:tc>
          <w:tcPr>
            <w:tcW w:w="563" w:type="dxa"/>
          </w:tcPr>
          <w:p w14:paraId="569D31C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54.</w:t>
            </w:r>
          </w:p>
        </w:tc>
        <w:tc>
          <w:tcPr>
            <w:tcW w:w="3413" w:type="dxa"/>
          </w:tcPr>
          <w:p w14:paraId="678C277D" w14:textId="77777777" w:rsidR="00DF4F1B" w:rsidRPr="00125679" w:rsidRDefault="00DF4F1B" w:rsidP="0041321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слов с безударными гласными в корне</w:t>
            </w:r>
          </w:p>
        </w:tc>
        <w:tc>
          <w:tcPr>
            <w:tcW w:w="715" w:type="dxa"/>
          </w:tcPr>
          <w:p w14:paraId="06D3D21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72F4A2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C3C311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C348D1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7163CC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6143D8CB" w14:textId="77777777" w:rsidTr="00413212">
        <w:trPr>
          <w:trHeight w:val="843"/>
        </w:trPr>
        <w:tc>
          <w:tcPr>
            <w:tcW w:w="563" w:type="dxa"/>
          </w:tcPr>
          <w:p w14:paraId="3142532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55.</w:t>
            </w:r>
          </w:p>
        </w:tc>
        <w:tc>
          <w:tcPr>
            <w:tcW w:w="3413" w:type="dxa"/>
          </w:tcPr>
          <w:p w14:paraId="587BE03E" w14:textId="77777777" w:rsidR="00DF4F1B" w:rsidRPr="00125679" w:rsidRDefault="00DF4F1B" w:rsidP="0041321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слов с безударными гласными в корне</w:t>
            </w:r>
          </w:p>
        </w:tc>
        <w:tc>
          <w:tcPr>
            <w:tcW w:w="715" w:type="dxa"/>
          </w:tcPr>
          <w:p w14:paraId="2356A0C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D62247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91CE77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4E8364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B76A27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75E4E11C" w14:textId="77777777" w:rsidTr="00413212">
        <w:trPr>
          <w:trHeight w:val="826"/>
        </w:trPr>
        <w:tc>
          <w:tcPr>
            <w:tcW w:w="563" w:type="dxa"/>
          </w:tcPr>
          <w:p w14:paraId="02E0BF9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56.</w:t>
            </w:r>
          </w:p>
        </w:tc>
        <w:tc>
          <w:tcPr>
            <w:tcW w:w="3413" w:type="dxa"/>
          </w:tcPr>
          <w:p w14:paraId="032391A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1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Правописание слов с непроверяемыми безударными гласными звуками в корне </w:t>
            </w:r>
          </w:p>
        </w:tc>
        <w:tc>
          <w:tcPr>
            <w:tcW w:w="715" w:type="dxa"/>
          </w:tcPr>
          <w:p w14:paraId="069850B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C5CAC0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A3F716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EEF452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C3D474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104F6CFA" w14:textId="77777777" w:rsidTr="00413212">
        <w:trPr>
          <w:trHeight w:val="826"/>
        </w:trPr>
        <w:tc>
          <w:tcPr>
            <w:tcW w:w="563" w:type="dxa"/>
          </w:tcPr>
          <w:p w14:paraId="689CD95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57.</w:t>
            </w:r>
          </w:p>
        </w:tc>
        <w:tc>
          <w:tcPr>
            <w:tcW w:w="3413" w:type="dxa"/>
          </w:tcPr>
          <w:p w14:paraId="644AEDA4" w14:textId="77777777" w:rsidR="00DF4F1B" w:rsidRPr="00125679" w:rsidRDefault="00DF4F1B" w:rsidP="00413212">
            <w:pPr>
              <w:ind w:left="178" w:hanging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Правописание слов с непроверяемыми безударными гласными звуками в корне </w:t>
            </w:r>
          </w:p>
        </w:tc>
        <w:tc>
          <w:tcPr>
            <w:tcW w:w="715" w:type="dxa"/>
          </w:tcPr>
          <w:p w14:paraId="298BA34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D0336C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F5855C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AE011E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11BBDD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07A15644" w14:textId="77777777" w:rsidTr="00413212">
        <w:trPr>
          <w:trHeight w:val="826"/>
        </w:trPr>
        <w:tc>
          <w:tcPr>
            <w:tcW w:w="563" w:type="dxa"/>
          </w:tcPr>
          <w:p w14:paraId="5214744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58.</w:t>
            </w:r>
          </w:p>
        </w:tc>
        <w:tc>
          <w:tcPr>
            <w:tcW w:w="3413" w:type="dxa"/>
          </w:tcPr>
          <w:p w14:paraId="75BECB18" w14:textId="77777777" w:rsidR="00DF4F1B" w:rsidRPr="00125679" w:rsidRDefault="00DF4F1B" w:rsidP="00413212">
            <w:pPr>
              <w:ind w:left="178" w:hanging="142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Правописание слов с непроверяемыми безударными гласными звуками в корне </w:t>
            </w:r>
          </w:p>
        </w:tc>
        <w:tc>
          <w:tcPr>
            <w:tcW w:w="715" w:type="dxa"/>
          </w:tcPr>
          <w:p w14:paraId="3382541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9E1310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F21B8B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BB958D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093228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2A52040" w14:textId="77777777" w:rsidTr="00413212">
        <w:trPr>
          <w:trHeight w:val="826"/>
        </w:trPr>
        <w:tc>
          <w:tcPr>
            <w:tcW w:w="563" w:type="dxa"/>
          </w:tcPr>
          <w:p w14:paraId="5377166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59.</w:t>
            </w:r>
          </w:p>
        </w:tc>
        <w:tc>
          <w:tcPr>
            <w:tcW w:w="3413" w:type="dxa"/>
          </w:tcPr>
          <w:p w14:paraId="1AA3C4B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22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Развитие речи. Обучающее сочинение</w:t>
            </w:r>
          </w:p>
        </w:tc>
        <w:tc>
          <w:tcPr>
            <w:tcW w:w="715" w:type="dxa"/>
          </w:tcPr>
          <w:p w14:paraId="17BD682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851A6A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F73A352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224D594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C66E67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48C64AAB" w14:textId="77777777" w:rsidTr="00413212">
        <w:trPr>
          <w:trHeight w:val="826"/>
        </w:trPr>
        <w:tc>
          <w:tcPr>
            <w:tcW w:w="563" w:type="dxa"/>
          </w:tcPr>
          <w:p w14:paraId="73D3251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60.</w:t>
            </w:r>
          </w:p>
        </w:tc>
        <w:tc>
          <w:tcPr>
            <w:tcW w:w="3413" w:type="dxa"/>
          </w:tcPr>
          <w:p w14:paraId="0642EE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Диктант. Проверочная работа</w:t>
            </w:r>
          </w:p>
        </w:tc>
        <w:tc>
          <w:tcPr>
            <w:tcW w:w="715" w:type="dxa"/>
          </w:tcPr>
          <w:p w14:paraId="50C463D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9360F10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49EC8CE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2E5C38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38AA41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 работа</w:t>
            </w:r>
          </w:p>
        </w:tc>
      </w:tr>
      <w:tr w:rsidR="00DF4F1B" w:rsidRPr="00125679" w14:paraId="7A1DDFC3" w14:textId="77777777" w:rsidTr="00413212">
        <w:trPr>
          <w:trHeight w:val="826"/>
        </w:trPr>
        <w:tc>
          <w:tcPr>
            <w:tcW w:w="563" w:type="dxa"/>
          </w:tcPr>
          <w:p w14:paraId="7A2B581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61.</w:t>
            </w:r>
          </w:p>
        </w:tc>
        <w:tc>
          <w:tcPr>
            <w:tcW w:w="3413" w:type="dxa"/>
          </w:tcPr>
          <w:p w14:paraId="6BDE44C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4900DCD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125ACA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D5E50F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65632E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3EBDA2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702BF0E0" w14:textId="77777777" w:rsidTr="00413212">
        <w:trPr>
          <w:trHeight w:val="826"/>
        </w:trPr>
        <w:tc>
          <w:tcPr>
            <w:tcW w:w="563" w:type="dxa"/>
          </w:tcPr>
          <w:p w14:paraId="671E3FD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62.</w:t>
            </w:r>
          </w:p>
        </w:tc>
        <w:tc>
          <w:tcPr>
            <w:tcW w:w="3413" w:type="dxa"/>
          </w:tcPr>
          <w:p w14:paraId="0E84DD3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определить согласные звуки?</w:t>
            </w:r>
          </w:p>
        </w:tc>
        <w:tc>
          <w:tcPr>
            <w:tcW w:w="715" w:type="dxa"/>
          </w:tcPr>
          <w:p w14:paraId="1A27A8A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E7ECDE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1AF48E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C8CA22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A35A30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56BB72B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8D18CC8" w14:textId="77777777" w:rsidTr="00413212">
        <w:trPr>
          <w:trHeight w:val="826"/>
        </w:trPr>
        <w:tc>
          <w:tcPr>
            <w:tcW w:w="563" w:type="dxa"/>
          </w:tcPr>
          <w:p w14:paraId="60C4B5E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63.</w:t>
            </w:r>
          </w:p>
        </w:tc>
        <w:tc>
          <w:tcPr>
            <w:tcW w:w="3413" w:type="dxa"/>
          </w:tcPr>
          <w:p w14:paraId="7582B0A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Согласный звук [Й] и буква И краткое</w:t>
            </w:r>
          </w:p>
        </w:tc>
        <w:tc>
          <w:tcPr>
            <w:tcW w:w="715" w:type="dxa"/>
          </w:tcPr>
          <w:p w14:paraId="31C1270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A022DE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0A7B6E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D20C0C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C8FFAE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4A99C96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D7E2405" w14:textId="77777777" w:rsidTr="00413212">
        <w:trPr>
          <w:trHeight w:val="826"/>
        </w:trPr>
        <w:tc>
          <w:tcPr>
            <w:tcW w:w="563" w:type="dxa"/>
          </w:tcPr>
          <w:p w14:paraId="6A1285E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64.</w:t>
            </w:r>
          </w:p>
        </w:tc>
        <w:tc>
          <w:tcPr>
            <w:tcW w:w="3413" w:type="dxa"/>
          </w:tcPr>
          <w:p w14:paraId="63A715E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Согласный звук [Й] и буква И краткое</w:t>
            </w:r>
          </w:p>
        </w:tc>
        <w:tc>
          <w:tcPr>
            <w:tcW w:w="715" w:type="dxa"/>
          </w:tcPr>
          <w:p w14:paraId="1C0020D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BF90E2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CA1E36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99D1D4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B796EE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7CA192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3206A43E" w14:textId="77777777" w:rsidTr="00413212">
        <w:trPr>
          <w:trHeight w:val="826"/>
        </w:trPr>
        <w:tc>
          <w:tcPr>
            <w:tcW w:w="563" w:type="dxa"/>
          </w:tcPr>
          <w:p w14:paraId="4B38C6D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65.</w:t>
            </w:r>
          </w:p>
        </w:tc>
        <w:tc>
          <w:tcPr>
            <w:tcW w:w="3413" w:type="dxa"/>
          </w:tcPr>
          <w:p w14:paraId="5C30AC4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Слова с удвоенными согласными</w:t>
            </w:r>
          </w:p>
        </w:tc>
        <w:tc>
          <w:tcPr>
            <w:tcW w:w="715" w:type="dxa"/>
          </w:tcPr>
          <w:p w14:paraId="524CE90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B95240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39358D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6C3EA2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4FB916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046CFAB2" w14:textId="77777777" w:rsidTr="00413212">
        <w:trPr>
          <w:trHeight w:val="826"/>
        </w:trPr>
        <w:tc>
          <w:tcPr>
            <w:tcW w:w="563" w:type="dxa"/>
          </w:tcPr>
          <w:p w14:paraId="43D7A75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66.</w:t>
            </w:r>
          </w:p>
        </w:tc>
        <w:tc>
          <w:tcPr>
            <w:tcW w:w="3413" w:type="dxa"/>
          </w:tcPr>
          <w:p w14:paraId="433C16D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Развитие речи</w:t>
            </w:r>
          </w:p>
        </w:tc>
        <w:tc>
          <w:tcPr>
            <w:tcW w:w="715" w:type="dxa"/>
          </w:tcPr>
          <w:p w14:paraId="734411B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5685F6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02044E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1017B3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0E0A02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7569F3E6" w14:textId="77777777" w:rsidTr="00413212">
        <w:trPr>
          <w:trHeight w:val="826"/>
        </w:trPr>
        <w:tc>
          <w:tcPr>
            <w:tcW w:w="563" w:type="dxa"/>
          </w:tcPr>
          <w:p w14:paraId="63DA422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67.</w:t>
            </w:r>
          </w:p>
        </w:tc>
        <w:tc>
          <w:tcPr>
            <w:tcW w:w="3413" w:type="dxa"/>
          </w:tcPr>
          <w:p w14:paraId="4729851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Наши проекты. И в шутку, и в серьез</w:t>
            </w:r>
          </w:p>
        </w:tc>
        <w:tc>
          <w:tcPr>
            <w:tcW w:w="715" w:type="dxa"/>
          </w:tcPr>
          <w:p w14:paraId="1EE303B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61361B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097C30E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4922BE5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4EBCED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38B03EC4" w14:textId="77777777" w:rsidTr="00413212">
        <w:trPr>
          <w:trHeight w:val="826"/>
        </w:trPr>
        <w:tc>
          <w:tcPr>
            <w:tcW w:w="563" w:type="dxa"/>
          </w:tcPr>
          <w:p w14:paraId="7CBEC5C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68.</w:t>
            </w:r>
          </w:p>
        </w:tc>
        <w:tc>
          <w:tcPr>
            <w:tcW w:w="3413" w:type="dxa"/>
          </w:tcPr>
          <w:p w14:paraId="3DB71E1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Твердые и мягкие согласные звуки и буквы для их обозначения</w:t>
            </w:r>
          </w:p>
        </w:tc>
        <w:tc>
          <w:tcPr>
            <w:tcW w:w="715" w:type="dxa"/>
          </w:tcPr>
          <w:p w14:paraId="35094ED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123423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0AFE7D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75EBF61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8E0F1F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4B81DB2" w14:textId="77777777" w:rsidTr="00413212">
        <w:trPr>
          <w:trHeight w:val="1120"/>
        </w:trPr>
        <w:tc>
          <w:tcPr>
            <w:tcW w:w="563" w:type="dxa"/>
          </w:tcPr>
          <w:p w14:paraId="5C64C67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69.</w:t>
            </w:r>
          </w:p>
        </w:tc>
        <w:tc>
          <w:tcPr>
            <w:tcW w:w="3413" w:type="dxa"/>
          </w:tcPr>
          <w:p w14:paraId="211E6DD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Твердые и мягкие согласные звуки и буквы для их обозначения</w:t>
            </w:r>
          </w:p>
        </w:tc>
        <w:tc>
          <w:tcPr>
            <w:tcW w:w="715" w:type="dxa"/>
          </w:tcPr>
          <w:p w14:paraId="27699EB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9F992E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684FD3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6F2C5E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A9FEF9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1F219004" w14:textId="77777777" w:rsidTr="00413212">
        <w:trPr>
          <w:trHeight w:val="837"/>
        </w:trPr>
        <w:tc>
          <w:tcPr>
            <w:tcW w:w="563" w:type="dxa"/>
          </w:tcPr>
          <w:p w14:paraId="3658105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70.</w:t>
            </w:r>
          </w:p>
        </w:tc>
        <w:tc>
          <w:tcPr>
            <w:tcW w:w="3413" w:type="dxa"/>
          </w:tcPr>
          <w:p w14:paraId="6B77381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обозначить мягкость согласного звука на письме?</w:t>
            </w:r>
          </w:p>
        </w:tc>
        <w:tc>
          <w:tcPr>
            <w:tcW w:w="715" w:type="dxa"/>
          </w:tcPr>
          <w:p w14:paraId="57B082F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99CC35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DFF1F1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F57EB6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AEE9D9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12F85866" w14:textId="77777777" w:rsidTr="00413212">
        <w:trPr>
          <w:trHeight w:val="1122"/>
        </w:trPr>
        <w:tc>
          <w:tcPr>
            <w:tcW w:w="563" w:type="dxa"/>
          </w:tcPr>
          <w:p w14:paraId="659EA63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71.</w:t>
            </w:r>
          </w:p>
        </w:tc>
        <w:tc>
          <w:tcPr>
            <w:tcW w:w="3413" w:type="dxa"/>
          </w:tcPr>
          <w:p w14:paraId="125B981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мягкого знака в конце и середине слова перед другими согласными</w:t>
            </w:r>
          </w:p>
        </w:tc>
        <w:tc>
          <w:tcPr>
            <w:tcW w:w="715" w:type="dxa"/>
          </w:tcPr>
          <w:p w14:paraId="5EE6C42F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601156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29E80C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5BE6DB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584CEA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3C6D7DC3" w14:textId="77777777" w:rsidTr="00413212">
        <w:trPr>
          <w:trHeight w:val="1122"/>
        </w:trPr>
        <w:tc>
          <w:tcPr>
            <w:tcW w:w="563" w:type="dxa"/>
          </w:tcPr>
          <w:p w14:paraId="5C640D5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72.</w:t>
            </w:r>
          </w:p>
        </w:tc>
        <w:tc>
          <w:tcPr>
            <w:tcW w:w="3413" w:type="dxa"/>
          </w:tcPr>
          <w:p w14:paraId="05604C4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мягкого знака в конце и середине слова перед другими согласными</w:t>
            </w:r>
          </w:p>
        </w:tc>
        <w:tc>
          <w:tcPr>
            <w:tcW w:w="715" w:type="dxa"/>
          </w:tcPr>
          <w:p w14:paraId="5A5ADD7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AEEF55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C4820D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621B91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6C69C77" w14:textId="77777777" w:rsidR="00DF4F1B" w:rsidRPr="00125679" w:rsidRDefault="00DF4F1B" w:rsidP="00413212">
            <w:pPr>
              <w:pStyle w:val="TableParagraph"/>
              <w:spacing w:before="88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Тестирование;</w:t>
            </w:r>
          </w:p>
        </w:tc>
      </w:tr>
      <w:tr w:rsidR="00DF4F1B" w:rsidRPr="00125679" w14:paraId="310D30FD" w14:textId="77777777" w:rsidTr="00413212">
        <w:trPr>
          <w:trHeight w:val="829"/>
        </w:trPr>
        <w:tc>
          <w:tcPr>
            <w:tcW w:w="563" w:type="dxa"/>
          </w:tcPr>
          <w:p w14:paraId="4F7E777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73.</w:t>
            </w:r>
          </w:p>
        </w:tc>
        <w:tc>
          <w:tcPr>
            <w:tcW w:w="3413" w:type="dxa"/>
          </w:tcPr>
          <w:p w14:paraId="41BA9B2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2EDDF49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3FE0AA6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3EB2D1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402D9A5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086739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110B827F" w14:textId="77777777" w:rsidTr="00413212">
        <w:trPr>
          <w:trHeight w:val="689"/>
        </w:trPr>
        <w:tc>
          <w:tcPr>
            <w:tcW w:w="563" w:type="dxa"/>
          </w:tcPr>
          <w:p w14:paraId="621D182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74.</w:t>
            </w:r>
          </w:p>
        </w:tc>
        <w:tc>
          <w:tcPr>
            <w:tcW w:w="3413" w:type="dxa"/>
          </w:tcPr>
          <w:p w14:paraId="11354E0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1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Проверочная работа</w:t>
            </w:r>
          </w:p>
        </w:tc>
        <w:tc>
          <w:tcPr>
            <w:tcW w:w="715" w:type="dxa"/>
          </w:tcPr>
          <w:p w14:paraId="44FEB6D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AB9F3BB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4AC836A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DE5B04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FA7BD0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 работа</w:t>
            </w:r>
          </w:p>
        </w:tc>
      </w:tr>
      <w:tr w:rsidR="00DF4F1B" w:rsidRPr="00125679" w14:paraId="04719BF7" w14:textId="77777777" w:rsidTr="00413212">
        <w:trPr>
          <w:trHeight w:val="913"/>
        </w:trPr>
        <w:tc>
          <w:tcPr>
            <w:tcW w:w="563" w:type="dxa"/>
          </w:tcPr>
          <w:p w14:paraId="019A0A9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75.</w:t>
            </w:r>
          </w:p>
        </w:tc>
        <w:tc>
          <w:tcPr>
            <w:tcW w:w="3413" w:type="dxa"/>
          </w:tcPr>
          <w:p w14:paraId="0D953580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30321F8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DF073F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C9CCA5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60B4F6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AF0D6E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7559BE7B" w14:textId="77777777" w:rsidTr="00413212">
        <w:trPr>
          <w:trHeight w:val="860"/>
        </w:trPr>
        <w:tc>
          <w:tcPr>
            <w:tcW w:w="563" w:type="dxa"/>
          </w:tcPr>
          <w:p w14:paraId="1578F4D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76.</w:t>
            </w:r>
          </w:p>
        </w:tc>
        <w:tc>
          <w:tcPr>
            <w:tcW w:w="3413" w:type="dxa"/>
          </w:tcPr>
          <w:p w14:paraId="5C550EE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Наши проекты. Пишем письмо</w:t>
            </w:r>
          </w:p>
        </w:tc>
        <w:tc>
          <w:tcPr>
            <w:tcW w:w="715" w:type="dxa"/>
          </w:tcPr>
          <w:p w14:paraId="462A96D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AEA139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0FE855D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2F4EFDD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46D6F7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12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3C5873F9" w14:textId="77777777" w:rsidTr="00413212">
        <w:trPr>
          <w:trHeight w:val="676"/>
        </w:trPr>
        <w:tc>
          <w:tcPr>
            <w:tcW w:w="563" w:type="dxa"/>
          </w:tcPr>
          <w:p w14:paraId="0EED72D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77.</w:t>
            </w:r>
          </w:p>
        </w:tc>
        <w:tc>
          <w:tcPr>
            <w:tcW w:w="3413" w:type="dxa"/>
          </w:tcPr>
          <w:p w14:paraId="465C5DA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Обобщающий урок</w:t>
            </w:r>
          </w:p>
        </w:tc>
        <w:tc>
          <w:tcPr>
            <w:tcW w:w="715" w:type="dxa"/>
          </w:tcPr>
          <w:p w14:paraId="6080BF0E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62E668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D215A0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388D0B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2BA9E5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76E5A66A" w14:textId="77777777" w:rsidTr="00413212">
        <w:trPr>
          <w:trHeight w:val="706"/>
        </w:trPr>
        <w:tc>
          <w:tcPr>
            <w:tcW w:w="563" w:type="dxa"/>
          </w:tcPr>
          <w:p w14:paraId="2865FC8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78.</w:t>
            </w:r>
          </w:p>
        </w:tc>
        <w:tc>
          <w:tcPr>
            <w:tcW w:w="3413" w:type="dxa"/>
          </w:tcPr>
          <w:p w14:paraId="6B95EEE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Буквосочетания ЧК, ЧН, </w:t>
            </w:r>
            <w:proofErr w:type="gramStart"/>
            <w:r w:rsidRPr="00125679">
              <w:rPr>
                <w:sz w:val="24"/>
                <w:szCs w:val="24"/>
              </w:rPr>
              <w:t>ЧТ ,</w:t>
            </w:r>
            <w:proofErr w:type="gramEnd"/>
            <w:r w:rsidRPr="00125679">
              <w:rPr>
                <w:sz w:val="24"/>
                <w:szCs w:val="24"/>
              </w:rPr>
              <w:t xml:space="preserve"> ЩН, НЧ</w:t>
            </w:r>
          </w:p>
        </w:tc>
        <w:tc>
          <w:tcPr>
            <w:tcW w:w="715" w:type="dxa"/>
          </w:tcPr>
          <w:p w14:paraId="71FA2924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509509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164F30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48CCA61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E0CAA1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2140BCE5" w14:textId="77777777" w:rsidTr="00413212">
        <w:trPr>
          <w:trHeight w:val="739"/>
        </w:trPr>
        <w:tc>
          <w:tcPr>
            <w:tcW w:w="563" w:type="dxa"/>
          </w:tcPr>
          <w:p w14:paraId="632E391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79.</w:t>
            </w:r>
          </w:p>
        </w:tc>
        <w:tc>
          <w:tcPr>
            <w:tcW w:w="3413" w:type="dxa"/>
          </w:tcPr>
          <w:p w14:paraId="7F51796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Развитие речи. Обучающее изложение</w:t>
            </w:r>
          </w:p>
        </w:tc>
        <w:tc>
          <w:tcPr>
            <w:tcW w:w="715" w:type="dxa"/>
          </w:tcPr>
          <w:p w14:paraId="73AA5D6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9CDDFE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A1396A2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7C86860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FD1088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2FF3E736" w14:textId="77777777" w:rsidTr="00413212">
        <w:trPr>
          <w:trHeight w:val="967"/>
        </w:trPr>
        <w:tc>
          <w:tcPr>
            <w:tcW w:w="563" w:type="dxa"/>
          </w:tcPr>
          <w:p w14:paraId="4B9B6A38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80.</w:t>
            </w:r>
          </w:p>
        </w:tc>
        <w:tc>
          <w:tcPr>
            <w:tcW w:w="3413" w:type="dxa"/>
          </w:tcPr>
          <w:p w14:paraId="2446B5B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темы «Твердые и мягкие согласные»</w:t>
            </w:r>
          </w:p>
        </w:tc>
        <w:tc>
          <w:tcPr>
            <w:tcW w:w="715" w:type="dxa"/>
          </w:tcPr>
          <w:p w14:paraId="47B52EDA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CD33C16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EB4D82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AD4566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F03CD9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25B39251" w14:textId="77777777" w:rsidTr="00413212">
        <w:trPr>
          <w:trHeight w:val="737"/>
        </w:trPr>
        <w:tc>
          <w:tcPr>
            <w:tcW w:w="563" w:type="dxa"/>
          </w:tcPr>
          <w:p w14:paraId="3AF9E10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81.</w:t>
            </w:r>
          </w:p>
        </w:tc>
        <w:tc>
          <w:tcPr>
            <w:tcW w:w="3413" w:type="dxa"/>
          </w:tcPr>
          <w:p w14:paraId="1F3A9E4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26D74112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AE80E41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377AEB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4176EA9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A13691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3ADA944F" w14:textId="77777777" w:rsidTr="00413212">
        <w:trPr>
          <w:trHeight w:val="818"/>
        </w:trPr>
        <w:tc>
          <w:tcPr>
            <w:tcW w:w="563" w:type="dxa"/>
          </w:tcPr>
          <w:p w14:paraId="7500E3A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82.</w:t>
            </w:r>
          </w:p>
        </w:tc>
        <w:tc>
          <w:tcPr>
            <w:tcW w:w="3413" w:type="dxa"/>
          </w:tcPr>
          <w:p w14:paraId="3E2B2AC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Закрепление знаний. Работа над ошибками</w:t>
            </w:r>
          </w:p>
        </w:tc>
        <w:tc>
          <w:tcPr>
            <w:tcW w:w="715" w:type="dxa"/>
          </w:tcPr>
          <w:p w14:paraId="1915FB47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B558F7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C6E66D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26BCAAD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C4B2BC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492974C1" w14:textId="77777777" w:rsidTr="00413212">
        <w:trPr>
          <w:trHeight w:val="831"/>
        </w:trPr>
        <w:tc>
          <w:tcPr>
            <w:tcW w:w="563" w:type="dxa"/>
          </w:tcPr>
          <w:p w14:paraId="6E78649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83.</w:t>
            </w:r>
          </w:p>
        </w:tc>
        <w:tc>
          <w:tcPr>
            <w:tcW w:w="3413" w:type="dxa"/>
          </w:tcPr>
          <w:p w14:paraId="1BB75F5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6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Наши проекты. Рифма</w:t>
            </w:r>
          </w:p>
        </w:tc>
        <w:tc>
          <w:tcPr>
            <w:tcW w:w="715" w:type="dxa"/>
          </w:tcPr>
          <w:p w14:paraId="64D1D496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0D576F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84231A7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1E77D5E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655805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4F8F3443" w14:textId="77777777" w:rsidTr="00413212">
        <w:trPr>
          <w:trHeight w:val="701"/>
        </w:trPr>
        <w:tc>
          <w:tcPr>
            <w:tcW w:w="563" w:type="dxa"/>
          </w:tcPr>
          <w:p w14:paraId="5670E05C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84.</w:t>
            </w:r>
          </w:p>
        </w:tc>
        <w:tc>
          <w:tcPr>
            <w:tcW w:w="3413" w:type="dxa"/>
          </w:tcPr>
          <w:p w14:paraId="435C17DE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Буквосочетания ЖИ – ШИ, ЧА – ЩА, ЧУ - ЩУ</w:t>
            </w:r>
          </w:p>
        </w:tc>
        <w:tc>
          <w:tcPr>
            <w:tcW w:w="715" w:type="dxa"/>
          </w:tcPr>
          <w:p w14:paraId="3F0C6F73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B1C536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8B8CBA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146A47E0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C540D4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35405A08" w14:textId="77777777" w:rsidTr="00413212">
        <w:trPr>
          <w:trHeight w:val="701"/>
        </w:trPr>
        <w:tc>
          <w:tcPr>
            <w:tcW w:w="563" w:type="dxa"/>
          </w:tcPr>
          <w:p w14:paraId="43D4E0C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85.</w:t>
            </w:r>
          </w:p>
        </w:tc>
        <w:tc>
          <w:tcPr>
            <w:tcW w:w="3413" w:type="dxa"/>
          </w:tcPr>
          <w:p w14:paraId="58BF33F6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Буквосочетания ЖИ – ШИ, ЧА – ЩА, ЧУ - ЩУ</w:t>
            </w:r>
          </w:p>
        </w:tc>
        <w:tc>
          <w:tcPr>
            <w:tcW w:w="715" w:type="dxa"/>
          </w:tcPr>
          <w:p w14:paraId="3A395B2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569D70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86A2F4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CA4C8E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8BC276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645CF384" w14:textId="77777777" w:rsidTr="00413212">
        <w:trPr>
          <w:trHeight w:val="978"/>
        </w:trPr>
        <w:tc>
          <w:tcPr>
            <w:tcW w:w="563" w:type="dxa"/>
          </w:tcPr>
          <w:p w14:paraId="00CAC6EB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86.</w:t>
            </w:r>
          </w:p>
        </w:tc>
        <w:tc>
          <w:tcPr>
            <w:tcW w:w="3413" w:type="dxa"/>
          </w:tcPr>
          <w:p w14:paraId="7E3DC8F5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Буквосочетания ЖИ – ШИ, ЧА – ЩА, ЧУ – ЩУ. Проверь себя</w:t>
            </w:r>
          </w:p>
        </w:tc>
        <w:tc>
          <w:tcPr>
            <w:tcW w:w="715" w:type="dxa"/>
          </w:tcPr>
          <w:p w14:paraId="235369ED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2135EF8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C2F40EF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4BDAFFCB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B93E8F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4FACF44B" w14:textId="77777777" w:rsidTr="00413212">
        <w:trPr>
          <w:trHeight w:val="976"/>
        </w:trPr>
        <w:tc>
          <w:tcPr>
            <w:tcW w:w="563" w:type="dxa"/>
          </w:tcPr>
          <w:p w14:paraId="5CF6FA19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87.</w:t>
            </w:r>
          </w:p>
        </w:tc>
        <w:tc>
          <w:tcPr>
            <w:tcW w:w="3413" w:type="dxa"/>
          </w:tcPr>
          <w:p w14:paraId="09E5878C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Как отличить звонкие согласные звуки от глухих?</w:t>
            </w:r>
          </w:p>
        </w:tc>
        <w:tc>
          <w:tcPr>
            <w:tcW w:w="715" w:type="dxa"/>
          </w:tcPr>
          <w:p w14:paraId="458DC001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A0BBE67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F945FA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A26EC5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24517C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AFC4078" w14:textId="77777777" w:rsidTr="00413212">
        <w:trPr>
          <w:trHeight w:val="1118"/>
        </w:trPr>
        <w:tc>
          <w:tcPr>
            <w:tcW w:w="563" w:type="dxa"/>
          </w:tcPr>
          <w:p w14:paraId="3924CF64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88.</w:t>
            </w:r>
          </w:p>
        </w:tc>
        <w:tc>
          <w:tcPr>
            <w:tcW w:w="3413" w:type="dxa"/>
          </w:tcPr>
          <w:p w14:paraId="5435099E" w14:textId="77777777" w:rsidR="00DF4F1B" w:rsidRPr="00125679" w:rsidRDefault="00DF4F1B" w:rsidP="00413212">
            <w:pPr>
              <w:pStyle w:val="TableParagraph"/>
              <w:spacing w:before="2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Произношение и написание парных звонких и глухих согласных звуков. Как отличить звонкие согласные звуки от глухих?</w:t>
            </w:r>
          </w:p>
        </w:tc>
        <w:tc>
          <w:tcPr>
            <w:tcW w:w="715" w:type="dxa"/>
          </w:tcPr>
          <w:p w14:paraId="11BEC785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EF8F9FA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09AE2A9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0F62405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DD0974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66475E5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7A05B334" w14:textId="77777777" w:rsidTr="00413212">
        <w:trPr>
          <w:trHeight w:val="978"/>
        </w:trPr>
        <w:tc>
          <w:tcPr>
            <w:tcW w:w="563" w:type="dxa"/>
          </w:tcPr>
          <w:p w14:paraId="1A423342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89.</w:t>
            </w:r>
          </w:p>
        </w:tc>
        <w:tc>
          <w:tcPr>
            <w:tcW w:w="3413" w:type="dxa"/>
          </w:tcPr>
          <w:p w14:paraId="78B5218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93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парных согласных в корне слова</w:t>
            </w:r>
          </w:p>
        </w:tc>
        <w:tc>
          <w:tcPr>
            <w:tcW w:w="715" w:type="dxa"/>
          </w:tcPr>
          <w:p w14:paraId="57D3F48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9580F8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2592C0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1FBBF9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1F11D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689AD111" w14:textId="77777777" w:rsidTr="00413212">
        <w:trPr>
          <w:trHeight w:val="1120"/>
        </w:trPr>
        <w:tc>
          <w:tcPr>
            <w:tcW w:w="563" w:type="dxa"/>
          </w:tcPr>
          <w:p w14:paraId="47B8CDD2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90.</w:t>
            </w:r>
          </w:p>
        </w:tc>
        <w:tc>
          <w:tcPr>
            <w:tcW w:w="3413" w:type="dxa"/>
          </w:tcPr>
          <w:p w14:paraId="17BCDBE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93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Распознавание проверяемых и проверочных слов. Проверка парных согласных</w:t>
            </w:r>
          </w:p>
        </w:tc>
        <w:tc>
          <w:tcPr>
            <w:tcW w:w="715" w:type="dxa"/>
          </w:tcPr>
          <w:p w14:paraId="434D65B1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B430E4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68828A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08CDE4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738C99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5FEC1BCF" w14:textId="77777777" w:rsidTr="00413212">
        <w:trPr>
          <w:trHeight w:val="1122"/>
        </w:trPr>
        <w:tc>
          <w:tcPr>
            <w:tcW w:w="563" w:type="dxa"/>
          </w:tcPr>
          <w:p w14:paraId="165354E4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91.</w:t>
            </w:r>
          </w:p>
        </w:tc>
        <w:tc>
          <w:tcPr>
            <w:tcW w:w="3413" w:type="dxa"/>
          </w:tcPr>
          <w:p w14:paraId="15EC6EE5" w14:textId="77777777" w:rsidR="00DF4F1B" w:rsidRPr="00125679" w:rsidRDefault="00DF4F1B" w:rsidP="00413212">
            <w:pPr>
              <w:pStyle w:val="TableParagraph"/>
              <w:spacing w:before="88"/>
              <w:ind w:right="30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парных согласных. Изложение повествовательного теста</w:t>
            </w:r>
          </w:p>
        </w:tc>
        <w:tc>
          <w:tcPr>
            <w:tcW w:w="715" w:type="dxa"/>
          </w:tcPr>
          <w:p w14:paraId="2A670648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D68CFB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8F6B930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3C2B485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384277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559BDC9A" w14:textId="77777777" w:rsidTr="00413212">
        <w:trPr>
          <w:trHeight w:val="1056"/>
        </w:trPr>
        <w:tc>
          <w:tcPr>
            <w:tcW w:w="563" w:type="dxa"/>
          </w:tcPr>
          <w:p w14:paraId="7FF3CAE2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92.</w:t>
            </w:r>
          </w:p>
        </w:tc>
        <w:tc>
          <w:tcPr>
            <w:tcW w:w="3413" w:type="dxa"/>
          </w:tcPr>
          <w:p w14:paraId="46BB3584" w14:textId="77777777" w:rsidR="00DF4F1B" w:rsidRPr="00125679" w:rsidRDefault="00DF4F1B" w:rsidP="00413212">
            <w:pPr>
              <w:pStyle w:val="TableParagraph"/>
              <w:spacing w:before="88"/>
              <w:ind w:right="30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парных звонких и глухих согласных на конце слова</w:t>
            </w:r>
          </w:p>
        </w:tc>
        <w:tc>
          <w:tcPr>
            <w:tcW w:w="715" w:type="dxa"/>
          </w:tcPr>
          <w:p w14:paraId="1700D4B5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5ECEFB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DB5B9D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FA65B7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C0EFA0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F3A3D96" w14:textId="77777777" w:rsidTr="00413212">
        <w:trPr>
          <w:trHeight w:val="779"/>
        </w:trPr>
        <w:tc>
          <w:tcPr>
            <w:tcW w:w="563" w:type="dxa"/>
          </w:tcPr>
          <w:p w14:paraId="576AE0E7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93.</w:t>
            </w:r>
          </w:p>
        </w:tc>
        <w:tc>
          <w:tcPr>
            <w:tcW w:w="3413" w:type="dxa"/>
          </w:tcPr>
          <w:p w14:paraId="3A42D968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парных звонких и глухих согласных на конце слова</w:t>
            </w:r>
          </w:p>
        </w:tc>
        <w:tc>
          <w:tcPr>
            <w:tcW w:w="715" w:type="dxa"/>
          </w:tcPr>
          <w:p w14:paraId="319B3C4E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B6547C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77FE6D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0C8043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455EB8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298F4D9F" w14:textId="77777777" w:rsidTr="00413212">
        <w:trPr>
          <w:trHeight w:val="767"/>
        </w:trPr>
        <w:tc>
          <w:tcPr>
            <w:tcW w:w="563" w:type="dxa"/>
          </w:tcPr>
          <w:p w14:paraId="28599AA1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94.</w:t>
            </w:r>
          </w:p>
        </w:tc>
        <w:tc>
          <w:tcPr>
            <w:tcW w:w="3413" w:type="dxa"/>
          </w:tcPr>
          <w:p w14:paraId="108DE523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Правописание парных звонких и глухих согласных на конце слова</w:t>
            </w:r>
          </w:p>
        </w:tc>
        <w:tc>
          <w:tcPr>
            <w:tcW w:w="715" w:type="dxa"/>
          </w:tcPr>
          <w:p w14:paraId="2E9C309B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901695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63265C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67747D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90C57C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69F48F3" w14:textId="77777777" w:rsidTr="00413212">
        <w:trPr>
          <w:trHeight w:val="1401"/>
        </w:trPr>
        <w:tc>
          <w:tcPr>
            <w:tcW w:w="563" w:type="dxa"/>
          </w:tcPr>
          <w:p w14:paraId="79A1A3AD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95.</w:t>
            </w:r>
          </w:p>
        </w:tc>
        <w:tc>
          <w:tcPr>
            <w:tcW w:w="3413" w:type="dxa"/>
          </w:tcPr>
          <w:p w14:paraId="491118A9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парных звонких и глухих согласных на конце слова. Изложение повествовательного теста по вопросам плана</w:t>
            </w:r>
          </w:p>
        </w:tc>
        <w:tc>
          <w:tcPr>
            <w:tcW w:w="715" w:type="dxa"/>
          </w:tcPr>
          <w:p w14:paraId="2FEBEC21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8CE749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35AE2EC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00C0686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072FEA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18D6712B" w14:textId="77777777" w:rsidTr="00413212">
        <w:trPr>
          <w:trHeight w:val="623"/>
        </w:trPr>
        <w:tc>
          <w:tcPr>
            <w:tcW w:w="563" w:type="dxa"/>
          </w:tcPr>
          <w:p w14:paraId="27BE44DB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96.</w:t>
            </w:r>
          </w:p>
        </w:tc>
        <w:tc>
          <w:tcPr>
            <w:tcW w:w="3413" w:type="dxa"/>
          </w:tcPr>
          <w:p w14:paraId="49645056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286AD7B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5E29DF0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01D1CFD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91F21C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A60A63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339A78F2" w14:textId="77777777" w:rsidTr="00413212">
        <w:trPr>
          <w:trHeight w:val="847"/>
        </w:trPr>
        <w:tc>
          <w:tcPr>
            <w:tcW w:w="563" w:type="dxa"/>
          </w:tcPr>
          <w:p w14:paraId="75C02D86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97.</w:t>
            </w:r>
          </w:p>
        </w:tc>
        <w:tc>
          <w:tcPr>
            <w:tcW w:w="3413" w:type="dxa"/>
          </w:tcPr>
          <w:p w14:paraId="689F62A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742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  <w:tc>
          <w:tcPr>
            <w:tcW w:w="715" w:type="dxa"/>
          </w:tcPr>
          <w:p w14:paraId="45981C3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7808196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7F85C7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E01112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9FB2A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6ED1F04F" w14:textId="77777777" w:rsidTr="00413212">
        <w:trPr>
          <w:trHeight w:val="847"/>
        </w:trPr>
        <w:tc>
          <w:tcPr>
            <w:tcW w:w="563" w:type="dxa"/>
          </w:tcPr>
          <w:p w14:paraId="481EACE9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98.</w:t>
            </w:r>
          </w:p>
        </w:tc>
        <w:tc>
          <w:tcPr>
            <w:tcW w:w="3413" w:type="dxa"/>
          </w:tcPr>
          <w:p w14:paraId="5BDC4E0B" w14:textId="77777777" w:rsidR="00DF4F1B" w:rsidRPr="00125679" w:rsidRDefault="00DF4F1B" w:rsidP="00413212">
            <w:pPr>
              <w:pStyle w:val="TableParagraph"/>
              <w:spacing w:before="88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ошибками. Обобщение изученного материала</w:t>
            </w:r>
          </w:p>
        </w:tc>
        <w:tc>
          <w:tcPr>
            <w:tcW w:w="715" w:type="dxa"/>
          </w:tcPr>
          <w:p w14:paraId="2DAAEF5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1AB987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F0412B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A4F1DB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83405D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2EAB79F8" w14:textId="77777777" w:rsidTr="00413212">
        <w:trPr>
          <w:trHeight w:val="847"/>
        </w:trPr>
        <w:tc>
          <w:tcPr>
            <w:tcW w:w="563" w:type="dxa"/>
          </w:tcPr>
          <w:p w14:paraId="06FCFEAA" w14:textId="77777777" w:rsidR="00DF4F1B" w:rsidRPr="00125679" w:rsidRDefault="00DF4F1B" w:rsidP="00413212">
            <w:pPr>
              <w:pStyle w:val="TableParagraph"/>
              <w:spacing w:before="88"/>
              <w:ind w:left="58" w:right="161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99.</w:t>
            </w:r>
          </w:p>
        </w:tc>
        <w:tc>
          <w:tcPr>
            <w:tcW w:w="3413" w:type="dxa"/>
          </w:tcPr>
          <w:p w14:paraId="32C26BE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1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слов с разделительным мягким знаком</w:t>
            </w:r>
          </w:p>
        </w:tc>
        <w:tc>
          <w:tcPr>
            <w:tcW w:w="715" w:type="dxa"/>
          </w:tcPr>
          <w:p w14:paraId="67B1E32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E63C9B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53DA7E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95F148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FA316B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D6B2788" w14:textId="77777777" w:rsidTr="00413212">
        <w:trPr>
          <w:trHeight w:val="847"/>
        </w:trPr>
        <w:tc>
          <w:tcPr>
            <w:tcW w:w="563" w:type="dxa"/>
          </w:tcPr>
          <w:p w14:paraId="0372F2F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100.</w:t>
            </w:r>
          </w:p>
        </w:tc>
        <w:tc>
          <w:tcPr>
            <w:tcW w:w="3413" w:type="dxa"/>
          </w:tcPr>
          <w:p w14:paraId="6BDEC4D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слов с разделительным мягким знаком</w:t>
            </w:r>
          </w:p>
        </w:tc>
        <w:tc>
          <w:tcPr>
            <w:tcW w:w="715" w:type="dxa"/>
          </w:tcPr>
          <w:p w14:paraId="5C325C46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30AC02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E79452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D5F6FA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14ACB6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70ED3ACE" w14:textId="77777777" w:rsidTr="00413212">
        <w:trPr>
          <w:trHeight w:val="978"/>
        </w:trPr>
        <w:tc>
          <w:tcPr>
            <w:tcW w:w="563" w:type="dxa"/>
          </w:tcPr>
          <w:p w14:paraId="42D86DD0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101.</w:t>
            </w:r>
          </w:p>
        </w:tc>
        <w:tc>
          <w:tcPr>
            <w:tcW w:w="3413" w:type="dxa"/>
          </w:tcPr>
          <w:p w14:paraId="03F9A38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слов с разделительным мягким знаком</w:t>
            </w:r>
          </w:p>
        </w:tc>
        <w:tc>
          <w:tcPr>
            <w:tcW w:w="715" w:type="dxa"/>
          </w:tcPr>
          <w:p w14:paraId="1B021E4C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B51175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0F8196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8F346E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7F303F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19891FFE" w14:textId="77777777" w:rsidTr="00413212">
        <w:trPr>
          <w:trHeight w:val="1250"/>
        </w:trPr>
        <w:tc>
          <w:tcPr>
            <w:tcW w:w="563" w:type="dxa"/>
          </w:tcPr>
          <w:p w14:paraId="57F5E3A0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102.</w:t>
            </w:r>
          </w:p>
        </w:tc>
        <w:tc>
          <w:tcPr>
            <w:tcW w:w="3413" w:type="dxa"/>
          </w:tcPr>
          <w:p w14:paraId="0F2A557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Разделительный мягкий знак. Обобщение изученного материала</w:t>
            </w:r>
          </w:p>
        </w:tc>
        <w:tc>
          <w:tcPr>
            <w:tcW w:w="715" w:type="dxa"/>
          </w:tcPr>
          <w:p w14:paraId="661D254B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72CAC8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7E286C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85AAB0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95F569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F147A24" w14:textId="77777777" w:rsidTr="00413212">
        <w:trPr>
          <w:trHeight w:val="697"/>
        </w:trPr>
        <w:tc>
          <w:tcPr>
            <w:tcW w:w="563" w:type="dxa"/>
          </w:tcPr>
          <w:p w14:paraId="3C9D1DE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103.</w:t>
            </w:r>
          </w:p>
        </w:tc>
        <w:tc>
          <w:tcPr>
            <w:tcW w:w="3413" w:type="dxa"/>
          </w:tcPr>
          <w:p w14:paraId="7290FD7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56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Контрольное списывание</w:t>
            </w:r>
          </w:p>
        </w:tc>
        <w:tc>
          <w:tcPr>
            <w:tcW w:w="715" w:type="dxa"/>
          </w:tcPr>
          <w:p w14:paraId="3F5869D7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DE12C28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0267C63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22BCAA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509412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3BDAED0D" w14:textId="77777777" w:rsidTr="00413212">
        <w:trPr>
          <w:trHeight w:val="651"/>
        </w:trPr>
        <w:tc>
          <w:tcPr>
            <w:tcW w:w="563" w:type="dxa"/>
          </w:tcPr>
          <w:p w14:paraId="1F9E60D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104.</w:t>
            </w:r>
          </w:p>
        </w:tc>
        <w:tc>
          <w:tcPr>
            <w:tcW w:w="3413" w:type="dxa"/>
          </w:tcPr>
          <w:p w14:paraId="19F4EC1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56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Обучающее сочинение «Зимние забавы»</w:t>
            </w:r>
          </w:p>
        </w:tc>
        <w:tc>
          <w:tcPr>
            <w:tcW w:w="715" w:type="dxa"/>
          </w:tcPr>
          <w:p w14:paraId="6411469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5CD860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89B10A9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2FDAE8A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7C1B3C0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-1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03B24F09" w14:textId="77777777" w:rsidTr="00413212">
        <w:trPr>
          <w:trHeight w:val="747"/>
        </w:trPr>
        <w:tc>
          <w:tcPr>
            <w:tcW w:w="563" w:type="dxa"/>
          </w:tcPr>
          <w:p w14:paraId="58C4E629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105.</w:t>
            </w:r>
          </w:p>
        </w:tc>
        <w:tc>
          <w:tcPr>
            <w:tcW w:w="3413" w:type="dxa"/>
          </w:tcPr>
          <w:p w14:paraId="14BE95F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56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6E8B6A0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570B908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0077643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F4C52A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E0B546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работа;</w:t>
            </w:r>
          </w:p>
        </w:tc>
      </w:tr>
      <w:tr w:rsidR="00DF4F1B" w:rsidRPr="00125679" w14:paraId="5110F87F" w14:textId="77777777" w:rsidTr="00413212">
        <w:trPr>
          <w:trHeight w:val="829"/>
        </w:trPr>
        <w:tc>
          <w:tcPr>
            <w:tcW w:w="563" w:type="dxa"/>
          </w:tcPr>
          <w:p w14:paraId="6A8ECEA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106.</w:t>
            </w:r>
          </w:p>
        </w:tc>
        <w:tc>
          <w:tcPr>
            <w:tcW w:w="3413" w:type="dxa"/>
          </w:tcPr>
          <w:p w14:paraId="039ADA5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2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Обобщение изученного материала</w:t>
            </w:r>
          </w:p>
        </w:tc>
        <w:tc>
          <w:tcPr>
            <w:tcW w:w="715" w:type="dxa"/>
          </w:tcPr>
          <w:p w14:paraId="66B66D1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F838AA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46C1D0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2A3BF5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EF1107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60F42B08" w14:textId="77777777" w:rsidTr="00413212">
        <w:trPr>
          <w:trHeight w:val="557"/>
        </w:trPr>
        <w:tc>
          <w:tcPr>
            <w:tcW w:w="563" w:type="dxa"/>
          </w:tcPr>
          <w:p w14:paraId="131A0F7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107.</w:t>
            </w:r>
          </w:p>
        </w:tc>
        <w:tc>
          <w:tcPr>
            <w:tcW w:w="3413" w:type="dxa"/>
          </w:tcPr>
          <w:p w14:paraId="69D0B86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2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части речи?</w:t>
            </w:r>
          </w:p>
        </w:tc>
        <w:tc>
          <w:tcPr>
            <w:tcW w:w="715" w:type="dxa"/>
          </w:tcPr>
          <w:p w14:paraId="073E1AC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49657A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6AE6CB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C8CFBC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7A2BDB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pacing w:val="-55"/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</w:p>
          <w:p w14:paraId="7955859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5304CEE4" w14:textId="77777777" w:rsidTr="00413212">
        <w:trPr>
          <w:trHeight w:val="653"/>
        </w:trPr>
        <w:tc>
          <w:tcPr>
            <w:tcW w:w="563" w:type="dxa"/>
          </w:tcPr>
          <w:p w14:paraId="1223BEEE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108.</w:t>
            </w:r>
          </w:p>
        </w:tc>
        <w:tc>
          <w:tcPr>
            <w:tcW w:w="3413" w:type="dxa"/>
          </w:tcPr>
          <w:p w14:paraId="00606EF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22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части речи?</w:t>
            </w:r>
          </w:p>
        </w:tc>
        <w:tc>
          <w:tcPr>
            <w:tcW w:w="715" w:type="dxa"/>
          </w:tcPr>
          <w:p w14:paraId="0E8D4CD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DCA023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9C4CB7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DBE501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913ADF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1214EC29" w14:textId="77777777" w:rsidTr="00413212">
        <w:trPr>
          <w:trHeight w:val="749"/>
        </w:trPr>
        <w:tc>
          <w:tcPr>
            <w:tcW w:w="563" w:type="dxa"/>
          </w:tcPr>
          <w:p w14:paraId="7A81E095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109.</w:t>
            </w:r>
          </w:p>
        </w:tc>
        <w:tc>
          <w:tcPr>
            <w:tcW w:w="3413" w:type="dxa"/>
          </w:tcPr>
          <w:p w14:paraId="6391B99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095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имя существительное?</w:t>
            </w:r>
          </w:p>
        </w:tc>
        <w:tc>
          <w:tcPr>
            <w:tcW w:w="715" w:type="dxa"/>
          </w:tcPr>
          <w:p w14:paraId="6889299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10CB8D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01B815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A3DEF3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50E566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 w:right="72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опрос;</w:t>
            </w:r>
          </w:p>
        </w:tc>
      </w:tr>
      <w:tr w:rsidR="00DF4F1B" w:rsidRPr="00125679" w14:paraId="09BE122B" w14:textId="77777777" w:rsidTr="00413212">
        <w:trPr>
          <w:trHeight w:val="1262"/>
        </w:trPr>
        <w:tc>
          <w:tcPr>
            <w:tcW w:w="563" w:type="dxa"/>
          </w:tcPr>
          <w:p w14:paraId="47B48C5A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110.</w:t>
            </w:r>
          </w:p>
        </w:tc>
        <w:tc>
          <w:tcPr>
            <w:tcW w:w="3413" w:type="dxa"/>
          </w:tcPr>
          <w:p w14:paraId="7479400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1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Одушевленные и неодушевленные имена существительные</w:t>
            </w:r>
          </w:p>
        </w:tc>
        <w:tc>
          <w:tcPr>
            <w:tcW w:w="715" w:type="dxa"/>
          </w:tcPr>
          <w:p w14:paraId="6A99EC2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E05D3E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09F648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DDFF1B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34A056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  <w:r w:rsidRPr="00125679">
              <w:rPr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4C8205C4" w14:textId="77777777" w:rsidTr="00413212">
        <w:trPr>
          <w:trHeight w:val="1262"/>
        </w:trPr>
        <w:tc>
          <w:tcPr>
            <w:tcW w:w="563" w:type="dxa"/>
          </w:tcPr>
          <w:p w14:paraId="5BCBB59D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111.</w:t>
            </w:r>
          </w:p>
        </w:tc>
        <w:tc>
          <w:tcPr>
            <w:tcW w:w="3413" w:type="dxa"/>
          </w:tcPr>
          <w:p w14:paraId="31033881" w14:textId="77777777" w:rsidR="00DF4F1B" w:rsidRPr="00125679" w:rsidRDefault="00DF4F1B" w:rsidP="00413212">
            <w:pPr>
              <w:pStyle w:val="TableParagraph"/>
              <w:spacing w:before="6" w:line="297" w:lineRule="auto"/>
              <w:ind w:left="74" w:right="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Собственные и нарицательные имена существительные. Правописание собственных имен существительных</w:t>
            </w:r>
          </w:p>
        </w:tc>
        <w:tc>
          <w:tcPr>
            <w:tcW w:w="715" w:type="dxa"/>
          </w:tcPr>
          <w:p w14:paraId="639B78FD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E7D70B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D5A823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442280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905BF2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4F2E4603" w14:textId="77777777" w:rsidTr="00413212">
        <w:trPr>
          <w:trHeight w:val="1262"/>
        </w:trPr>
        <w:tc>
          <w:tcPr>
            <w:tcW w:w="563" w:type="dxa"/>
          </w:tcPr>
          <w:p w14:paraId="3324138F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112.</w:t>
            </w:r>
          </w:p>
        </w:tc>
        <w:tc>
          <w:tcPr>
            <w:tcW w:w="3413" w:type="dxa"/>
          </w:tcPr>
          <w:p w14:paraId="0A0F293F" w14:textId="77777777" w:rsidR="00DF4F1B" w:rsidRPr="00125679" w:rsidRDefault="00DF4F1B" w:rsidP="00413212">
            <w:pPr>
              <w:pStyle w:val="TableParagraph"/>
              <w:spacing w:before="6" w:line="297" w:lineRule="auto"/>
              <w:ind w:left="74" w:right="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Собственные и нарицательные имена существительные. Заглавная буква в именах, отчествах и фамилиях людей</w:t>
            </w:r>
          </w:p>
          <w:p w14:paraId="02AE16A1" w14:textId="77777777" w:rsidR="00DF4F1B" w:rsidRPr="00125679" w:rsidRDefault="00DF4F1B" w:rsidP="0041321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715" w:type="dxa"/>
          </w:tcPr>
          <w:p w14:paraId="6BA6CF9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975C68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64E9D6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0F89F2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CFF74B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5AC8E9D5" w14:textId="77777777" w:rsidTr="00413212">
        <w:trPr>
          <w:trHeight w:val="1262"/>
        </w:trPr>
        <w:tc>
          <w:tcPr>
            <w:tcW w:w="563" w:type="dxa"/>
          </w:tcPr>
          <w:p w14:paraId="3D40ADBE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113.</w:t>
            </w:r>
          </w:p>
        </w:tc>
        <w:tc>
          <w:tcPr>
            <w:tcW w:w="3413" w:type="dxa"/>
          </w:tcPr>
          <w:p w14:paraId="755624E4" w14:textId="77777777" w:rsidR="00DF4F1B" w:rsidRPr="00125679" w:rsidRDefault="00DF4F1B" w:rsidP="00413212">
            <w:pPr>
              <w:pStyle w:val="TableParagraph"/>
              <w:spacing w:before="6" w:line="297" w:lineRule="auto"/>
              <w:ind w:left="74" w:right="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Собственные и нарицательные имена существительные. Заглавная буква в именах сказочных героев, в названиях книг, журналов и газет</w:t>
            </w:r>
          </w:p>
        </w:tc>
        <w:tc>
          <w:tcPr>
            <w:tcW w:w="715" w:type="dxa"/>
          </w:tcPr>
          <w:p w14:paraId="04D23AFD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02DAEA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3917BE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F4C35B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9B4DE8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0EBC6C7D" w14:textId="77777777" w:rsidTr="00413212">
        <w:trPr>
          <w:trHeight w:val="1262"/>
        </w:trPr>
        <w:tc>
          <w:tcPr>
            <w:tcW w:w="563" w:type="dxa"/>
          </w:tcPr>
          <w:p w14:paraId="68BF6A9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114.</w:t>
            </w:r>
          </w:p>
        </w:tc>
        <w:tc>
          <w:tcPr>
            <w:tcW w:w="3413" w:type="dxa"/>
          </w:tcPr>
          <w:p w14:paraId="1269175F" w14:textId="77777777" w:rsidR="00DF4F1B" w:rsidRPr="00125679" w:rsidRDefault="00DF4F1B" w:rsidP="00413212">
            <w:pPr>
              <w:pStyle w:val="TableParagraph"/>
              <w:spacing w:before="6" w:line="297" w:lineRule="auto"/>
              <w:ind w:left="74" w:right="47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Заглавная буква в написании кличек животных. Развитие речи</w:t>
            </w:r>
          </w:p>
        </w:tc>
        <w:tc>
          <w:tcPr>
            <w:tcW w:w="715" w:type="dxa"/>
          </w:tcPr>
          <w:p w14:paraId="64B25C4B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98B9FB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C7AC34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CA1B96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351A89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3C012F08" w14:textId="77777777" w:rsidTr="00413212">
        <w:trPr>
          <w:trHeight w:val="1120"/>
        </w:trPr>
        <w:tc>
          <w:tcPr>
            <w:tcW w:w="563" w:type="dxa"/>
          </w:tcPr>
          <w:p w14:paraId="6D9AB885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115.</w:t>
            </w:r>
          </w:p>
        </w:tc>
        <w:tc>
          <w:tcPr>
            <w:tcW w:w="3413" w:type="dxa"/>
          </w:tcPr>
          <w:p w14:paraId="63A5C099" w14:textId="77777777" w:rsidR="00DF4F1B" w:rsidRPr="00125679" w:rsidRDefault="00DF4F1B" w:rsidP="00413212">
            <w:pPr>
              <w:pStyle w:val="TableParagraph"/>
              <w:spacing w:before="6" w:line="297" w:lineRule="auto"/>
              <w:ind w:left="74" w:right="4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Заглавная буква в географических названиях</w:t>
            </w:r>
          </w:p>
        </w:tc>
        <w:tc>
          <w:tcPr>
            <w:tcW w:w="715" w:type="dxa"/>
          </w:tcPr>
          <w:p w14:paraId="68DA983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50DEEF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294442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D086E2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775C48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0DFF0433" w14:textId="77777777" w:rsidTr="00413212">
        <w:trPr>
          <w:trHeight w:val="1120"/>
        </w:trPr>
        <w:tc>
          <w:tcPr>
            <w:tcW w:w="563" w:type="dxa"/>
          </w:tcPr>
          <w:p w14:paraId="14762465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116.</w:t>
            </w:r>
          </w:p>
        </w:tc>
        <w:tc>
          <w:tcPr>
            <w:tcW w:w="3413" w:type="dxa"/>
          </w:tcPr>
          <w:p w14:paraId="135EEC0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Обучающее изложение</w:t>
            </w:r>
          </w:p>
        </w:tc>
        <w:tc>
          <w:tcPr>
            <w:tcW w:w="715" w:type="dxa"/>
          </w:tcPr>
          <w:p w14:paraId="3B92220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0317EE6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5DE3B83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299DD11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66BBB5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42002BCF" w14:textId="77777777" w:rsidTr="00413212">
        <w:trPr>
          <w:trHeight w:val="1123"/>
        </w:trPr>
        <w:tc>
          <w:tcPr>
            <w:tcW w:w="563" w:type="dxa"/>
          </w:tcPr>
          <w:p w14:paraId="0B50DB38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117.</w:t>
            </w:r>
          </w:p>
        </w:tc>
        <w:tc>
          <w:tcPr>
            <w:tcW w:w="3413" w:type="dxa"/>
          </w:tcPr>
          <w:p w14:paraId="37F699C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Обобщение знаний о написании слов с заглавной буквы</w:t>
            </w:r>
          </w:p>
        </w:tc>
        <w:tc>
          <w:tcPr>
            <w:tcW w:w="715" w:type="dxa"/>
          </w:tcPr>
          <w:p w14:paraId="0A766E78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C7898C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98A0A6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FBE9C1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4E76E37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53AB94C7" w14:textId="77777777" w:rsidTr="00413212">
        <w:trPr>
          <w:trHeight w:val="1256"/>
        </w:trPr>
        <w:tc>
          <w:tcPr>
            <w:tcW w:w="563" w:type="dxa"/>
          </w:tcPr>
          <w:p w14:paraId="1B9D8229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118.</w:t>
            </w:r>
          </w:p>
        </w:tc>
        <w:tc>
          <w:tcPr>
            <w:tcW w:w="3413" w:type="dxa"/>
          </w:tcPr>
          <w:p w14:paraId="0497303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  <w:tc>
          <w:tcPr>
            <w:tcW w:w="715" w:type="dxa"/>
          </w:tcPr>
          <w:p w14:paraId="3720A4B6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A5BBCF2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C6C80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597D5C4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9497F7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2C2B0E07" w14:textId="77777777" w:rsidTr="00413212">
        <w:trPr>
          <w:trHeight w:val="845"/>
        </w:trPr>
        <w:tc>
          <w:tcPr>
            <w:tcW w:w="563" w:type="dxa"/>
          </w:tcPr>
          <w:p w14:paraId="787777FF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119.</w:t>
            </w:r>
          </w:p>
        </w:tc>
        <w:tc>
          <w:tcPr>
            <w:tcW w:w="3413" w:type="dxa"/>
          </w:tcPr>
          <w:p w14:paraId="1A436C7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27A4202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E72C16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373481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8A17DD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5666432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44B74336" w14:textId="77777777" w:rsidTr="00413212">
        <w:trPr>
          <w:trHeight w:val="1118"/>
        </w:trPr>
        <w:tc>
          <w:tcPr>
            <w:tcW w:w="563" w:type="dxa"/>
          </w:tcPr>
          <w:p w14:paraId="0AC5FABD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120.</w:t>
            </w:r>
          </w:p>
        </w:tc>
        <w:tc>
          <w:tcPr>
            <w:tcW w:w="3413" w:type="dxa"/>
          </w:tcPr>
          <w:p w14:paraId="6830D01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имен существительных</w:t>
            </w:r>
          </w:p>
        </w:tc>
        <w:tc>
          <w:tcPr>
            <w:tcW w:w="715" w:type="dxa"/>
          </w:tcPr>
          <w:p w14:paraId="33ACF63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D6ED50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FF0469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FD0D3C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3959CA6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29D76AB6" w14:textId="77777777" w:rsidTr="00413212">
        <w:trPr>
          <w:trHeight w:val="1118"/>
        </w:trPr>
        <w:tc>
          <w:tcPr>
            <w:tcW w:w="563" w:type="dxa"/>
          </w:tcPr>
          <w:p w14:paraId="459A4E60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121.</w:t>
            </w:r>
          </w:p>
        </w:tc>
        <w:tc>
          <w:tcPr>
            <w:tcW w:w="3413" w:type="dxa"/>
          </w:tcPr>
          <w:p w14:paraId="4BBD97F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31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имен существительных</w:t>
            </w:r>
          </w:p>
        </w:tc>
        <w:tc>
          <w:tcPr>
            <w:tcW w:w="715" w:type="dxa"/>
          </w:tcPr>
          <w:p w14:paraId="437B7F1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3C7CDE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332FF5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67B9B1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2EF9379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5CBA4845" w14:textId="77777777" w:rsidTr="00413212">
        <w:trPr>
          <w:trHeight w:val="1118"/>
        </w:trPr>
        <w:tc>
          <w:tcPr>
            <w:tcW w:w="563" w:type="dxa"/>
          </w:tcPr>
          <w:p w14:paraId="4825987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122.</w:t>
            </w:r>
          </w:p>
        </w:tc>
        <w:tc>
          <w:tcPr>
            <w:tcW w:w="3413" w:type="dxa"/>
          </w:tcPr>
          <w:p w14:paraId="6555F61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имен существительных</w:t>
            </w:r>
          </w:p>
        </w:tc>
        <w:tc>
          <w:tcPr>
            <w:tcW w:w="715" w:type="dxa"/>
          </w:tcPr>
          <w:p w14:paraId="2DCF0F2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B8403A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28C42D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29ED9FB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C14958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6D74A17B" w14:textId="77777777" w:rsidTr="00413212">
        <w:trPr>
          <w:trHeight w:val="1118"/>
        </w:trPr>
        <w:tc>
          <w:tcPr>
            <w:tcW w:w="563" w:type="dxa"/>
          </w:tcPr>
          <w:p w14:paraId="7173572E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123.</w:t>
            </w:r>
          </w:p>
        </w:tc>
        <w:tc>
          <w:tcPr>
            <w:tcW w:w="3413" w:type="dxa"/>
          </w:tcPr>
          <w:p w14:paraId="70E470E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Обучающее изложение</w:t>
            </w:r>
          </w:p>
        </w:tc>
        <w:tc>
          <w:tcPr>
            <w:tcW w:w="715" w:type="dxa"/>
          </w:tcPr>
          <w:p w14:paraId="06CD1FA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642E36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F1B2C61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137" w:type="dxa"/>
            <w:gridSpan w:val="2"/>
          </w:tcPr>
          <w:p w14:paraId="60825B0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3EB1AED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Практическая работа</w:t>
            </w:r>
          </w:p>
        </w:tc>
      </w:tr>
      <w:tr w:rsidR="00DF4F1B" w:rsidRPr="00125679" w14:paraId="2393DFE4" w14:textId="77777777" w:rsidTr="00413212">
        <w:trPr>
          <w:trHeight w:val="1118"/>
        </w:trPr>
        <w:tc>
          <w:tcPr>
            <w:tcW w:w="563" w:type="dxa"/>
          </w:tcPr>
          <w:p w14:paraId="2E63CC0B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124.</w:t>
            </w:r>
          </w:p>
        </w:tc>
        <w:tc>
          <w:tcPr>
            <w:tcW w:w="3413" w:type="dxa"/>
          </w:tcPr>
          <w:p w14:paraId="45978C4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62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61EC4D5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15EDCA4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6F434C9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03DEA5A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0F8605A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4F28735A" w14:textId="77777777" w:rsidTr="00413212">
        <w:trPr>
          <w:trHeight w:val="1118"/>
        </w:trPr>
        <w:tc>
          <w:tcPr>
            <w:tcW w:w="563" w:type="dxa"/>
          </w:tcPr>
          <w:p w14:paraId="7B00E9D8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125.</w:t>
            </w:r>
          </w:p>
        </w:tc>
        <w:tc>
          <w:tcPr>
            <w:tcW w:w="3413" w:type="dxa"/>
          </w:tcPr>
          <w:p w14:paraId="6D17F043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  <w:tc>
          <w:tcPr>
            <w:tcW w:w="715" w:type="dxa"/>
          </w:tcPr>
          <w:p w14:paraId="4A6930A7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07C4950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B15694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7F76077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E084AB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</w:tr>
      <w:tr w:rsidR="00DF4F1B" w:rsidRPr="00125679" w14:paraId="7077CBB9" w14:textId="77777777" w:rsidTr="00413212">
        <w:trPr>
          <w:trHeight w:val="1118"/>
        </w:trPr>
        <w:tc>
          <w:tcPr>
            <w:tcW w:w="563" w:type="dxa"/>
          </w:tcPr>
          <w:p w14:paraId="5DDE282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126.</w:t>
            </w:r>
          </w:p>
        </w:tc>
        <w:tc>
          <w:tcPr>
            <w:tcW w:w="3413" w:type="dxa"/>
          </w:tcPr>
          <w:p w14:paraId="2EB8101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46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664D9EE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AD6541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B6400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6685058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1832D08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</w:t>
            </w:r>
          </w:p>
        </w:tc>
      </w:tr>
      <w:tr w:rsidR="00DF4F1B" w:rsidRPr="00125679" w14:paraId="6B610509" w14:textId="77777777" w:rsidTr="00413212">
        <w:trPr>
          <w:trHeight w:val="1118"/>
        </w:trPr>
        <w:tc>
          <w:tcPr>
            <w:tcW w:w="563" w:type="dxa"/>
          </w:tcPr>
          <w:p w14:paraId="3ECF66E0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127.</w:t>
            </w:r>
          </w:p>
        </w:tc>
        <w:tc>
          <w:tcPr>
            <w:tcW w:w="3413" w:type="dxa"/>
          </w:tcPr>
          <w:p w14:paraId="35AA8428" w14:textId="77777777" w:rsidR="00DF4F1B" w:rsidRPr="00125679" w:rsidRDefault="00DF4F1B" w:rsidP="00413212">
            <w:pPr>
              <w:pStyle w:val="TableParagraph"/>
              <w:spacing w:before="1" w:line="297" w:lineRule="auto"/>
              <w:ind w:left="74" w:right="58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глагол?</w:t>
            </w:r>
          </w:p>
        </w:tc>
        <w:tc>
          <w:tcPr>
            <w:tcW w:w="715" w:type="dxa"/>
          </w:tcPr>
          <w:p w14:paraId="699CB1C5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B5CB81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F0F4F4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137" w:type="dxa"/>
            <w:gridSpan w:val="2"/>
          </w:tcPr>
          <w:p w14:paraId="3961397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06" w:type="dxa"/>
            <w:gridSpan w:val="2"/>
          </w:tcPr>
          <w:p w14:paraId="61E6B95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08C1E6D8" w14:textId="77777777" w:rsidTr="00413212">
        <w:trPr>
          <w:trHeight w:val="978"/>
        </w:trPr>
        <w:tc>
          <w:tcPr>
            <w:tcW w:w="563" w:type="dxa"/>
          </w:tcPr>
          <w:p w14:paraId="040B2096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128.</w:t>
            </w:r>
          </w:p>
        </w:tc>
        <w:tc>
          <w:tcPr>
            <w:tcW w:w="3413" w:type="dxa"/>
          </w:tcPr>
          <w:p w14:paraId="39EDC6C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глагол?</w:t>
            </w:r>
          </w:p>
        </w:tc>
        <w:tc>
          <w:tcPr>
            <w:tcW w:w="715" w:type="dxa"/>
          </w:tcPr>
          <w:p w14:paraId="71EF812E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C3BA71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785EE0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180A5A9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0431678" w14:textId="77777777" w:rsidR="00DF4F1B" w:rsidRPr="00125679" w:rsidRDefault="00DF4F1B" w:rsidP="00413212">
            <w:pPr>
              <w:pStyle w:val="TableParagraph"/>
              <w:spacing w:before="88" w:line="297" w:lineRule="auto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12E9E2E0" w14:textId="77777777" w:rsidTr="00413212">
        <w:trPr>
          <w:trHeight w:val="609"/>
        </w:trPr>
        <w:tc>
          <w:tcPr>
            <w:tcW w:w="563" w:type="dxa"/>
          </w:tcPr>
          <w:p w14:paraId="11C1998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129.</w:t>
            </w:r>
          </w:p>
        </w:tc>
        <w:tc>
          <w:tcPr>
            <w:tcW w:w="3413" w:type="dxa"/>
          </w:tcPr>
          <w:p w14:paraId="4B2AA3B5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157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глагол?</w:t>
            </w:r>
          </w:p>
        </w:tc>
        <w:tc>
          <w:tcPr>
            <w:tcW w:w="715" w:type="dxa"/>
          </w:tcPr>
          <w:p w14:paraId="3DD7394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4BD79E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3F9E78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534461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5171B99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Тестирование</w:t>
            </w:r>
          </w:p>
        </w:tc>
      </w:tr>
      <w:tr w:rsidR="00DF4F1B" w:rsidRPr="00125679" w14:paraId="289C62A8" w14:textId="77777777" w:rsidTr="00413212">
        <w:trPr>
          <w:trHeight w:val="841"/>
        </w:trPr>
        <w:tc>
          <w:tcPr>
            <w:tcW w:w="563" w:type="dxa"/>
          </w:tcPr>
          <w:p w14:paraId="31B15902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130.</w:t>
            </w:r>
          </w:p>
        </w:tc>
        <w:tc>
          <w:tcPr>
            <w:tcW w:w="3413" w:type="dxa"/>
          </w:tcPr>
          <w:p w14:paraId="7BB06CF4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117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глаголов</w:t>
            </w:r>
          </w:p>
        </w:tc>
        <w:tc>
          <w:tcPr>
            <w:tcW w:w="715" w:type="dxa"/>
          </w:tcPr>
          <w:p w14:paraId="3A50B491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52BF61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28DB5C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182E40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5722FB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6D44128A" w14:textId="77777777" w:rsidTr="00413212">
        <w:trPr>
          <w:trHeight w:val="841"/>
        </w:trPr>
        <w:tc>
          <w:tcPr>
            <w:tcW w:w="563" w:type="dxa"/>
          </w:tcPr>
          <w:p w14:paraId="12819A3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131.</w:t>
            </w:r>
          </w:p>
        </w:tc>
        <w:tc>
          <w:tcPr>
            <w:tcW w:w="3413" w:type="dxa"/>
          </w:tcPr>
          <w:p w14:paraId="1105883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глаголов</w:t>
            </w:r>
          </w:p>
        </w:tc>
        <w:tc>
          <w:tcPr>
            <w:tcW w:w="715" w:type="dxa"/>
          </w:tcPr>
          <w:p w14:paraId="1C46AEB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EA8B5E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9577DE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C8664C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AD5204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547A2000" w14:textId="77777777" w:rsidTr="00413212">
        <w:trPr>
          <w:trHeight w:val="841"/>
        </w:trPr>
        <w:tc>
          <w:tcPr>
            <w:tcW w:w="563" w:type="dxa"/>
          </w:tcPr>
          <w:p w14:paraId="678834A9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132.</w:t>
            </w:r>
          </w:p>
        </w:tc>
        <w:tc>
          <w:tcPr>
            <w:tcW w:w="3413" w:type="dxa"/>
          </w:tcPr>
          <w:p w14:paraId="6F59336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Правописание частицы НЕ с глаголом</w:t>
            </w:r>
          </w:p>
        </w:tc>
        <w:tc>
          <w:tcPr>
            <w:tcW w:w="715" w:type="dxa"/>
          </w:tcPr>
          <w:p w14:paraId="4C15C17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9ACFF4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CCA0DF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6E86F8D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B06871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1181355A" w14:textId="77777777" w:rsidTr="00413212">
        <w:trPr>
          <w:trHeight w:val="841"/>
        </w:trPr>
        <w:tc>
          <w:tcPr>
            <w:tcW w:w="563" w:type="dxa"/>
          </w:tcPr>
          <w:p w14:paraId="6C2A903D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133.</w:t>
            </w:r>
          </w:p>
        </w:tc>
        <w:tc>
          <w:tcPr>
            <w:tcW w:w="3413" w:type="dxa"/>
          </w:tcPr>
          <w:p w14:paraId="37EC781C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Обобщение и закрепление знаний по теме «Глагол»</w:t>
            </w:r>
          </w:p>
        </w:tc>
        <w:tc>
          <w:tcPr>
            <w:tcW w:w="715" w:type="dxa"/>
          </w:tcPr>
          <w:p w14:paraId="05C89F1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C8B214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0893D7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C071A5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78AC3AB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2F6DEEF1" w14:textId="77777777" w:rsidTr="00413212">
        <w:trPr>
          <w:trHeight w:val="841"/>
        </w:trPr>
        <w:tc>
          <w:tcPr>
            <w:tcW w:w="563" w:type="dxa"/>
          </w:tcPr>
          <w:p w14:paraId="24E87EB3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134.</w:t>
            </w:r>
          </w:p>
        </w:tc>
        <w:tc>
          <w:tcPr>
            <w:tcW w:w="3413" w:type="dxa"/>
          </w:tcPr>
          <w:p w14:paraId="06514F5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текст –повествование?</w:t>
            </w:r>
          </w:p>
        </w:tc>
        <w:tc>
          <w:tcPr>
            <w:tcW w:w="715" w:type="dxa"/>
          </w:tcPr>
          <w:p w14:paraId="785C8DA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1B45E1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F8941D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FAF87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BE0F041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418085A7" w14:textId="77777777" w:rsidTr="00413212">
        <w:trPr>
          <w:trHeight w:val="841"/>
        </w:trPr>
        <w:tc>
          <w:tcPr>
            <w:tcW w:w="563" w:type="dxa"/>
          </w:tcPr>
          <w:p w14:paraId="27745ACF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135.</w:t>
            </w:r>
          </w:p>
        </w:tc>
        <w:tc>
          <w:tcPr>
            <w:tcW w:w="3413" w:type="dxa"/>
          </w:tcPr>
          <w:p w14:paraId="35CC871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0266AF8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867CC4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11435D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F61F0C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B5F490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089379D7" w14:textId="77777777" w:rsidTr="00413212">
        <w:trPr>
          <w:trHeight w:val="841"/>
        </w:trPr>
        <w:tc>
          <w:tcPr>
            <w:tcW w:w="563" w:type="dxa"/>
          </w:tcPr>
          <w:p w14:paraId="7A942CD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136.</w:t>
            </w:r>
          </w:p>
        </w:tc>
        <w:tc>
          <w:tcPr>
            <w:tcW w:w="3413" w:type="dxa"/>
          </w:tcPr>
          <w:p w14:paraId="2189E1EB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имя прилагательное?</w:t>
            </w:r>
          </w:p>
        </w:tc>
        <w:tc>
          <w:tcPr>
            <w:tcW w:w="715" w:type="dxa"/>
          </w:tcPr>
          <w:p w14:paraId="41ACC0B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B6A569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987DEF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C810E2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E08F45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  <w:r w:rsidRPr="00125679">
              <w:rPr>
                <w:spacing w:val="1"/>
                <w:sz w:val="24"/>
                <w:szCs w:val="24"/>
              </w:rPr>
              <w:t xml:space="preserve"> </w:t>
            </w:r>
          </w:p>
        </w:tc>
      </w:tr>
      <w:tr w:rsidR="00DF4F1B" w:rsidRPr="00125679" w14:paraId="37080719" w14:textId="77777777" w:rsidTr="00413212">
        <w:trPr>
          <w:trHeight w:val="841"/>
        </w:trPr>
        <w:tc>
          <w:tcPr>
            <w:tcW w:w="563" w:type="dxa"/>
          </w:tcPr>
          <w:p w14:paraId="1CB5EFB8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137.</w:t>
            </w:r>
          </w:p>
        </w:tc>
        <w:tc>
          <w:tcPr>
            <w:tcW w:w="3413" w:type="dxa"/>
          </w:tcPr>
          <w:p w14:paraId="0ABA2BAE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Связь имени прилагательного именем существительным</w:t>
            </w:r>
          </w:p>
        </w:tc>
        <w:tc>
          <w:tcPr>
            <w:tcW w:w="715" w:type="dxa"/>
          </w:tcPr>
          <w:p w14:paraId="232A70C7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E354F7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E368BE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1DA1160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7D7A5FF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37F3F4FD" w14:textId="77777777" w:rsidTr="00413212">
        <w:trPr>
          <w:trHeight w:val="841"/>
        </w:trPr>
        <w:tc>
          <w:tcPr>
            <w:tcW w:w="563" w:type="dxa"/>
          </w:tcPr>
          <w:p w14:paraId="4A050D4B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138.</w:t>
            </w:r>
          </w:p>
        </w:tc>
        <w:tc>
          <w:tcPr>
            <w:tcW w:w="3413" w:type="dxa"/>
          </w:tcPr>
          <w:p w14:paraId="3EDBCD77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Прилагательные близкие и противоположные по значению</w:t>
            </w:r>
          </w:p>
        </w:tc>
        <w:tc>
          <w:tcPr>
            <w:tcW w:w="715" w:type="dxa"/>
          </w:tcPr>
          <w:p w14:paraId="1166123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3D4B1F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1BC84E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184498B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1AA49BA6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157B4515" w14:textId="77777777" w:rsidTr="00413212">
        <w:trPr>
          <w:trHeight w:val="841"/>
        </w:trPr>
        <w:tc>
          <w:tcPr>
            <w:tcW w:w="563" w:type="dxa"/>
          </w:tcPr>
          <w:p w14:paraId="250A64E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139.</w:t>
            </w:r>
          </w:p>
        </w:tc>
        <w:tc>
          <w:tcPr>
            <w:tcW w:w="3413" w:type="dxa"/>
          </w:tcPr>
          <w:p w14:paraId="1ACDC757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Единственное и множественное число имен прилагательных</w:t>
            </w:r>
          </w:p>
        </w:tc>
        <w:tc>
          <w:tcPr>
            <w:tcW w:w="715" w:type="dxa"/>
          </w:tcPr>
          <w:p w14:paraId="63650AC7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65B5AA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9B14A6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181134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5FCEA420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</w:t>
            </w:r>
            <w:r w:rsidRPr="00125679">
              <w:rPr>
                <w:spacing w:val="-5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контроль;</w:t>
            </w:r>
          </w:p>
        </w:tc>
      </w:tr>
      <w:tr w:rsidR="00DF4F1B" w:rsidRPr="00125679" w14:paraId="133D1356" w14:textId="77777777" w:rsidTr="00413212">
        <w:trPr>
          <w:trHeight w:val="841"/>
        </w:trPr>
        <w:tc>
          <w:tcPr>
            <w:tcW w:w="563" w:type="dxa"/>
          </w:tcPr>
          <w:p w14:paraId="3515E7D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140.</w:t>
            </w:r>
          </w:p>
        </w:tc>
        <w:tc>
          <w:tcPr>
            <w:tcW w:w="3413" w:type="dxa"/>
          </w:tcPr>
          <w:p w14:paraId="246CA35D" w14:textId="77777777" w:rsidR="00DF4F1B" w:rsidRPr="00125679" w:rsidRDefault="00DF4F1B" w:rsidP="00413212">
            <w:pPr>
              <w:pStyle w:val="TableParagraph"/>
              <w:spacing w:before="2" w:line="297" w:lineRule="auto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текст – описание?</w:t>
            </w:r>
          </w:p>
        </w:tc>
        <w:tc>
          <w:tcPr>
            <w:tcW w:w="715" w:type="dxa"/>
          </w:tcPr>
          <w:p w14:paraId="76C3E25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3CF800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A700ED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17F56C8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3D522408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158FD6BD" w14:textId="77777777" w:rsidTr="00413212">
        <w:trPr>
          <w:trHeight w:val="841"/>
        </w:trPr>
        <w:tc>
          <w:tcPr>
            <w:tcW w:w="563" w:type="dxa"/>
          </w:tcPr>
          <w:p w14:paraId="291B8836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141.</w:t>
            </w:r>
          </w:p>
        </w:tc>
        <w:tc>
          <w:tcPr>
            <w:tcW w:w="3413" w:type="dxa"/>
          </w:tcPr>
          <w:p w14:paraId="20453B6A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1B05030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A524C95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3250C19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F1F0F4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598E4D7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Контрольная работа</w:t>
            </w:r>
          </w:p>
        </w:tc>
      </w:tr>
      <w:tr w:rsidR="00DF4F1B" w:rsidRPr="00125679" w14:paraId="550658A9" w14:textId="77777777" w:rsidTr="00413212">
        <w:trPr>
          <w:trHeight w:val="841"/>
        </w:trPr>
        <w:tc>
          <w:tcPr>
            <w:tcW w:w="563" w:type="dxa"/>
          </w:tcPr>
          <w:p w14:paraId="4A2DC0D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142.</w:t>
            </w:r>
          </w:p>
        </w:tc>
        <w:tc>
          <w:tcPr>
            <w:tcW w:w="3413" w:type="dxa"/>
          </w:tcPr>
          <w:p w14:paraId="584BCA13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Общее понятие о предлоге</w:t>
            </w:r>
          </w:p>
        </w:tc>
        <w:tc>
          <w:tcPr>
            <w:tcW w:w="715" w:type="dxa"/>
          </w:tcPr>
          <w:p w14:paraId="6E94302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6089F5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3D6800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66FABD8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3C4598DE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Устный опрос;</w:t>
            </w:r>
          </w:p>
        </w:tc>
      </w:tr>
      <w:tr w:rsidR="00DF4F1B" w:rsidRPr="00125679" w14:paraId="4E60CF64" w14:textId="77777777" w:rsidTr="00413212">
        <w:trPr>
          <w:trHeight w:val="841"/>
        </w:trPr>
        <w:tc>
          <w:tcPr>
            <w:tcW w:w="563" w:type="dxa"/>
          </w:tcPr>
          <w:p w14:paraId="6F84275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143.</w:t>
            </w:r>
          </w:p>
        </w:tc>
        <w:tc>
          <w:tcPr>
            <w:tcW w:w="3413" w:type="dxa"/>
          </w:tcPr>
          <w:p w14:paraId="3BE5BCD9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4" w:right="88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Раздельное написание предлогов со словами</w:t>
            </w:r>
          </w:p>
        </w:tc>
        <w:tc>
          <w:tcPr>
            <w:tcW w:w="715" w:type="dxa"/>
          </w:tcPr>
          <w:p w14:paraId="778AAA12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DAB5B3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1D63A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2A02F1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763AF1F2" w14:textId="77777777" w:rsidR="00DF4F1B" w:rsidRPr="00125679" w:rsidRDefault="00DF4F1B" w:rsidP="00413212">
            <w:pPr>
              <w:pStyle w:val="TableParagraph"/>
              <w:spacing w:before="88" w:line="297" w:lineRule="auto"/>
              <w:ind w:left="76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Письменный контроль;</w:t>
            </w:r>
          </w:p>
        </w:tc>
      </w:tr>
      <w:tr w:rsidR="00DF4F1B" w:rsidRPr="00125679" w14:paraId="1420830E" w14:textId="77777777" w:rsidTr="009B40AB">
        <w:trPr>
          <w:trHeight w:val="465"/>
        </w:trPr>
        <w:tc>
          <w:tcPr>
            <w:tcW w:w="563" w:type="dxa"/>
          </w:tcPr>
          <w:p w14:paraId="7301208B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144.</w:t>
            </w:r>
          </w:p>
        </w:tc>
        <w:tc>
          <w:tcPr>
            <w:tcW w:w="3413" w:type="dxa"/>
          </w:tcPr>
          <w:p w14:paraId="0D4A5FF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Восстановление предложений</w:t>
            </w:r>
          </w:p>
        </w:tc>
        <w:tc>
          <w:tcPr>
            <w:tcW w:w="715" w:type="dxa"/>
          </w:tcPr>
          <w:p w14:paraId="794F8CAB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BD4807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25066D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186F0D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30D27007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13F7C15F" w14:textId="77777777" w:rsidTr="009B40AB">
        <w:trPr>
          <w:trHeight w:val="465"/>
        </w:trPr>
        <w:tc>
          <w:tcPr>
            <w:tcW w:w="563" w:type="dxa"/>
          </w:tcPr>
          <w:p w14:paraId="3E506C2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145.</w:t>
            </w:r>
          </w:p>
        </w:tc>
        <w:tc>
          <w:tcPr>
            <w:tcW w:w="3413" w:type="dxa"/>
          </w:tcPr>
          <w:p w14:paraId="2E517E2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07626575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4DAFC9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0180FF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628F63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1C7A1EA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13DA9F51" w14:textId="77777777" w:rsidTr="009B40AB">
        <w:trPr>
          <w:trHeight w:val="465"/>
        </w:trPr>
        <w:tc>
          <w:tcPr>
            <w:tcW w:w="563" w:type="dxa"/>
          </w:tcPr>
          <w:p w14:paraId="22C209EB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146.</w:t>
            </w:r>
          </w:p>
        </w:tc>
        <w:tc>
          <w:tcPr>
            <w:tcW w:w="3413" w:type="dxa"/>
          </w:tcPr>
          <w:p w14:paraId="09033CE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Диктант</w:t>
            </w:r>
          </w:p>
        </w:tc>
        <w:tc>
          <w:tcPr>
            <w:tcW w:w="715" w:type="dxa"/>
          </w:tcPr>
          <w:p w14:paraId="5C43930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76B4C3B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A58361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521101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072169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Диктант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F4F1B" w:rsidRPr="00125679" w14:paraId="1E61696F" w14:textId="77777777" w:rsidTr="009B40AB">
        <w:trPr>
          <w:trHeight w:val="465"/>
        </w:trPr>
        <w:tc>
          <w:tcPr>
            <w:tcW w:w="563" w:type="dxa"/>
          </w:tcPr>
          <w:p w14:paraId="451E99D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147.</w:t>
            </w:r>
          </w:p>
        </w:tc>
        <w:tc>
          <w:tcPr>
            <w:tcW w:w="3413" w:type="dxa"/>
          </w:tcPr>
          <w:p w14:paraId="420024B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1A8D845B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21B64E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FFB0DE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D51D0F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56C9FFA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283DC78A" w14:textId="77777777" w:rsidTr="009B40AB">
        <w:trPr>
          <w:trHeight w:val="524"/>
        </w:trPr>
        <w:tc>
          <w:tcPr>
            <w:tcW w:w="563" w:type="dxa"/>
          </w:tcPr>
          <w:p w14:paraId="1A1690E8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148.</w:t>
            </w:r>
          </w:p>
        </w:tc>
        <w:tc>
          <w:tcPr>
            <w:tcW w:w="3413" w:type="dxa"/>
          </w:tcPr>
          <w:p w14:paraId="6EC1D5F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местоимение?</w:t>
            </w:r>
          </w:p>
        </w:tc>
        <w:tc>
          <w:tcPr>
            <w:tcW w:w="715" w:type="dxa"/>
          </w:tcPr>
          <w:p w14:paraId="1D3B569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875356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38F38E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8874A3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793603D4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4D27302E" w14:textId="77777777" w:rsidTr="009B40AB">
        <w:trPr>
          <w:trHeight w:val="465"/>
        </w:trPr>
        <w:tc>
          <w:tcPr>
            <w:tcW w:w="563" w:type="dxa"/>
          </w:tcPr>
          <w:p w14:paraId="651CC5C8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149.</w:t>
            </w:r>
          </w:p>
        </w:tc>
        <w:tc>
          <w:tcPr>
            <w:tcW w:w="3413" w:type="dxa"/>
          </w:tcPr>
          <w:p w14:paraId="1BDC82E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местоимение?</w:t>
            </w:r>
          </w:p>
        </w:tc>
        <w:tc>
          <w:tcPr>
            <w:tcW w:w="715" w:type="dxa"/>
          </w:tcPr>
          <w:p w14:paraId="75963A9E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F53BEC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ACAAA0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BEA21F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026D787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31826BBB" w14:textId="77777777" w:rsidTr="009B40AB">
        <w:trPr>
          <w:trHeight w:val="465"/>
        </w:trPr>
        <w:tc>
          <w:tcPr>
            <w:tcW w:w="563" w:type="dxa"/>
          </w:tcPr>
          <w:p w14:paraId="7370424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150.</w:t>
            </w:r>
          </w:p>
        </w:tc>
        <w:tc>
          <w:tcPr>
            <w:tcW w:w="3413" w:type="dxa"/>
          </w:tcPr>
          <w:p w14:paraId="34AAA6E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Что такое текст –рассуждение?</w:t>
            </w:r>
          </w:p>
        </w:tc>
        <w:tc>
          <w:tcPr>
            <w:tcW w:w="715" w:type="dxa"/>
          </w:tcPr>
          <w:p w14:paraId="11D0FBE7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95C918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F48B6C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397A62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1BCD640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02EAB4FD" w14:textId="77777777" w:rsidTr="009B40AB">
        <w:trPr>
          <w:trHeight w:val="465"/>
        </w:trPr>
        <w:tc>
          <w:tcPr>
            <w:tcW w:w="563" w:type="dxa"/>
          </w:tcPr>
          <w:p w14:paraId="736BB7F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151.</w:t>
            </w:r>
          </w:p>
        </w:tc>
        <w:tc>
          <w:tcPr>
            <w:tcW w:w="3413" w:type="dxa"/>
          </w:tcPr>
          <w:p w14:paraId="067CEF6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Проверка знаний</w:t>
            </w:r>
          </w:p>
        </w:tc>
        <w:tc>
          <w:tcPr>
            <w:tcW w:w="715" w:type="dxa"/>
          </w:tcPr>
          <w:p w14:paraId="01F7E05D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1D6702E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3E693A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FBB990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AEA8B3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097B441A" w14:textId="77777777" w:rsidTr="009B40AB">
        <w:trPr>
          <w:trHeight w:val="465"/>
        </w:trPr>
        <w:tc>
          <w:tcPr>
            <w:tcW w:w="563" w:type="dxa"/>
          </w:tcPr>
          <w:p w14:paraId="012E0DC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152.</w:t>
            </w:r>
          </w:p>
        </w:tc>
        <w:tc>
          <w:tcPr>
            <w:tcW w:w="3413" w:type="dxa"/>
          </w:tcPr>
          <w:p w14:paraId="5ED24F4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Контрольный диктант</w:t>
            </w:r>
          </w:p>
        </w:tc>
        <w:tc>
          <w:tcPr>
            <w:tcW w:w="715" w:type="dxa"/>
          </w:tcPr>
          <w:p w14:paraId="4539119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9638AD1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AD1550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BB7FD5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C7E6F2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Диктант</w:t>
            </w:r>
            <w:proofErr w:type="spellEnd"/>
          </w:p>
        </w:tc>
      </w:tr>
      <w:tr w:rsidR="00DF4F1B" w:rsidRPr="00125679" w14:paraId="4DE06C74" w14:textId="77777777" w:rsidTr="009B40AB">
        <w:trPr>
          <w:trHeight w:val="465"/>
        </w:trPr>
        <w:tc>
          <w:tcPr>
            <w:tcW w:w="563" w:type="dxa"/>
          </w:tcPr>
          <w:p w14:paraId="58F04281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153.</w:t>
            </w:r>
          </w:p>
        </w:tc>
        <w:tc>
          <w:tcPr>
            <w:tcW w:w="3413" w:type="dxa"/>
          </w:tcPr>
          <w:p w14:paraId="14343D6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Работа над ошибками</w:t>
            </w:r>
          </w:p>
        </w:tc>
        <w:tc>
          <w:tcPr>
            <w:tcW w:w="715" w:type="dxa"/>
          </w:tcPr>
          <w:p w14:paraId="3323AF5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B0B900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5A11F1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1132277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C21F5D3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3E634BD8" w14:textId="77777777" w:rsidTr="009B40AB">
        <w:trPr>
          <w:trHeight w:val="465"/>
        </w:trPr>
        <w:tc>
          <w:tcPr>
            <w:tcW w:w="563" w:type="dxa"/>
          </w:tcPr>
          <w:p w14:paraId="35AD7EF3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154.</w:t>
            </w:r>
          </w:p>
        </w:tc>
        <w:tc>
          <w:tcPr>
            <w:tcW w:w="3413" w:type="dxa"/>
          </w:tcPr>
          <w:p w14:paraId="5BEBFDD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«Текст»</w:t>
            </w:r>
          </w:p>
        </w:tc>
        <w:tc>
          <w:tcPr>
            <w:tcW w:w="715" w:type="dxa"/>
          </w:tcPr>
          <w:p w14:paraId="077587C9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42E6CE5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2B877CE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7D0AAA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B307E1F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676BE6C8" w14:textId="77777777" w:rsidTr="009B40AB">
        <w:trPr>
          <w:trHeight w:val="465"/>
        </w:trPr>
        <w:tc>
          <w:tcPr>
            <w:tcW w:w="563" w:type="dxa"/>
          </w:tcPr>
          <w:p w14:paraId="02617C8F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155.</w:t>
            </w:r>
          </w:p>
        </w:tc>
        <w:tc>
          <w:tcPr>
            <w:tcW w:w="3413" w:type="dxa"/>
          </w:tcPr>
          <w:p w14:paraId="70F41A51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Сочинение по картинке</w:t>
            </w:r>
          </w:p>
        </w:tc>
        <w:tc>
          <w:tcPr>
            <w:tcW w:w="715" w:type="dxa"/>
          </w:tcPr>
          <w:p w14:paraId="5FA2814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8454D5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5B4DB5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64EB50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4839806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037C8212" w14:textId="77777777" w:rsidTr="009B40AB">
        <w:trPr>
          <w:trHeight w:val="465"/>
        </w:trPr>
        <w:tc>
          <w:tcPr>
            <w:tcW w:w="563" w:type="dxa"/>
          </w:tcPr>
          <w:p w14:paraId="3181873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156.</w:t>
            </w:r>
          </w:p>
        </w:tc>
        <w:tc>
          <w:tcPr>
            <w:tcW w:w="3413" w:type="dxa"/>
          </w:tcPr>
          <w:p w14:paraId="512DD6F2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«Предложение»</w:t>
            </w:r>
          </w:p>
        </w:tc>
        <w:tc>
          <w:tcPr>
            <w:tcW w:w="715" w:type="dxa"/>
          </w:tcPr>
          <w:p w14:paraId="669BED0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6E24EEA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2FA212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0D6AD3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6BFB48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672FA082" w14:textId="77777777" w:rsidTr="009B40AB">
        <w:trPr>
          <w:trHeight w:val="465"/>
        </w:trPr>
        <w:tc>
          <w:tcPr>
            <w:tcW w:w="563" w:type="dxa"/>
          </w:tcPr>
          <w:p w14:paraId="5A96B1C6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157.</w:t>
            </w:r>
          </w:p>
        </w:tc>
        <w:tc>
          <w:tcPr>
            <w:tcW w:w="3413" w:type="dxa"/>
          </w:tcPr>
          <w:p w14:paraId="622ECC7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Повторение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теме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Предложение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715" w:type="dxa"/>
          </w:tcPr>
          <w:p w14:paraId="38672C1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913BBB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515F06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5B4F98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2AD5CD3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  <w:proofErr w:type="spellEnd"/>
          </w:p>
        </w:tc>
      </w:tr>
      <w:tr w:rsidR="00DF4F1B" w:rsidRPr="00125679" w14:paraId="7755E791" w14:textId="77777777" w:rsidTr="009B40AB">
        <w:trPr>
          <w:trHeight w:val="465"/>
        </w:trPr>
        <w:tc>
          <w:tcPr>
            <w:tcW w:w="563" w:type="dxa"/>
          </w:tcPr>
          <w:p w14:paraId="292D850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158.</w:t>
            </w:r>
          </w:p>
        </w:tc>
        <w:tc>
          <w:tcPr>
            <w:tcW w:w="3413" w:type="dxa"/>
          </w:tcPr>
          <w:p w14:paraId="5255234D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«Слово и его значение»</w:t>
            </w:r>
          </w:p>
        </w:tc>
        <w:tc>
          <w:tcPr>
            <w:tcW w:w="715" w:type="dxa"/>
          </w:tcPr>
          <w:p w14:paraId="27381EE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F07881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EFDEA2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7E0D7CD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67A27C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76561A05" w14:textId="77777777" w:rsidTr="009B40AB">
        <w:trPr>
          <w:trHeight w:val="465"/>
        </w:trPr>
        <w:tc>
          <w:tcPr>
            <w:tcW w:w="563" w:type="dxa"/>
          </w:tcPr>
          <w:p w14:paraId="35A1AEC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159.</w:t>
            </w:r>
          </w:p>
        </w:tc>
        <w:tc>
          <w:tcPr>
            <w:tcW w:w="3413" w:type="dxa"/>
          </w:tcPr>
          <w:p w14:paraId="16BB8B2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«Части речи»</w:t>
            </w:r>
          </w:p>
        </w:tc>
        <w:tc>
          <w:tcPr>
            <w:tcW w:w="715" w:type="dxa"/>
          </w:tcPr>
          <w:p w14:paraId="33D6E04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5665CE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306FFB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E8C8AE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0B9E36A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72E62B4C" w14:textId="77777777" w:rsidTr="009B40AB">
        <w:trPr>
          <w:trHeight w:val="465"/>
        </w:trPr>
        <w:tc>
          <w:tcPr>
            <w:tcW w:w="563" w:type="dxa"/>
          </w:tcPr>
          <w:p w14:paraId="60311AB7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160.</w:t>
            </w:r>
          </w:p>
        </w:tc>
        <w:tc>
          <w:tcPr>
            <w:tcW w:w="3413" w:type="dxa"/>
          </w:tcPr>
          <w:p w14:paraId="56DACF3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«Части речи»</w:t>
            </w:r>
          </w:p>
        </w:tc>
        <w:tc>
          <w:tcPr>
            <w:tcW w:w="715" w:type="dxa"/>
          </w:tcPr>
          <w:p w14:paraId="234D8BE4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0FC61C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1D40C34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88F36B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9328A0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4A1DB804" w14:textId="77777777" w:rsidTr="009B40AB">
        <w:trPr>
          <w:trHeight w:val="465"/>
        </w:trPr>
        <w:tc>
          <w:tcPr>
            <w:tcW w:w="563" w:type="dxa"/>
          </w:tcPr>
          <w:p w14:paraId="0317ED03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161.</w:t>
            </w:r>
          </w:p>
        </w:tc>
        <w:tc>
          <w:tcPr>
            <w:tcW w:w="3413" w:type="dxa"/>
          </w:tcPr>
          <w:p w14:paraId="47EC3CD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«Звуки и буквы»</w:t>
            </w:r>
          </w:p>
        </w:tc>
        <w:tc>
          <w:tcPr>
            <w:tcW w:w="715" w:type="dxa"/>
          </w:tcPr>
          <w:p w14:paraId="4CE7F401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988B5A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0CADF26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083A3E4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3D74EFB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2C325BB4" w14:textId="77777777" w:rsidTr="009B40AB">
        <w:trPr>
          <w:trHeight w:val="465"/>
        </w:trPr>
        <w:tc>
          <w:tcPr>
            <w:tcW w:w="563" w:type="dxa"/>
          </w:tcPr>
          <w:p w14:paraId="71295E8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162.</w:t>
            </w:r>
          </w:p>
        </w:tc>
        <w:tc>
          <w:tcPr>
            <w:tcW w:w="3413" w:type="dxa"/>
          </w:tcPr>
          <w:p w14:paraId="5B1D0CAE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Повторение по теме «Правила правописания»</w:t>
            </w:r>
          </w:p>
        </w:tc>
        <w:tc>
          <w:tcPr>
            <w:tcW w:w="715" w:type="dxa"/>
          </w:tcPr>
          <w:p w14:paraId="047C57BD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13EB00C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4CF493A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DD13898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3E7511A2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  <w:proofErr w:type="spellEnd"/>
          </w:p>
        </w:tc>
      </w:tr>
      <w:tr w:rsidR="00DF4F1B" w:rsidRPr="00125679" w14:paraId="56E63ED3" w14:textId="77777777" w:rsidTr="009B40AB">
        <w:trPr>
          <w:trHeight w:val="465"/>
        </w:trPr>
        <w:tc>
          <w:tcPr>
            <w:tcW w:w="563" w:type="dxa"/>
          </w:tcPr>
          <w:p w14:paraId="22F4D8CA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163.</w:t>
            </w:r>
          </w:p>
        </w:tc>
        <w:tc>
          <w:tcPr>
            <w:tcW w:w="3413" w:type="dxa"/>
          </w:tcPr>
          <w:p w14:paraId="262D936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Контрольное списывание</w:t>
            </w:r>
          </w:p>
        </w:tc>
        <w:tc>
          <w:tcPr>
            <w:tcW w:w="715" w:type="dxa"/>
          </w:tcPr>
          <w:p w14:paraId="3D7C9DFA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0C54534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5AFCBD5F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CF9CB7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6005C6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Контрольная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работа</w:t>
            </w:r>
            <w:proofErr w:type="spellEnd"/>
          </w:p>
        </w:tc>
      </w:tr>
      <w:tr w:rsidR="00DF4F1B" w:rsidRPr="00125679" w14:paraId="235CC3DC" w14:textId="77777777" w:rsidTr="009B40AB">
        <w:trPr>
          <w:trHeight w:val="465"/>
        </w:trPr>
        <w:tc>
          <w:tcPr>
            <w:tcW w:w="563" w:type="dxa"/>
          </w:tcPr>
          <w:p w14:paraId="5A05093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164.</w:t>
            </w:r>
          </w:p>
        </w:tc>
        <w:tc>
          <w:tcPr>
            <w:tcW w:w="3413" w:type="dxa"/>
          </w:tcPr>
          <w:p w14:paraId="0E3F06F4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22FA8A2C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093711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365135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7A37746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6523A423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7A4FE787" w14:textId="77777777" w:rsidTr="009B40AB">
        <w:trPr>
          <w:trHeight w:val="465"/>
        </w:trPr>
        <w:tc>
          <w:tcPr>
            <w:tcW w:w="563" w:type="dxa"/>
          </w:tcPr>
          <w:p w14:paraId="38D28D0A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165.</w:t>
            </w:r>
          </w:p>
        </w:tc>
        <w:tc>
          <w:tcPr>
            <w:tcW w:w="3413" w:type="dxa"/>
          </w:tcPr>
          <w:p w14:paraId="0079825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508AF96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7E8FF462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39F4FD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41C67E8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76F0433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3650DCCC" w14:textId="77777777" w:rsidTr="009B40AB">
        <w:trPr>
          <w:trHeight w:val="465"/>
        </w:trPr>
        <w:tc>
          <w:tcPr>
            <w:tcW w:w="563" w:type="dxa"/>
          </w:tcPr>
          <w:p w14:paraId="66720FC4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166.</w:t>
            </w:r>
          </w:p>
        </w:tc>
        <w:tc>
          <w:tcPr>
            <w:tcW w:w="3413" w:type="dxa"/>
          </w:tcPr>
          <w:p w14:paraId="40D3B76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1530E003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0F0E9FE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3F18CEA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35BC10C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0ADC08F9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1BCD5A72" w14:textId="77777777" w:rsidTr="009B40AB">
        <w:trPr>
          <w:trHeight w:val="465"/>
        </w:trPr>
        <w:tc>
          <w:tcPr>
            <w:tcW w:w="563" w:type="dxa"/>
          </w:tcPr>
          <w:p w14:paraId="57335B9E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167.</w:t>
            </w:r>
          </w:p>
        </w:tc>
        <w:tc>
          <w:tcPr>
            <w:tcW w:w="3413" w:type="dxa"/>
          </w:tcPr>
          <w:p w14:paraId="684EB09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2DDA465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29C8254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7E4B1A29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237A363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4B83D69E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071987D1" w14:textId="77777777" w:rsidTr="009B40AB">
        <w:trPr>
          <w:trHeight w:val="465"/>
        </w:trPr>
        <w:tc>
          <w:tcPr>
            <w:tcW w:w="563" w:type="dxa"/>
          </w:tcPr>
          <w:p w14:paraId="3013823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168.</w:t>
            </w:r>
          </w:p>
        </w:tc>
        <w:tc>
          <w:tcPr>
            <w:tcW w:w="3413" w:type="dxa"/>
          </w:tcPr>
          <w:p w14:paraId="777801D3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51EAE72C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3BB3760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6EC2B0D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3E0830CE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5B4527ED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Тестирование</w:t>
            </w:r>
            <w:proofErr w:type="spellEnd"/>
          </w:p>
        </w:tc>
      </w:tr>
      <w:tr w:rsidR="00DF4F1B" w:rsidRPr="00125679" w14:paraId="3F6F7235" w14:textId="77777777" w:rsidTr="009B40AB">
        <w:trPr>
          <w:trHeight w:val="465"/>
        </w:trPr>
        <w:tc>
          <w:tcPr>
            <w:tcW w:w="563" w:type="dxa"/>
          </w:tcPr>
          <w:p w14:paraId="797C12CC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lastRenderedPageBreak/>
              <w:t>169.</w:t>
            </w:r>
          </w:p>
        </w:tc>
        <w:tc>
          <w:tcPr>
            <w:tcW w:w="3413" w:type="dxa"/>
          </w:tcPr>
          <w:p w14:paraId="27EA0CF4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2567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Повторение и закрепление изученного материала </w:t>
            </w:r>
          </w:p>
        </w:tc>
        <w:tc>
          <w:tcPr>
            <w:tcW w:w="715" w:type="dxa"/>
          </w:tcPr>
          <w:p w14:paraId="58FFB565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64DECBD7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630" w:type="dxa"/>
          </w:tcPr>
          <w:p w14:paraId="523EE360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51A5C5C5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5FA105FC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Устный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опрос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DF4F1B" w:rsidRPr="00125679" w14:paraId="102F9762" w14:textId="77777777" w:rsidTr="009B40AB">
        <w:trPr>
          <w:trHeight w:val="465"/>
        </w:trPr>
        <w:tc>
          <w:tcPr>
            <w:tcW w:w="563" w:type="dxa"/>
          </w:tcPr>
          <w:p w14:paraId="317D370B" w14:textId="77777777" w:rsidR="00DF4F1B" w:rsidRPr="00125679" w:rsidRDefault="00DF4F1B" w:rsidP="00413212">
            <w:pPr>
              <w:pStyle w:val="TableParagraph"/>
              <w:spacing w:before="88"/>
              <w:ind w:left="58" w:right="47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170.</w:t>
            </w:r>
          </w:p>
        </w:tc>
        <w:tc>
          <w:tcPr>
            <w:tcW w:w="3413" w:type="dxa"/>
          </w:tcPr>
          <w:p w14:paraId="2BB56808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Обобщение знаний по курсу русского языка за 2 класс</w:t>
            </w:r>
          </w:p>
        </w:tc>
        <w:tc>
          <w:tcPr>
            <w:tcW w:w="715" w:type="dxa"/>
          </w:tcPr>
          <w:p w14:paraId="6964B5DF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w w:val="101"/>
                <w:sz w:val="24"/>
                <w:szCs w:val="24"/>
              </w:rPr>
              <w:t>1</w:t>
            </w:r>
          </w:p>
        </w:tc>
        <w:tc>
          <w:tcPr>
            <w:tcW w:w="1583" w:type="dxa"/>
          </w:tcPr>
          <w:p w14:paraId="57A22A57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</w:t>
            </w:r>
          </w:p>
        </w:tc>
        <w:tc>
          <w:tcPr>
            <w:tcW w:w="1630" w:type="dxa"/>
          </w:tcPr>
          <w:p w14:paraId="033F2EE4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342" w:type="dxa"/>
            <w:gridSpan w:val="3"/>
          </w:tcPr>
          <w:p w14:paraId="29F687CB" w14:textId="77777777" w:rsidR="00DF4F1B" w:rsidRPr="00125679" w:rsidRDefault="00DF4F1B" w:rsidP="00413212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1401" w:type="dxa"/>
          </w:tcPr>
          <w:p w14:paraId="71C43B9B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Письменный</w:t>
            </w:r>
            <w:proofErr w:type="spellEnd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25679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  <w:proofErr w:type="spellEnd"/>
          </w:p>
        </w:tc>
      </w:tr>
      <w:tr w:rsidR="00DF4F1B" w:rsidRPr="00125679" w14:paraId="5E0CA3A4" w14:textId="77777777" w:rsidTr="00413212">
        <w:trPr>
          <w:trHeight w:val="945"/>
        </w:trPr>
        <w:tc>
          <w:tcPr>
            <w:tcW w:w="3976" w:type="dxa"/>
            <w:gridSpan w:val="2"/>
          </w:tcPr>
          <w:p w14:paraId="0CCF37A3" w14:textId="77777777" w:rsidR="00DF4F1B" w:rsidRPr="00125679" w:rsidRDefault="00DF4F1B" w:rsidP="00413212">
            <w:pPr>
              <w:pStyle w:val="TableParagraph"/>
              <w:jc w:val="both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ОБЩЕЕ</w:t>
            </w:r>
            <w:r w:rsidRPr="00125679">
              <w:rPr>
                <w:spacing w:val="15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КОЛИЧЕСТВО</w:t>
            </w:r>
            <w:r w:rsidRPr="00125679">
              <w:rPr>
                <w:spacing w:val="17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ЧАСОВ</w:t>
            </w:r>
            <w:r w:rsidRPr="00125679">
              <w:rPr>
                <w:spacing w:val="16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ПО</w:t>
            </w:r>
            <w:r w:rsidRPr="00125679">
              <w:rPr>
                <w:spacing w:val="-54"/>
                <w:sz w:val="24"/>
                <w:szCs w:val="24"/>
              </w:rPr>
              <w:t xml:space="preserve"> </w:t>
            </w:r>
            <w:r w:rsidRPr="00125679">
              <w:rPr>
                <w:sz w:val="24"/>
                <w:szCs w:val="24"/>
              </w:rPr>
              <w:t>ПРОГРАММЕ</w:t>
            </w:r>
          </w:p>
        </w:tc>
        <w:tc>
          <w:tcPr>
            <w:tcW w:w="715" w:type="dxa"/>
          </w:tcPr>
          <w:p w14:paraId="04962210" w14:textId="77777777" w:rsidR="00DF4F1B" w:rsidRPr="00125679" w:rsidRDefault="00DF4F1B" w:rsidP="00413212">
            <w:pPr>
              <w:pStyle w:val="TableParagraph"/>
              <w:spacing w:before="88"/>
              <w:ind w:left="74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170</w:t>
            </w:r>
          </w:p>
        </w:tc>
        <w:tc>
          <w:tcPr>
            <w:tcW w:w="1583" w:type="dxa"/>
          </w:tcPr>
          <w:p w14:paraId="0EA57BFC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</w:t>
            </w:r>
          </w:p>
        </w:tc>
        <w:tc>
          <w:tcPr>
            <w:tcW w:w="1630" w:type="dxa"/>
          </w:tcPr>
          <w:p w14:paraId="7D92208D" w14:textId="77777777" w:rsidR="00DF4F1B" w:rsidRPr="00125679" w:rsidRDefault="00DF4F1B" w:rsidP="00413212">
            <w:pPr>
              <w:pStyle w:val="TableParagraph"/>
              <w:jc w:val="center"/>
              <w:rPr>
                <w:sz w:val="24"/>
                <w:szCs w:val="24"/>
              </w:rPr>
            </w:pPr>
            <w:r w:rsidRPr="00125679">
              <w:rPr>
                <w:sz w:val="24"/>
                <w:szCs w:val="24"/>
              </w:rPr>
              <w:t>12</w:t>
            </w:r>
          </w:p>
        </w:tc>
        <w:tc>
          <w:tcPr>
            <w:tcW w:w="2743" w:type="dxa"/>
            <w:gridSpan w:val="4"/>
          </w:tcPr>
          <w:p w14:paraId="69F7AF4A" w14:textId="77777777" w:rsidR="00DF4F1B" w:rsidRPr="00125679" w:rsidRDefault="00DF4F1B" w:rsidP="0041321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5EEAACA" w14:textId="77777777" w:rsidR="003B27FF" w:rsidRDefault="003B27FF" w:rsidP="00DF4F1B">
      <w:pPr>
        <w:pStyle w:val="1"/>
        <w:spacing w:before="66"/>
        <w:ind w:left="106"/>
        <w:rPr>
          <w:rFonts w:ascii="Times New Roman" w:hAnsi="Times New Roman" w:cs="Times New Roman"/>
          <w:sz w:val="24"/>
          <w:szCs w:val="24"/>
          <w:lang w:val="ru-RU"/>
        </w:rPr>
      </w:pPr>
    </w:p>
    <w:p w14:paraId="501AC38D" w14:textId="77777777" w:rsidR="003B27FF" w:rsidRDefault="003B27FF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14:paraId="2DCCCC98" w14:textId="77777777" w:rsidR="00DF4F1B" w:rsidRPr="003B27FF" w:rsidRDefault="00C7687E" w:rsidP="00DF4F1B">
      <w:pPr>
        <w:pStyle w:val="1"/>
        <w:spacing w:before="66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 w:eastAsia="ru-RU"/>
        </w:rPr>
        <w:lastRenderedPageBreak/>
        <w:pict w14:anchorId="477A94A6">
          <v:rect id="Rectangle 3" o:spid="_x0000_s1028" style="position:absolute;left:0;text-align:left;margin-left:33.3pt;margin-top:22.9pt;width:528.15pt;height:.6pt;z-index:-251657728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" fillcolor="black" stroked="f">
            <w10:wrap type="topAndBottom" anchorx="page"/>
          </v:rect>
        </w:pict>
      </w:r>
      <w:r w:rsidR="00DF4F1B" w:rsidRPr="003B27FF">
        <w:rPr>
          <w:rFonts w:ascii="Times New Roman" w:hAnsi="Times New Roman" w:cs="Times New Roman"/>
          <w:sz w:val="24"/>
          <w:szCs w:val="24"/>
          <w:lang w:val="ru-RU"/>
        </w:rPr>
        <w:t>УЧЕБНО-МЕТОДИЧЕСКОЕ</w:t>
      </w:r>
      <w:r w:rsidR="00DF4F1B" w:rsidRPr="003B27F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DF4F1B" w:rsidRPr="003B27FF">
        <w:rPr>
          <w:rFonts w:ascii="Times New Roman" w:hAnsi="Times New Roman" w:cs="Times New Roman"/>
          <w:sz w:val="24"/>
          <w:szCs w:val="24"/>
          <w:lang w:val="ru-RU"/>
        </w:rPr>
        <w:t>ОБЕСПЕЧЕНИЕ</w:t>
      </w:r>
      <w:r w:rsidR="00DF4F1B" w:rsidRPr="003B27FF">
        <w:rPr>
          <w:rFonts w:ascii="Times New Roman" w:hAnsi="Times New Roman" w:cs="Times New Roman"/>
          <w:spacing w:val="-12"/>
          <w:sz w:val="24"/>
          <w:szCs w:val="24"/>
          <w:lang w:val="ru-RU"/>
        </w:rPr>
        <w:t xml:space="preserve"> </w:t>
      </w:r>
      <w:r w:rsidR="00DF4F1B" w:rsidRPr="003B27FF">
        <w:rPr>
          <w:rFonts w:ascii="Times New Roman" w:hAnsi="Times New Roman" w:cs="Times New Roman"/>
          <w:sz w:val="24"/>
          <w:szCs w:val="24"/>
          <w:lang w:val="ru-RU"/>
        </w:rPr>
        <w:t>ОБРАЗОВАТЕЛЬНОГО</w:t>
      </w:r>
      <w:r w:rsidR="00DF4F1B" w:rsidRPr="003B27FF">
        <w:rPr>
          <w:rFonts w:ascii="Times New Roman" w:hAnsi="Times New Roman" w:cs="Times New Roman"/>
          <w:spacing w:val="-13"/>
          <w:sz w:val="24"/>
          <w:szCs w:val="24"/>
          <w:lang w:val="ru-RU"/>
        </w:rPr>
        <w:t xml:space="preserve"> </w:t>
      </w:r>
      <w:r w:rsidR="00DF4F1B" w:rsidRPr="003B27FF">
        <w:rPr>
          <w:rFonts w:ascii="Times New Roman" w:hAnsi="Times New Roman" w:cs="Times New Roman"/>
          <w:sz w:val="24"/>
          <w:szCs w:val="24"/>
          <w:lang w:val="ru-RU"/>
        </w:rPr>
        <w:t>ПРОЦЕССА</w:t>
      </w:r>
    </w:p>
    <w:p w14:paraId="24D1AAED" w14:textId="77777777" w:rsidR="00DF4F1B" w:rsidRPr="003B27FF" w:rsidRDefault="00DF4F1B" w:rsidP="00DF4F1B">
      <w:pPr>
        <w:spacing w:before="179"/>
        <w:ind w:left="106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ОБЯЗАТЕЛЬНЫЕ</w:t>
      </w:r>
      <w:r w:rsidRPr="003B27FF">
        <w:rPr>
          <w:rFonts w:ascii="Times New Roman" w:hAnsi="Times New Roman" w:cs="Times New Roman"/>
          <w:b/>
          <w:spacing w:val="-8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УЧЕБНЫЕ</w:t>
      </w:r>
      <w:r w:rsidRPr="003B27FF">
        <w:rPr>
          <w:rFonts w:ascii="Times New Roman" w:hAnsi="Times New Roman" w:cs="Times New Roman"/>
          <w:b/>
          <w:spacing w:val="-7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МАТЕРИАЛЫ</w:t>
      </w:r>
      <w:r w:rsidRPr="003B27FF">
        <w:rPr>
          <w:rFonts w:ascii="Times New Roman" w:hAnsi="Times New Roman" w:cs="Times New Roman"/>
          <w:b/>
          <w:spacing w:val="-7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ДЛЯ</w:t>
      </w:r>
      <w:r w:rsidRPr="003B27FF">
        <w:rPr>
          <w:rFonts w:ascii="Times New Roman" w:hAnsi="Times New Roman" w:cs="Times New Roman"/>
          <w:b/>
          <w:spacing w:val="-7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УЧЕНИКА</w:t>
      </w:r>
    </w:p>
    <w:p w14:paraId="1A97196C" w14:textId="77777777" w:rsidR="00DF4F1B" w:rsidRPr="00125679" w:rsidRDefault="00DF4F1B" w:rsidP="00DF4F1B">
      <w:pPr>
        <w:pStyle w:val="af"/>
        <w:spacing w:before="156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В. А. </w:t>
      </w:r>
      <w:proofErr w:type="spellStart"/>
      <w:proofErr w:type="gramStart"/>
      <w:r w:rsidRPr="00125679">
        <w:rPr>
          <w:rFonts w:ascii="Times New Roman" w:hAnsi="Times New Roman" w:cs="Times New Roman"/>
          <w:sz w:val="24"/>
          <w:szCs w:val="24"/>
          <w:lang w:val="ru-RU"/>
        </w:rPr>
        <w:t>Синякова</w:t>
      </w:r>
      <w:proofErr w:type="spellEnd"/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 ,</w:t>
      </w:r>
      <w:proofErr w:type="gramEnd"/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 Русский язык 2 класс Контрольно-измерительные материалы</w:t>
      </w:r>
    </w:p>
    <w:p w14:paraId="31B6F71D" w14:textId="77777777" w:rsidR="00DF4F1B" w:rsidRPr="00125679" w:rsidRDefault="00DF4F1B" w:rsidP="00DF4F1B">
      <w:pPr>
        <w:pStyle w:val="af"/>
        <w:spacing w:before="156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25679">
        <w:rPr>
          <w:rFonts w:ascii="Times New Roman" w:hAnsi="Times New Roman" w:cs="Times New Roman"/>
          <w:sz w:val="24"/>
          <w:szCs w:val="24"/>
          <w:lang w:val="ru-RU"/>
        </w:rPr>
        <w:t>Канакина</w:t>
      </w:r>
      <w:proofErr w:type="spellEnd"/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В.П.,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Горецкий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В.Г.,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Русский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язык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(в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частях).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Учебник.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класс.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Акционерное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общество</w:t>
      </w:r>
    </w:p>
    <w:p w14:paraId="5332D3D3" w14:textId="77777777" w:rsidR="00DF4F1B" w:rsidRPr="00125679" w:rsidRDefault="00DF4F1B" w:rsidP="00DF4F1B">
      <w:pPr>
        <w:pStyle w:val="af"/>
        <w:spacing w:before="60" w:line="292" w:lineRule="auto"/>
        <w:ind w:right="7504"/>
        <w:rPr>
          <w:rFonts w:ascii="Times New Roman" w:hAnsi="Times New Roman" w:cs="Times New Roman"/>
          <w:spacing w:val="-57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«Издательство</w:t>
      </w:r>
      <w:r w:rsidRPr="00125679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«Просвещение»;</w:t>
      </w:r>
      <w:r w:rsidRPr="00125679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</w:p>
    <w:p w14:paraId="5FF519A5" w14:textId="77777777" w:rsidR="00DF4F1B" w:rsidRPr="00125679" w:rsidRDefault="00DF4F1B" w:rsidP="00DF4F1B">
      <w:pPr>
        <w:pStyle w:val="af"/>
        <w:spacing w:before="60" w:line="292" w:lineRule="auto"/>
        <w:ind w:right="107"/>
        <w:rPr>
          <w:rFonts w:ascii="Times New Roman" w:hAnsi="Times New Roman" w:cs="Times New Roman"/>
          <w:spacing w:val="-57"/>
          <w:sz w:val="24"/>
          <w:szCs w:val="24"/>
          <w:lang w:val="ru-RU"/>
        </w:rPr>
      </w:pPr>
      <w:proofErr w:type="spellStart"/>
      <w:r w:rsidRPr="00125679">
        <w:rPr>
          <w:rFonts w:ascii="Times New Roman" w:hAnsi="Times New Roman" w:cs="Times New Roman"/>
          <w:sz w:val="24"/>
          <w:szCs w:val="24"/>
          <w:lang w:val="ru-RU"/>
        </w:rPr>
        <w:t>Канакина</w:t>
      </w:r>
      <w:proofErr w:type="spellEnd"/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 В.П., Горецкий В.Г., Русский язык. Рабочая тетрадь 2 класс «Издательство</w:t>
      </w:r>
      <w:r w:rsidRPr="00125679">
        <w:rPr>
          <w:rFonts w:ascii="Times New Roman" w:hAnsi="Times New Roman" w:cs="Times New Roman"/>
          <w:spacing w:val="-1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«Просвещение»;</w:t>
      </w:r>
      <w:r w:rsidRPr="00125679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</w:p>
    <w:p w14:paraId="58E5C088" w14:textId="77777777" w:rsidR="00DF4F1B" w:rsidRPr="00125679" w:rsidRDefault="00DF4F1B" w:rsidP="00DF4F1B">
      <w:pPr>
        <w:pStyle w:val="1"/>
        <w:spacing w:before="191"/>
        <w:ind w:left="106"/>
        <w:rPr>
          <w:rFonts w:ascii="Times New Roman" w:hAnsi="Times New Roman" w:cs="Times New Roman"/>
          <w:sz w:val="24"/>
          <w:szCs w:val="24"/>
        </w:rPr>
      </w:pPr>
      <w:r w:rsidRPr="00125679">
        <w:rPr>
          <w:rFonts w:ascii="Times New Roman" w:hAnsi="Times New Roman" w:cs="Times New Roman"/>
          <w:sz w:val="24"/>
          <w:szCs w:val="24"/>
        </w:rPr>
        <w:t>МЕТОДИЧЕСКИЕ</w:t>
      </w:r>
      <w:r w:rsidRPr="00125679">
        <w:rPr>
          <w:rFonts w:ascii="Times New Roman" w:hAnsi="Times New Roman" w:cs="Times New Roman"/>
          <w:spacing w:val="-8"/>
          <w:sz w:val="24"/>
          <w:szCs w:val="24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</w:rPr>
        <w:t>МАТЕРИАЛЫ</w:t>
      </w:r>
      <w:r w:rsidRPr="00125679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</w:rPr>
        <w:t>ДЛЯ</w:t>
      </w:r>
      <w:r w:rsidRPr="00125679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</w:rPr>
        <w:t>УЧИТЕЛЯ</w:t>
      </w:r>
    </w:p>
    <w:p w14:paraId="01180956" w14:textId="77777777" w:rsidR="00DF4F1B" w:rsidRPr="00125679" w:rsidRDefault="00DF4F1B" w:rsidP="00DF4F1B">
      <w:pPr>
        <w:pStyle w:val="ae"/>
        <w:widowControl w:val="0"/>
        <w:numPr>
          <w:ilvl w:val="0"/>
          <w:numId w:val="17"/>
        </w:numPr>
        <w:tabs>
          <w:tab w:val="left" w:pos="288"/>
        </w:tabs>
        <w:autoSpaceDE w:val="0"/>
        <w:autoSpaceDN w:val="0"/>
        <w:spacing w:before="156" w:after="0" w:line="292" w:lineRule="auto"/>
        <w:ind w:right="1155" w:firstLine="0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Таблицы к основным разделам грамматического материала, содержащегося в программе по</w:t>
      </w:r>
      <w:r w:rsidRPr="00125679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русскому</w:t>
      </w:r>
      <w:r w:rsidRPr="00125679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языку</w:t>
      </w:r>
    </w:p>
    <w:p w14:paraId="122AD940" w14:textId="77777777" w:rsidR="00DF4F1B" w:rsidRPr="00125679" w:rsidRDefault="00DF4F1B" w:rsidP="00DF4F1B">
      <w:pPr>
        <w:pStyle w:val="ae"/>
        <w:widowControl w:val="0"/>
        <w:numPr>
          <w:ilvl w:val="0"/>
          <w:numId w:val="17"/>
        </w:numPr>
        <w:tabs>
          <w:tab w:val="left" w:pos="288"/>
        </w:tabs>
        <w:autoSpaceDE w:val="0"/>
        <w:autoSpaceDN w:val="0"/>
        <w:spacing w:after="0" w:line="275" w:lineRule="exact"/>
        <w:ind w:left="287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Наборы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сюжетных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(предметных)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картинок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соответствии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тематикой.</w:t>
      </w:r>
    </w:p>
    <w:p w14:paraId="10DD17CA" w14:textId="77777777" w:rsidR="00DF4F1B" w:rsidRPr="00125679" w:rsidRDefault="00DF4F1B" w:rsidP="00DF4F1B">
      <w:pPr>
        <w:pStyle w:val="ae"/>
        <w:widowControl w:val="0"/>
        <w:numPr>
          <w:ilvl w:val="0"/>
          <w:numId w:val="17"/>
        </w:numPr>
        <w:tabs>
          <w:tab w:val="left" w:pos="347"/>
        </w:tabs>
        <w:autoSpaceDE w:val="0"/>
        <w:autoSpaceDN w:val="0"/>
        <w:spacing w:before="60" w:after="0" w:line="240" w:lineRule="auto"/>
        <w:ind w:left="346" w:hanging="241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125679">
        <w:rPr>
          <w:rFonts w:ascii="Times New Roman" w:hAnsi="Times New Roman" w:cs="Times New Roman"/>
          <w:sz w:val="24"/>
          <w:szCs w:val="24"/>
        </w:rPr>
        <w:t>Словари</w:t>
      </w:r>
      <w:proofErr w:type="spellEnd"/>
      <w:r w:rsidRPr="00125679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proofErr w:type="spellStart"/>
      <w:r w:rsidRPr="00125679">
        <w:rPr>
          <w:rFonts w:ascii="Times New Roman" w:hAnsi="Times New Roman" w:cs="Times New Roman"/>
          <w:sz w:val="24"/>
          <w:szCs w:val="24"/>
        </w:rPr>
        <w:t>по</w:t>
      </w:r>
      <w:proofErr w:type="spellEnd"/>
      <w:r w:rsidRPr="0012567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125679">
        <w:rPr>
          <w:rFonts w:ascii="Times New Roman" w:hAnsi="Times New Roman" w:cs="Times New Roman"/>
          <w:sz w:val="24"/>
          <w:szCs w:val="24"/>
        </w:rPr>
        <w:t>русскому</w:t>
      </w:r>
      <w:proofErr w:type="spellEnd"/>
      <w:r w:rsidRPr="00125679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125679">
        <w:rPr>
          <w:rFonts w:ascii="Times New Roman" w:hAnsi="Times New Roman" w:cs="Times New Roman"/>
          <w:sz w:val="24"/>
          <w:szCs w:val="24"/>
        </w:rPr>
        <w:t>языку</w:t>
      </w:r>
      <w:proofErr w:type="spellEnd"/>
      <w:r w:rsidRPr="00125679">
        <w:rPr>
          <w:rFonts w:ascii="Times New Roman" w:hAnsi="Times New Roman" w:cs="Times New Roman"/>
          <w:sz w:val="24"/>
          <w:szCs w:val="24"/>
        </w:rPr>
        <w:t>.</w:t>
      </w:r>
    </w:p>
    <w:p w14:paraId="0CE64D75" w14:textId="77777777" w:rsidR="00DF4F1B" w:rsidRPr="00125679" w:rsidRDefault="00DF4F1B" w:rsidP="00DF4F1B">
      <w:pPr>
        <w:pStyle w:val="ae"/>
        <w:widowControl w:val="0"/>
        <w:numPr>
          <w:ilvl w:val="0"/>
          <w:numId w:val="17"/>
        </w:numPr>
        <w:tabs>
          <w:tab w:val="left" w:pos="347"/>
        </w:tabs>
        <w:autoSpaceDE w:val="0"/>
        <w:autoSpaceDN w:val="0"/>
        <w:spacing w:before="60" w:after="0" w:line="240" w:lineRule="auto"/>
        <w:ind w:left="346" w:hanging="241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Репродукции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картин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соответствии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125679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тематикой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видами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работ.</w:t>
      </w:r>
    </w:p>
    <w:p w14:paraId="7A362BA6" w14:textId="77777777" w:rsidR="00DF4F1B" w:rsidRPr="00125679" w:rsidRDefault="00DF4F1B" w:rsidP="00DF4F1B">
      <w:pPr>
        <w:pStyle w:val="1"/>
        <w:ind w:left="106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ЦИФРОВЫЕ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ОБРАЗОВАТЕЛЬНЫЕ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РЕСУРСЫ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СЕТИ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ИНТЕРНЕТ</w:t>
      </w:r>
    </w:p>
    <w:p w14:paraId="0B3572F6" w14:textId="77777777" w:rsidR="00DF4F1B" w:rsidRPr="00125679" w:rsidRDefault="00DF4F1B" w:rsidP="00DF4F1B">
      <w:pPr>
        <w:pStyle w:val="af"/>
        <w:spacing w:before="156" w:line="292" w:lineRule="auto"/>
        <w:ind w:right="2045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1.Сайт «Я иду на урок начальной школы»: </w:t>
      </w:r>
      <w:hyperlink r:id="rId116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nsc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.1</w:t>
        </w:r>
        <w:r w:rsidRPr="00125679">
          <w:rPr>
            <w:rFonts w:ascii="Times New Roman" w:hAnsi="Times New Roman" w:cs="Times New Roman"/>
            <w:sz w:val="24"/>
            <w:szCs w:val="24"/>
          </w:rPr>
          <w:t>september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125679">
          <w:rPr>
            <w:rFonts w:ascii="Times New Roman" w:hAnsi="Times New Roman" w:cs="Times New Roman"/>
            <w:sz w:val="24"/>
            <w:szCs w:val="24"/>
          </w:rPr>
          <w:t>ru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r w:rsidRPr="00125679">
          <w:rPr>
            <w:rFonts w:ascii="Times New Roman" w:hAnsi="Times New Roman" w:cs="Times New Roman"/>
            <w:sz w:val="24"/>
            <w:szCs w:val="24"/>
          </w:rPr>
          <w:t>urok</w:t>
        </w:r>
      </w:hyperlink>
      <w:r w:rsidRPr="00125679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2.Электронная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версия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журнала</w:t>
      </w:r>
      <w:r w:rsidRPr="00125679">
        <w:rPr>
          <w:rFonts w:ascii="Times New Roman" w:hAnsi="Times New Roman" w:cs="Times New Roman"/>
          <w:spacing w:val="-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«Начальная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школа»: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hyperlink r:id="rId117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nsc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.1</w:t>
        </w:r>
        <w:r w:rsidRPr="00125679">
          <w:rPr>
            <w:rFonts w:ascii="Times New Roman" w:hAnsi="Times New Roman" w:cs="Times New Roman"/>
            <w:sz w:val="24"/>
            <w:szCs w:val="24"/>
          </w:rPr>
          <w:t>september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125679">
          <w:rPr>
            <w:rFonts w:ascii="Times New Roman" w:hAnsi="Times New Roman" w:cs="Times New Roman"/>
            <w:sz w:val="24"/>
            <w:szCs w:val="24"/>
          </w:rPr>
          <w:t>ru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r w:rsidRPr="00125679">
          <w:rPr>
            <w:rFonts w:ascii="Times New Roman" w:hAnsi="Times New Roman" w:cs="Times New Roman"/>
            <w:sz w:val="24"/>
            <w:szCs w:val="24"/>
          </w:rPr>
          <w:t>index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125679">
          <w:rPr>
            <w:rFonts w:ascii="Times New Roman" w:hAnsi="Times New Roman" w:cs="Times New Roman"/>
            <w:sz w:val="24"/>
            <w:szCs w:val="24"/>
          </w:rPr>
          <w:t>php</w:t>
        </w:r>
      </w:hyperlink>
      <w:r w:rsidRPr="00125679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 xml:space="preserve">3.Социальная сеть работников образования: </w:t>
      </w:r>
      <w:hyperlink r:id="rId118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nsportal</w:t>
        </w:r>
        <w:proofErr w:type="spellEnd"/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ru</w:t>
        </w:r>
        <w:proofErr w:type="spellEnd"/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/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nachalnaya</w:t>
        </w:r>
        <w:proofErr w:type="spellEnd"/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-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shkola</w:t>
        </w:r>
        <w:proofErr w:type="spellEnd"/>
      </w:hyperlink>
      <w:r w:rsidRPr="00125679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4.Фестиваль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педагогических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идей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«Открытый</w:t>
      </w:r>
      <w:r w:rsidRPr="00125679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урок»:</w:t>
      </w:r>
      <w:hyperlink r:id="rId119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festival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.1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september</w:t>
        </w:r>
        <w:proofErr w:type="spellEnd"/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14:paraId="1C87F59A" w14:textId="77777777" w:rsidR="00DF4F1B" w:rsidRPr="00125679" w:rsidRDefault="00DF4F1B" w:rsidP="00DF4F1B">
      <w:pPr>
        <w:pStyle w:val="af"/>
        <w:spacing w:line="292" w:lineRule="auto"/>
        <w:ind w:right="296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5.Методические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пособия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рабочие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программы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учителям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начальной</w:t>
      </w:r>
      <w:r w:rsidRPr="00125679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школы:</w:t>
      </w:r>
      <w:r w:rsidRPr="00125679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hyperlink r:id="rId120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nachalka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125679">
          <w:rPr>
            <w:rFonts w:ascii="Times New Roman" w:hAnsi="Times New Roman" w:cs="Times New Roman"/>
            <w:sz w:val="24"/>
            <w:szCs w:val="24"/>
          </w:rPr>
          <w:t>com</w:t>
        </w:r>
      </w:hyperlink>
      <w:r w:rsidRPr="00125679">
        <w:rPr>
          <w:rFonts w:ascii="Times New Roman" w:hAnsi="Times New Roman" w:cs="Times New Roman"/>
          <w:spacing w:val="-57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6.Сетевое</w:t>
      </w:r>
      <w:r w:rsidRPr="00125679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сообщество педагогов:</w:t>
      </w:r>
      <w:r w:rsidRPr="00125679">
        <w:rPr>
          <w:rFonts w:ascii="Times New Roman" w:hAnsi="Times New Roman" w:cs="Times New Roman"/>
          <w:spacing w:val="-1"/>
          <w:sz w:val="24"/>
          <w:szCs w:val="24"/>
          <w:lang w:val="ru-RU"/>
        </w:rPr>
        <w:t xml:space="preserve"> </w:t>
      </w:r>
      <w:hyperlink r:id="rId121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rusedu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r w:rsidRPr="00125679">
          <w:rPr>
            <w:rFonts w:ascii="Times New Roman" w:hAnsi="Times New Roman" w:cs="Times New Roman"/>
            <w:sz w:val="24"/>
            <w:szCs w:val="24"/>
          </w:rPr>
          <w:t>net</w:t>
        </w:r>
      </w:hyperlink>
    </w:p>
    <w:p w14:paraId="26E5CB32" w14:textId="77777777" w:rsidR="00DF4F1B" w:rsidRPr="00125679" w:rsidRDefault="00DF4F1B" w:rsidP="00DF4F1B">
      <w:pPr>
        <w:pStyle w:val="af"/>
        <w:spacing w:line="275" w:lineRule="exact"/>
        <w:rPr>
          <w:rFonts w:ascii="Times New Roman" w:hAnsi="Times New Roman" w:cs="Times New Roman"/>
          <w:sz w:val="24"/>
          <w:szCs w:val="24"/>
          <w:lang w:val="ru-RU"/>
        </w:rPr>
      </w:pPr>
      <w:r w:rsidRPr="00125679">
        <w:rPr>
          <w:rFonts w:ascii="Times New Roman" w:hAnsi="Times New Roman" w:cs="Times New Roman"/>
          <w:sz w:val="24"/>
          <w:szCs w:val="24"/>
          <w:lang w:val="ru-RU"/>
        </w:rPr>
        <w:t>7.Учитель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r w:rsidRPr="00125679">
        <w:rPr>
          <w:rFonts w:ascii="Times New Roman" w:hAnsi="Times New Roman" w:cs="Times New Roman"/>
          <w:sz w:val="24"/>
          <w:szCs w:val="24"/>
          <w:lang w:val="ru-RU"/>
        </w:rPr>
        <w:t>портал:</w:t>
      </w:r>
      <w:r w:rsidRPr="00125679">
        <w:rPr>
          <w:rFonts w:ascii="Times New Roman" w:hAnsi="Times New Roman" w:cs="Times New Roman"/>
          <w:spacing w:val="-8"/>
          <w:sz w:val="24"/>
          <w:szCs w:val="24"/>
          <w:lang w:val="ru-RU"/>
        </w:rPr>
        <w:t xml:space="preserve"> </w:t>
      </w:r>
      <w:hyperlink r:id="rId122">
        <w:r w:rsidRPr="00125679">
          <w:rPr>
            <w:rFonts w:ascii="Times New Roman" w:hAnsi="Times New Roman" w:cs="Times New Roman"/>
            <w:sz w:val="24"/>
            <w:szCs w:val="24"/>
          </w:rPr>
          <w:t>http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://</w:t>
        </w:r>
        <w:r w:rsidRPr="00125679">
          <w:rPr>
            <w:rFonts w:ascii="Times New Roman" w:hAnsi="Times New Roman" w:cs="Times New Roman"/>
            <w:sz w:val="24"/>
            <w:szCs w:val="24"/>
          </w:rPr>
          <w:t>www</w:t>
        </w:r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uchportal</w:t>
        </w:r>
        <w:proofErr w:type="spellEnd"/>
        <w:r w:rsidRPr="00125679">
          <w:rPr>
            <w:rFonts w:ascii="Times New Roman" w:hAnsi="Times New Roman" w:cs="Times New Roman"/>
            <w:sz w:val="24"/>
            <w:szCs w:val="24"/>
            <w:lang w:val="ru-RU"/>
          </w:rPr>
          <w:t>.</w:t>
        </w:r>
        <w:proofErr w:type="spellStart"/>
        <w:r w:rsidRPr="00125679">
          <w:rPr>
            <w:rFonts w:ascii="Times New Roman" w:hAnsi="Times New Roman" w:cs="Times New Roman"/>
            <w:sz w:val="24"/>
            <w:szCs w:val="24"/>
          </w:rPr>
          <w:t>ru</w:t>
        </w:r>
        <w:proofErr w:type="spellEnd"/>
      </w:hyperlink>
    </w:p>
    <w:p w14:paraId="58B1041F" w14:textId="77777777" w:rsidR="00DF4F1B" w:rsidRPr="00125679" w:rsidRDefault="00DF4F1B" w:rsidP="00DF4F1B">
      <w:pPr>
        <w:spacing w:line="275" w:lineRule="exact"/>
        <w:rPr>
          <w:rFonts w:ascii="Times New Roman" w:hAnsi="Times New Roman" w:cs="Times New Roman"/>
          <w:sz w:val="24"/>
          <w:szCs w:val="24"/>
          <w:lang w:val="ru-RU"/>
        </w:rPr>
        <w:sectPr w:rsidR="00DF4F1B" w:rsidRPr="00125679">
          <w:pgSz w:w="11900" w:h="16840"/>
          <w:pgMar w:top="520" w:right="460" w:bottom="280" w:left="560" w:header="720" w:footer="720" w:gutter="0"/>
          <w:cols w:space="720"/>
        </w:sectPr>
      </w:pPr>
    </w:p>
    <w:p w14:paraId="19F7F3A1" w14:textId="77777777" w:rsidR="00DF4F1B" w:rsidRPr="008E1FC3" w:rsidRDefault="00C7687E" w:rsidP="008E1FC3">
      <w:pPr>
        <w:pStyle w:val="1"/>
        <w:spacing w:before="66"/>
        <w:jc w:val="center"/>
        <w:rPr>
          <w:rFonts w:ascii="Times New Roman" w:hAnsi="Times New Roman" w:cs="Times New Roman"/>
          <w:color w:val="auto"/>
          <w:sz w:val="22"/>
          <w:szCs w:val="22"/>
          <w:lang w:val="ru-RU"/>
        </w:rPr>
      </w:pPr>
      <w:r>
        <w:rPr>
          <w:rFonts w:ascii="Times New Roman" w:hAnsi="Times New Roman" w:cs="Times New Roman"/>
          <w:noProof/>
          <w:color w:val="auto"/>
          <w:sz w:val="22"/>
          <w:szCs w:val="22"/>
          <w:lang w:val="ru-RU" w:eastAsia="ru-RU"/>
        </w:rPr>
        <w:lastRenderedPageBreak/>
        <w:pict w14:anchorId="44A59080">
          <v:rect id="Rectangle 2" o:spid="_x0000_s1027" style="position:absolute;left:0;text-align:left;margin-left:33.3pt;margin-top:22.9pt;width:528.15pt;height:.6pt;z-index:-251656704;visibility:visible;mso-wrap-distance-left:0;mso-wrap-distance-right:0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" fillcolor="black" stroked="f">
            <w10:wrap type="topAndBottom" anchorx="page"/>
          </v:rect>
        </w:pict>
      </w:r>
      <w:r w:rsidR="00DF4F1B" w:rsidRPr="008E1FC3">
        <w:rPr>
          <w:rFonts w:ascii="Times New Roman" w:hAnsi="Times New Roman" w:cs="Times New Roman"/>
          <w:color w:val="auto"/>
          <w:sz w:val="22"/>
          <w:szCs w:val="22"/>
          <w:lang w:val="ru-RU"/>
        </w:rPr>
        <w:t>МАТЕРИАЛЬНО-ТЕХНИЧЕСКОЕ</w:t>
      </w:r>
      <w:r w:rsidR="00DF4F1B" w:rsidRPr="008E1FC3">
        <w:rPr>
          <w:rFonts w:ascii="Times New Roman" w:hAnsi="Times New Roman" w:cs="Times New Roman"/>
          <w:color w:val="auto"/>
          <w:spacing w:val="-14"/>
          <w:sz w:val="22"/>
          <w:szCs w:val="22"/>
          <w:lang w:val="ru-RU"/>
        </w:rPr>
        <w:t xml:space="preserve"> </w:t>
      </w:r>
      <w:r w:rsidR="00DF4F1B" w:rsidRPr="008E1FC3">
        <w:rPr>
          <w:rFonts w:ascii="Times New Roman" w:hAnsi="Times New Roman" w:cs="Times New Roman"/>
          <w:color w:val="auto"/>
          <w:sz w:val="22"/>
          <w:szCs w:val="22"/>
          <w:lang w:val="ru-RU"/>
        </w:rPr>
        <w:t>ОБЕСПЕЧЕНИЕ</w:t>
      </w:r>
      <w:r w:rsidR="00DF4F1B" w:rsidRPr="008E1FC3">
        <w:rPr>
          <w:rFonts w:ascii="Times New Roman" w:hAnsi="Times New Roman" w:cs="Times New Roman"/>
          <w:color w:val="auto"/>
          <w:spacing w:val="-13"/>
          <w:sz w:val="22"/>
          <w:szCs w:val="22"/>
          <w:lang w:val="ru-RU"/>
        </w:rPr>
        <w:t xml:space="preserve"> </w:t>
      </w:r>
      <w:r w:rsidR="00DF4F1B" w:rsidRPr="008E1FC3">
        <w:rPr>
          <w:rFonts w:ascii="Times New Roman" w:hAnsi="Times New Roman" w:cs="Times New Roman"/>
          <w:color w:val="auto"/>
          <w:sz w:val="22"/>
          <w:szCs w:val="22"/>
          <w:lang w:val="ru-RU"/>
        </w:rPr>
        <w:t>ОБРАЗОВАТЕЛЬНОГО</w:t>
      </w:r>
      <w:r w:rsidR="00DF4F1B" w:rsidRPr="008E1FC3">
        <w:rPr>
          <w:rFonts w:ascii="Times New Roman" w:hAnsi="Times New Roman" w:cs="Times New Roman"/>
          <w:color w:val="auto"/>
          <w:spacing w:val="-14"/>
          <w:sz w:val="22"/>
          <w:szCs w:val="22"/>
          <w:lang w:val="ru-RU"/>
        </w:rPr>
        <w:t xml:space="preserve"> </w:t>
      </w:r>
      <w:r w:rsidR="008E1FC3">
        <w:rPr>
          <w:rFonts w:ascii="Times New Roman" w:hAnsi="Times New Roman" w:cs="Times New Roman"/>
          <w:color w:val="auto"/>
          <w:spacing w:val="-14"/>
          <w:sz w:val="22"/>
          <w:szCs w:val="22"/>
          <w:lang w:val="ru-RU"/>
        </w:rPr>
        <w:t xml:space="preserve">  П</w:t>
      </w:r>
      <w:r w:rsidR="00DF4F1B" w:rsidRPr="008E1FC3">
        <w:rPr>
          <w:rFonts w:ascii="Times New Roman" w:hAnsi="Times New Roman" w:cs="Times New Roman"/>
          <w:color w:val="auto"/>
          <w:sz w:val="22"/>
          <w:szCs w:val="22"/>
          <w:lang w:val="ru-RU"/>
        </w:rPr>
        <w:t>РОЦЕССА</w:t>
      </w:r>
    </w:p>
    <w:p w14:paraId="584A1D36" w14:textId="77777777" w:rsidR="00DF4F1B" w:rsidRPr="003B27FF" w:rsidRDefault="00DF4F1B" w:rsidP="00E824F3">
      <w:pPr>
        <w:spacing w:before="179"/>
        <w:ind w:left="106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УЧЕБНОЕ</w:t>
      </w:r>
      <w:r w:rsidRPr="003B27FF">
        <w:rPr>
          <w:rFonts w:ascii="Times New Roman" w:hAnsi="Times New Roman" w:cs="Times New Roman"/>
          <w:b/>
          <w:spacing w:val="-9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b/>
          <w:sz w:val="24"/>
          <w:szCs w:val="24"/>
          <w:lang w:val="ru-RU"/>
        </w:rPr>
        <w:t>ОБОРУДОВАНИЕ</w:t>
      </w:r>
    </w:p>
    <w:p w14:paraId="2E4F8386" w14:textId="77777777" w:rsidR="00DF4F1B" w:rsidRPr="003B27FF" w:rsidRDefault="00DF4F1B" w:rsidP="00DF4F1B">
      <w:pPr>
        <w:pStyle w:val="af"/>
        <w:spacing w:before="156" w:line="292" w:lineRule="auto"/>
        <w:ind w:right="296"/>
        <w:rPr>
          <w:rFonts w:ascii="Times New Roman" w:hAnsi="Times New Roman" w:cs="Times New Roman"/>
          <w:sz w:val="24"/>
          <w:szCs w:val="24"/>
          <w:lang w:val="ru-RU"/>
        </w:rPr>
      </w:pPr>
      <w:r w:rsidRPr="003B27FF">
        <w:rPr>
          <w:rFonts w:ascii="Times New Roman" w:hAnsi="Times New Roman" w:cs="Times New Roman"/>
          <w:sz w:val="24"/>
          <w:szCs w:val="24"/>
          <w:lang w:val="ru-RU"/>
        </w:rPr>
        <w:t>Таблицы к основным разделам грамматического материала, содержащегося в программе по русскому</w:t>
      </w:r>
      <w:r w:rsidRPr="003B27FF">
        <w:rPr>
          <w:rFonts w:ascii="Times New Roman" w:hAnsi="Times New Roman" w:cs="Times New Roman"/>
          <w:spacing w:val="-58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языку</w:t>
      </w:r>
    </w:p>
    <w:p w14:paraId="3B757C87" w14:textId="77777777" w:rsidR="00DF4F1B" w:rsidRPr="003B27FF" w:rsidRDefault="00DF4F1B" w:rsidP="00DF4F1B">
      <w:pPr>
        <w:pStyle w:val="1"/>
        <w:spacing w:before="191"/>
        <w:ind w:left="106"/>
        <w:rPr>
          <w:rFonts w:ascii="Times New Roman" w:hAnsi="Times New Roman" w:cs="Times New Roman"/>
          <w:color w:val="auto"/>
          <w:sz w:val="24"/>
          <w:szCs w:val="24"/>
        </w:rPr>
      </w:pPr>
      <w:r w:rsidRPr="003B27FF">
        <w:rPr>
          <w:rFonts w:ascii="Times New Roman" w:hAnsi="Times New Roman" w:cs="Times New Roman"/>
          <w:color w:val="auto"/>
          <w:sz w:val="24"/>
          <w:szCs w:val="24"/>
        </w:rPr>
        <w:t>ОБОРУДОВАНИЕ</w:t>
      </w:r>
      <w:r w:rsidRPr="003B27FF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</w:t>
      </w:r>
      <w:r w:rsidRPr="003B27FF">
        <w:rPr>
          <w:rFonts w:ascii="Times New Roman" w:hAnsi="Times New Roman" w:cs="Times New Roman"/>
          <w:color w:val="auto"/>
          <w:sz w:val="24"/>
          <w:szCs w:val="24"/>
        </w:rPr>
        <w:t>ДЛЯ</w:t>
      </w:r>
      <w:r w:rsidRPr="003B27FF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</w:t>
      </w:r>
      <w:r w:rsidRPr="003B27FF">
        <w:rPr>
          <w:rFonts w:ascii="Times New Roman" w:hAnsi="Times New Roman" w:cs="Times New Roman"/>
          <w:color w:val="auto"/>
          <w:sz w:val="24"/>
          <w:szCs w:val="24"/>
        </w:rPr>
        <w:t>ПРОВЕДЕНИЯ</w:t>
      </w:r>
      <w:r w:rsidRPr="003B27FF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</w:t>
      </w:r>
      <w:r w:rsidRPr="003B27FF">
        <w:rPr>
          <w:rFonts w:ascii="Times New Roman" w:hAnsi="Times New Roman" w:cs="Times New Roman"/>
          <w:color w:val="auto"/>
          <w:sz w:val="24"/>
          <w:szCs w:val="24"/>
        </w:rPr>
        <w:t>ПРАКТИЧЕСКИХ</w:t>
      </w:r>
      <w:r w:rsidRPr="003B27FF">
        <w:rPr>
          <w:rFonts w:ascii="Times New Roman" w:hAnsi="Times New Roman" w:cs="Times New Roman"/>
          <w:color w:val="auto"/>
          <w:spacing w:val="-8"/>
          <w:sz w:val="24"/>
          <w:szCs w:val="24"/>
        </w:rPr>
        <w:t xml:space="preserve"> </w:t>
      </w:r>
      <w:r w:rsidRPr="003B27FF">
        <w:rPr>
          <w:rFonts w:ascii="Times New Roman" w:hAnsi="Times New Roman" w:cs="Times New Roman"/>
          <w:color w:val="auto"/>
          <w:sz w:val="24"/>
          <w:szCs w:val="24"/>
        </w:rPr>
        <w:t>РАБОТ</w:t>
      </w:r>
    </w:p>
    <w:p w14:paraId="25372082" w14:textId="77777777" w:rsidR="00DF4F1B" w:rsidRPr="003B27FF" w:rsidRDefault="00DF4F1B" w:rsidP="00DF4F1B">
      <w:pPr>
        <w:pStyle w:val="ae"/>
        <w:widowControl w:val="0"/>
        <w:numPr>
          <w:ilvl w:val="0"/>
          <w:numId w:val="16"/>
        </w:numPr>
        <w:tabs>
          <w:tab w:val="left" w:pos="347"/>
        </w:tabs>
        <w:autoSpaceDE w:val="0"/>
        <w:autoSpaceDN w:val="0"/>
        <w:spacing w:before="156"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B27FF">
        <w:rPr>
          <w:rFonts w:ascii="Times New Roman" w:hAnsi="Times New Roman" w:cs="Times New Roman"/>
          <w:sz w:val="24"/>
          <w:szCs w:val="24"/>
        </w:rPr>
        <w:t>Классная</w:t>
      </w:r>
      <w:proofErr w:type="spellEnd"/>
      <w:r w:rsidRPr="003B27FF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3B27FF">
        <w:rPr>
          <w:rFonts w:ascii="Times New Roman" w:hAnsi="Times New Roman" w:cs="Times New Roman"/>
          <w:sz w:val="24"/>
          <w:szCs w:val="24"/>
        </w:rPr>
        <w:t>магнитная</w:t>
      </w:r>
      <w:proofErr w:type="spellEnd"/>
      <w:r w:rsidRPr="003B27FF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proofErr w:type="spellStart"/>
      <w:r w:rsidRPr="003B27FF">
        <w:rPr>
          <w:rFonts w:ascii="Times New Roman" w:hAnsi="Times New Roman" w:cs="Times New Roman"/>
          <w:sz w:val="24"/>
          <w:szCs w:val="24"/>
        </w:rPr>
        <w:t>доска</w:t>
      </w:r>
      <w:proofErr w:type="spellEnd"/>
      <w:r w:rsidRPr="003B27FF">
        <w:rPr>
          <w:rFonts w:ascii="Times New Roman" w:hAnsi="Times New Roman" w:cs="Times New Roman"/>
          <w:sz w:val="24"/>
          <w:szCs w:val="24"/>
        </w:rPr>
        <w:t>.</w:t>
      </w:r>
    </w:p>
    <w:p w14:paraId="4EE6F06B" w14:textId="77777777" w:rsidR="00DF4F1B" w:rsidRPr="003B27FF" w:rsidRDefault="00DF4F1B" w:rsidP="00DF4F1B">
      <w:pPr>
        <w:pStyle w:val="ae"/>
        <w:widowControl w:val="0"/>
        <w:numPr>
          <w:ilvl w:val="0"/>
          <w:numId w:val="16"/>
        </w:numPr>
        <w:tabs>
          <w:tab w:val="left" w:pos="347"/>
        </w:tabs>
        <w:autoSpaceDE w:val="0"/>
        <w:autoSpaceDN w:val="0"/>
        <w:spacing w:before="60" w:after="0" w:line="240" w:lineRule="auto"/>
        <w:contextualSpacing w:val="0"/>
        <w:rPr>
          <w:rFonts w:ascii="Times New Roman" w:hAnsi="Times New Roman" w:cs="Times New Roman"/>
          <w:sz w:val="24"/>
          <w:szCs w:val="24"/>
          <w:lang w:val="ru-RU"/>
        </w:rPr>
      </w:pPr>
      <w:r w:rsidRPr="003B27FF">
        <w:rPr>
          <w:rFonts w:ascii="Times New Roman" w:hAnsi="Times New Roman" w:cs="Times New Roman"/>
          <w:sz w:val="24"/>
          <w:szCs w:val="24"/>
          <w:lang w:val="ru-RU"/>
        </w:rPr>
        <w:t>Настенная</w:t>
      </w:r>
      <w:r w:rsidRPr="003B27F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доска</w:t>
      </w:r>
      <w:r w:rsidRPr="003B27F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Pr="003B27F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приспособлением</w:t>
      </w:r>
      <w:r w:rsidRPr="003B27FF">
        <w:rPr>
          <w:rFonts w:ascii="Times New Roman" w:hAnsi="Times New Roman" w:cs="Times New Roman"/>
          <w:spacing w:val="-3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для</w:t>
      </w:r>
      <w:r w:rsidRPr="003B27FF">
        <w:rPr>
          <w:rFonts w:ascii="Times New Roman" w:hAnsi="Times New Roman" w:cs="Times New Roman"/>
          <w:spacing w:val="-5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крепления</w:t>
      </w:r>
      <w:r w:rsidRPr="003B27FF">
        <w:rPr>
          <w:rFonts w:ascii="Times New Roman" w:hAnsi="Times New Roman" w:cs="Times New Roman"/>
          <w:spacing w:val="-4"/>
          <w:sz w:val="24"/>
          <w:szCs w:val="24"/>
          <w:lang w:val="ru-RU"/>
        </w:rPr>
        <w:t xml:space="preserve"> </w:t>
      </w:r>
      <w:r w:rsidRPr="003B27FF">
        <w:rPr>
          <w:rFonts w:ascii="Times New Roman" w:hAnsi="Times New Roman" w:cs="Times New Roman"/>
          <w:sz w:val="24"/>
          <w:szCs w:val="24"/>
          <w:lang w:val="ru-RU"/>
        </w:rPr>
        <w:t>картинок.</w:t>
      </w:r>
    </w:p>
    <w:p w14:paraId="0CA226DF" w14:textId="77777777" w:rsidR="00DF4F1B" w:rsidRPr="003B27FF" w:rsidRDefault="00DF4F1B" w:rsidP="00DF4F1B">
      <w:pPr>
        <w:pStyle w:val="ae"/>
        <w:widowControl w:val="0"/>
        <w:numPr>
          <w:ilvl w:val="0"/>
          <w:numId w:val="16"/>
        </w:numPr>
        <w:tabs>
          <w:tab w:val="left" w:pos="347"/>
        </w:tabs>
        <w:autoSpaceDE w:val="0"/>
        <w:autoSpaceDN w:val="0"/>
        <w:spacing w:before="60"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B27FF">
        <w:rPr>
          <w:rFonts w:ascii="Times New Roman" w:hAnsi="Times New Roman" w:cs="Times New Roman"/>
          <w:sz w:val="24"/>
          <w:szCs w:val="24"/>
        </w:rPr>
        <w:t>Колонки</w:t>
      </w:r>
      <w:proofErr w:type="spellEnd"/>
    </w:p>
    <w:p w14:paraId="43B9DF00" w14:textId="77777777" w:rsidR="00DF4F1B" w:rsidRPr="00480D8F" w:rsidRDefault="00DF4F1B" w:rsidP="00DF4F1B">
      <w:pPr>
        <w:pStyle w:val="ae"/>
        <w:widowControl w:val="0"/>
        <w:numPr>
          <w:ilvl w:val="0"/>
          <w:numId w:val="16"/>
        </w:numPr>
        <w:tabs>
          <w:tab w:val="left" w:pos="347"/>
        </w:tabs>
        <w:autoSpaceDE w:val="0"/>
        <w:autoSpaceDN w:val="0"/>
        <w:spacing w:before="60"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proofErr w:type="spellStart"/>
      <w:r w:rsidRPr="003B27FF">
        <w:rPr>
          <w:rFonts w:ascii="Times New Roman" w:hAnsi="Times New Roman" w:cs="Times New Roman"/>
          <w:sz w:val="24"/>
          <w:szCs w:val="24"/>
        </w:rPr>
        <w:t>Компьютер</w:t>
      </w:r>
      <w:proofErr w:type="spellEnd"/>
    </w:p>
    <w:p w14:paraId="4CACE05C" w14:textId="77777777" w:rsidR="00480D8F" w:rsidRDefault="00480D8F" w:rsidP="00480D8F">
      <w:pPr>
        <w:widowControl w:val="0"/>
        <w:tabs>
          <w:tab w:val="left" w:pos="347"/>
        </w:tabs>
        <w:autoSpaceDE w:val="0"/>
        <w:autoSpaceDN w:val="0"/>
        <w:spacing w:before="60"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14:paraId="1F280FB4" w14:textId="77777777" w:rsidR="00480D8F" w:rsidRDefault="00480D8F" w:rsidP="00480D8F">
      <w:pPr>
        <w:widowControl w:val="0"/>
        <w:tabs>
          <w:tab w:val="left" w:pos="347"/>
        </w:tabs>
        <w:autoSpaceDE w:val="0"/>
        <w:autoSpaceDN w:val="0"/>
        <w:spacing w:before="60"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14:paraId="5EEF1D8B" w14:textId="77777777" w:rsidR="00DF4F1B" w:rsidRPr="003B27FF" w:rsidRDefault="00DF4F1B">
      <w:pPr>
        <w:rPr>
          <w:rFonts w:ascii="Times New Roman" w:hAnsi="Times New Roman" w:cs="Times New Roman"/>
          <w:sz w:val="24"/>
          <w:szCs w:val="24"/>
          <w:lang w:val="ru-RU"/>
        </w:rPr>
        <w:sectPr w:rsidR="00DF4F1B" w:rsidRPr="003B27FF">
          <w:pgSz w:w="11900" w:h="16840"/>
          <w:pgMar w:top="298" w:right="1150" w:bottom="1440" w:left="846" w:header="720" w:footer="720" w:gutter="0"/>
          <w:cols w:space="720" w:equalWidth="0">
            <w:col w:w="9904" w:space="0"/>
          </w:cols>
          <w:docGrid w:linePitch="360"/>
        </w:sectPr>
      </w:pPr>
    </w:p>
    <w:p w14:paraId="164D3D55" w14:textId="77777777" w:rsidR="00115E9B" w:rsidRPr="00125679" w:rsidRDefault="00115E9B" w:rsidP="00DF4F1B">
      <w:pPr>
        <w:spacing w:after="54"/>
        <w:rPr>
          <w:rFonts w:ascii="Times New Roman" w:hAnsi="Times New Roman" w:cs="Times New Roman"/>
          <w:sz w:val="24"/>
          <w:szCs w:val="24"/>
          <w:lang w:val="ru-RU"/>
        </w:rPr>
      </w:pPr>
    </w:p>
    <w:sectPr w:rsidR="00115E9B" w:rsidRPr="00125679" w:rsidSect="00DF4F1B">
      <w:headerReference w:type="even" r:id="rId123"/>
      <w:headerReference w:type="default" r:id="rId124"/>
      <w:headerReference w:type="first" r:id="rId125"/>
      <w:pgSz w:w="16840" w:h="11900" w:orient="landscape"/>
      <w:pgMar w:top="608" w:right="1440" w:bottom="1440" w:left="666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7E0FD4" w14:textId="77777777" w:rsidR="00C7687E" w:rsidRDefault="00C7687E">
      <w:pPr>
        <w:spacing w:after="0" w:line="240" w:lineRule="auto"/>
      </w:pPr>
      <w:r>
        <w:separator/>
      </w:r>
    </w:p>
  </w:endnote>
  <w:endnote w:type="continuationSeparator" w:id="0">
    <w:p w14:paraId="35BE1AE5" w14:textId="77777777" w:rsidR="00C7687E" w:rsidRDefault="00C768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DejaVu Serif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03BBE2" w14:textId="77777777" w:rsidR="00C7687E" w:rsidRDefault="00C7687E">
      <w:pPr>
        <w:spacing w:after="0" w:line="240" w:lineRule="auto"/>
      </w:pPr>
      <w:r>
        <w:separator/>
      </w:r>
    </w:p>
  </w:footnote>
  <w:footnote w:type="continuationSeparator" w:id="0">
    <w:p w14:paraId="4910A91F" w14:textId="77777777" w:rsidR="00C7687E" w:rsidRDefault="00C768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49539" w14:textId="77777777" w:rsidR="00BB1A0C" w:rsidRDefault="00BB1A0C">
    <w:pPr>
      <w:spacing w:after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A6906E" w14:textId="77777777" w:rsidR="00BB1A0C" w:rsidRDefault="00BB1A0C">
    <w:pPr>
      <w:spacing w:after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A8453C" w14:textId="77777777" w:rsidR="00BB1A0C" w:rsidRDefault="00BB1A0C">
    <w:pPr>
      <w:spacing w:after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0892C86"/>
    <w:multiLevelType w:val="hybridMultilevel"/>
    <w:tmpl w:val="9662D2EE"/>
    <w:lvl w:ilvl="0" w:tplc="AFFE3D5A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38FCAE0C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7102DC16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F5BCF2F2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B2E0B69C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F6D60920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6C2A0FA2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199259C8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BA26D9C4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10" w15:restartNumberingAfterBreak="0">
    <w:nsid w:val="02EC3EB7"/>
    <w:multiLevelType w:val="hybridMultilevel"/>
    <w:tmpl w:val="6520E336"/>
    <w:lvl w:ilvl="0" w:tplc="1EF85DA4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F38615E8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DAE03EAC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DA36E948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166233DC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F9E43DA0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6CE625DC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C1B8410A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72D4D150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11" w15:restartNumberingAfterBreak="0">
    <w:nsid w:val="03770FAA"/>
    <w:multiLevelType w:val="hybridMultilevel"/>
    <w:tmpl w:val="5FA8125A"/>
    <w:lvl w:ilvl="0" w:tplc="49EC4D50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7012D7E6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4C1A191E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D738F768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16541BC4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8D8CB856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4D0E642A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2D8A6A7E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CC8CAF50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12" w15:restartNumberingAfterBreak="0">
    <w:nsid w:val="03B90FC1"/>
    <w:multiLevelType w:val="hybridMultilevel"/>
    <w:tmpl w:val="340C1C90"/>
    <w:lvl w:ilvl="0" w:tplc="0DA85B38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0802707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C7E2E75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1996E4D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CC7C63D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B9BCF52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A6B4E98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4762DD1C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3028DA6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185E0115"/>
    <w:multiLevelType w:val="hybridMultilevel"/>
    <w:tmpl w:val="4030C5C0"/>
    <w:lvl w:ilvl="0" w:tplc="DAF23A18">
      <w:start w:val="1"/>
      <w:numFmt w:val="decimal"/>
      <w:lvlText w:val="%1."/>
      <w:lvlJc w:val="left"/>
      <w:pPr>
        <w:ind w:left="106" w:hanging="182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B5C81C4">
      <w:numFmt w:val="bullet"/>
      <w:lvlText w:val="•"/>
      <w:lvlJc w:val="left"/>
      <w:pPr>
        <w:ind w:left="1178" w:hanging="182"/>
      </w:pPr>
      <w:rPr>
        <w:rFonts w:hint="default"/>
        <w:lang w:val="ru-RU" w:eastAsia="en-US" w:bidi="ar-SA"/>
      </w:rPr>
    </w:lvl>
    <w:lvl w:ilvl="2" w:tplc="C83C5CA6">
      <w:numFmt w:val="bullet"/>
      <w:lvlText w:val="•"/>
      <w:lvlJc w:val="left"/>
      <w:pPr>
        <w:ind w:left="2256" w:hanging="182"/>
      </w:pPr>
      <w:rPr>
        <w:rFonts w:hint="default"/>
        <w:lang w:val="ru-RU" w:eastAsia="en-US" w:bidi="ar-SA"/>
      </w:rPr>
    </w:lvl>
    <w:lvl w:ilvl="3" w:tplc="BB7CF798">
      <w:numFmt w:val="bullet"/>
      <w:lvlText w:val="•"/>
      <w:lvlJc w:val="left"/>
      <w:pPr>
        <w:ind w:left="3334" w:hanging="182"/>
      </w:pPr>
      <w:rPr>
        <w:rFonts w:hint="default"/>
        <w:lang w:val="ru-RU" w:eastAsia="en-US" w:bidi="ar-SA"/>
      </w:rPr>
    </w:lvl>
    <w:lvl w:ilvl="4" w:tplc="0D62BB2C">
      <w:numFmt w:val="bullet"/>
      <w:lvlText w:val="•"/>
      <w:lvlJc w:val="left"/>
      <w:pPr>
        <w:ind w:left="4412" w:hanging="182"/>
      </w:pPr>
      <w:rPr>
        <w:rFonts w:hint="default"/>
        <w:lang w:val="ru-RU" w:eastAsia="en-US" w:bidi="ar-SA"/>
      </w:rPr>
    </w:lvl>
    <w:lvl w:ilvl="5" w:tplc="10608C70">
      <w:numFmt w:val="bullet"/>
      <w:lvlText w:val="•"/>
      <w:lvlJc w:val="left"/>
      <w:pPr>
        <w:ind w:left="5490" w:hanging="182"/>
      </w:pPr>
      <w:rPr>
        <w:rFonts w:hint="default"/>
        <w:lang w:val="ru-RU" w:eastAsia="en-US" w:bidi="ar-SA"/>
      </w:rPr>
    </w:lvl>
    <w:lvl w:ilvl="6" w:tplc="1C4E535C">
      <w:numFmt w:val="bullet"/>
      <w:lvlText w:val="•"/>
      <w:lvlJc w:val="left"/>
      <w:pPr>
        <w:ind w:left="6568" w:hanging="182"/>
      </w:pPr>
      <w:rPr>
        <w:rFonts w:hint="default"/>
        <w:lang w:val="ru-RU" w:eastAsia="en-US" w:bidi="ar-SA"/>
      </w:rPr>
    </w:lvl>
    <w:lvl w:ilvl="7" w:tplc="531229B2">
      <w:numFmt w:val="bullet"/>
      <w:lvlText w:val="•"/>
      <w:lvlJc w:val="left"/>
      <w:pPr>
        <w:ind w:left="7646" w:hanging="182"/>
      </w:pPr>
      <w:rPr>
        <w:rFonts w:hint="default"/>
        <w:lang w:val="ru-RU" w:eastAsia="en-US" w:bidi="ar-SA"/>
      </w:rPr>
    </w:lvl>
    <w:lvl w:ilvl="8" w:tplc="03541000">
      <w:numFmt w:val="bullet"/>
      <w:lvlText w:val="•"/>
      <w:lvlJc w:val="left"/>
      <w:pPr>
        <w:ind w:left="8724" w:hanging="182"/>
      </w:pPr>
      <w:rPr>
        <w:rFonts w:hint="default"/>
        <w:lang w:val="ru-RU" w:eastAsia="en-US" w:bidi="ar-SA"/>
      </w:rPr>
    </w:lvl>
  </w:abstractNum>
  <w:abstractNum w:abstractNumId="14" w15:restartNumberingAfterBreak="0">
    <w:nsid w:val="1FDC0384"/>
    <w:multiLevelType w:val="hybridMultilevel"/>
    <w:tmpl w:val="0C080E8E"/>
    <w:lvl w:ilvl="0" w:tplc="A3D0FBD2">
      <w:numFmt w:val="bullet"/>
      <w:lvlText w:val="—"/>
      <w:lvlJc w:val="left"/>
      <w:pPr>
        <w:ind w:left="74" w:hanging="294"/>
      </w:pPr>
      <w:rPr>
        <w:rFonts w:ascii="Times New Roman" w:eastAsia="Times New Roman" w:hAnsi="Times New Roman" w:cs="Times New Roman" w:hint="default"/>
        <w:w w:val="101"/>
        <w:sz w:val="23"/>
        <w:szCs w:val="23"/>
        <w:lang w:val="ru-RU" w:eastAsia="en-US" w:bidi="ar-SA"/>
      </w:rPr>
    </w:lvl>
    <w:lvl w:ilvl="1" w:tplc="6C7E96E8">
      <w:numFmt w:val="bullet"/>
      <w:lvlText w:val="•"/>
      <w:lvlJc w:val="left"/>
      <w:pPr>
        <w:ind w:left="411" w:hanging="294"/>
      </w:pPr>
      <w:rPr>
        <w:rFonts w:hint="default"/>
        <w:lang w:val="ru-RU" w:eastAsia="en-US" w:bidi="ar-SA"/>
      </w:rPr>
    </w:lvl>
    <w:lvl w:ilvl="2" w:tplc="AC1C2A0A">
      <w:numFmt w:val="bullet"/>
      <w:lvlText w:val="•"/>
      <w:lvlJc w:val="left"/>
      <w:pPr>
        <w:ind w:left="743" w:hanging="294"/>
      </w:pPr>
      <w:rPr>
        <w:rFonts w:hint="default"/>
        <w:lang w:val="ru-RU" w:eastAsia="en-US" w:bidi="ar-SA"/>
      </w:rPr>
    </w:lvl>
    <w:lvl w:ilvl="3" w:tplc="12DA7416">
      <w:numFmt w:val="bullet"/>
      <w:lvlText w:val="•"/>
      <w:lvlJc w:val="left"/>
      <w:pPr>
        <w:ind w:left="1075" w:hanging="294"/>
      </w:pPr>
      <w:rPr>
        <w:rFonts w:hint="default"/>
        <w:lang w:val="ru-RU" w:eastAsia="en-US" w:bidi="ar-SA"/>
      </w:rPr>
    </w:lvl>
    <w:lvl w:ilvl="4" w:tplc="0E74D62A">
      <w:numFmt w:val="bullet"/>
      <w:lvlText w:val="•"/>
      <w:lvlJc w:val="left"/>
      <w:pPr>
        <w:ind w:left="1407" w:hanging="294"/>
      </w:pPr>
      <w:rPr>
        <w:rFonts w:hint="default"/>
        <w:lang w:val="ru-RU" w:eastAsia="en-US" w:bidi="ar-SA"/>
      </w:rPr>
    </w:lvl>
    <w:lvl w:ilvl="5" w:tplc="B1FEDC18">
      <w:numFmt w:val="bullet"/>
      <w:lvlText w:val="•"/>
      <w:lvlJc w:val="left"/>
      <w:pPr>
        <w:ind w:left="1739" w:hanging="294"/>
      </w:pPr>
      <w:rPr>
        <w:rFonts w:hint="default"/>
        <w:lang w:val="ru-RU" w:eastAsia="en-US" w:bidi="ar-SA"/>
      </w:rPr>
    </w:lvl>
    <w:lvl w:ilvl="6" w:tplc="46A6A350">
      <w:numFmt w:val="bullet"/>
      <w:lvlText w:val="•"/>
      <w:lvlJc w:val="left"/>
      <w:pPr>
        <w:ind w:left="2070" w:hanging="294"/>
      </w:pPr>
      <w:rPr>
        <w:rFonts w:hint="default"/>
        <w:lang w:val="ru-RU" w:eastAsia="en-US" w:bidi="ar-SA"/>
      </w:rPr>
    </w:lvl>
    <w:lvl w:ilvl="7" w:tplc="C49AF440">
      <w:numFmt w:val="bullet"/>
      <w:lvlText w:val="•"/>
      <w:lvlJc w:val="left"/>
      <w:pPr>
        <w:ind w:left="2402" w:hanging="294"/>
      </w:pPr>
      <w:rPr>
        <w:rFonts w:hint="default"/>
        <w:lang w:val="ru-RU" w:eastAsia="en-US" w:bidi="ar-SA"/>
      </w:rPr>
    </w:lvl>
    <w:lvl w:ilvl="8" w:tplc="E11EE818">
      <w:numFmt w:val="bullet"/>
      <w:lvlText w:val="•"/>
      <w:lvlJc w:val="left"/>
      <w:pPr>
        <w:ind w:left="2734" w:hanging="294"/>
      </w:pPr>
      <w:rPr>
        <w:rFonts w:hint="default"/>
        <w:lang w:val="ru-RU" w:eastAsia="en-US" w:bidi="ar-SA"/>
      </w:rPr>
    </w:lvl>
  </w:abstractNum>
  <w:abstractNum w:abstractNumId="15" w15:restartNumberingAfterBreak="0">
    <w:nsid w:val="202F54C3"/>
    <w:multiLevelType w:val="hybridMultilevel"/>
    <w:tmpl w:val="F2B816E0"/>
    <w:lvl w:ilvl="0" w:tplc="D1E60456">
      <w:numFmt w:val="bullet"/>
      <w:lvlText w:val="—"/>
      <w:lvlJc w:val="left"/>
      <w:pPr>
        <w:ind w:left="106" w:hanging="48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BF6E7A82">
      <w:numFmt w:val="bullet"/>
      <w:lvlText w:val="•"/>
      <w:lvlJc w:val="left"/>
      <w:pPr>
        <w:ind w:left="1168" w:hanging="481"/>
      </w:pPr>
      <w:rPr>
        <w:rFonts w:hint="default"/>
        <w:lang w:val="ru-RU" w:eastAsia="en-US" w:bidi="ar-SA"/>
      </w:rPr>
    </w:lvl>
    <w:lvl w:ilvl="2" w:tplc="74766798">
      <w:numFmt w:val="bullet"/>
      <w:lvlText w:val="•"/>
      <w:lvlJc w:val="left"/>
      <w:pPr>
        <w:ind w:left="2236" w:hanging="481"/>
      </w:pPr>
      <w:rPr>
        <w:rFonts w:hint="default"/>
        <w:lang w:val="ru-RU" w:eastAsia="en-US" w:bidi="ar-SA"/>
      </w:rPr>
    </w:lvl>
    <w:lvl w:ilvl="3" w:tplc="C5FCEA94">
      <w:numFmt w:val="bullet"/>
      <w:lvlText w:val="•"/>
      <w:lvlJc w:val="left"/>
      <w:pPr>
        <w:ind w:left="3304" w:hanging="481"/>
      </w:pPr>
      <w:rPr>
        <w:rFonts w:hint="default"/>
        <w:lang w:val="ru-RU" w:eastAsia="en-US" w:bidi="ar-SA"/>
      </w:rPr>
    </w:lvl>
    <w:lvl w:ilvl="4" w:tplc="BBF063A4">
      <w:numFmt w:val="bullet"/>
      <w:lvlText w:val="•"/>
      <w:lvlJc w:val="left"/>
      <w:pPr>
        <w:ind w:left="4372" w:hanging="481"/>
      </w:pPr>
      <w:rPr>
        <w:rFonts w:hint="default"/>
        <w:lang w:val="ru-RU" w:eastAsia="en-US" w:bidi="ar-SA"/>
      </w:rPr>
    </w:lvl>
    <w:lvl w:ilvl="5" w:tplc="147AF914">
      <w:numFmt w:val="bullet"/>
      <w:lvlText w:val="•"/>
      <w:lvlJc w:val="left"/>
      <w:pPr>
        <w:ind w:left="5440" w:hanging="481"/>
      </w:pPr>
      <w:rPr>
        <w:rFonts w:hint="default"/>
        <w:lang w:val="ru-RU" w:eastAsia="en-US" w:bidi="ar-SA"/>
      </w:rPr>
    </w:lvl>
    <w:lvl w:ilvl="6" w:tplc="1C1A5A0A">
      <w:numFmt w:val="bullet"/>
      <w:lvlText w:val="•"/>
      <w:lvlJc w:val="left"/>
      <w:pPr>
        <w:ind w:left="6508" w:hanging="481"/>
      </w:pPr>
      <w:rPr>
        <w:rFonts w:hint="default"/>
        <w:lang w:val="ru-RU" w:eastAsia="en-US" w:bidi="ar-SA"/>
      </w:rPr>
    </w:lvl>
    <w:lvl w:ilvl="7" w:tplc="B6E63724">
      <w:numFmt w:val="bullet"/>
      <w:lvlText w:val="•"/>
      <w:lvlJc w:val="left"/>
      <w:pPr>
        <w:ind w:left="7576" w:hanging="481"/>
      </w:pPr>
      <w:rPr>
        <w:rFonts w:hint="default"/>
        <w:lang w:val="ru-RU" w:eastAsia="en-US" w:bidi="ar-SA"/>
      </w:rPr>
    </w:lvl>
    <w:lvl w:ilvl="8" w:tplc="ADE84D04">
      <w:numFmt w:val="bullet"/>
      <w:lvlText w:val="•"/>
      <w:lvlJc w:val="left"/>
      <w:pPr>
        <w:ind w:left="8644" w:hanging="481"/>
      </w:pPr>
      <w:rPr>
        <w:rFonts w:hint="default"/>
        <w:lang w:val="ru-RU" w:eastAsia="en-US" w:bidi="ar-SA"/>
      </w:rPr>
    </w:lvl>
  </w:abstractNum>
  <w:abstractNum w:abstractNumId="16" w15:restartNumberingAfterBreak="0">
    <w:nsid w:val="208D732D"/>
    <w:multiLevelType w:val="hybridMultilevel"/>
    <w:tmpl w:val="90CC7C24"/>
    <w:lvl w:ilvl="0" w:tplc="E46CAEA2">
      <w:start w:val="1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5A103E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8E6E9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76143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D325D5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10E1922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C14870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DCED31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324BA4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61E0259"/>
    <w:multiLevelType w:val="hybridMultilevel"/>
    <w:tmpl w:val="76C012C6"/>
    <w:lvl w:ilvl="0" w:tplc="87740B7E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48AC4FA2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58400FEE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706EA432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B74C8CC0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0CF2E938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C136ECEA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51EC575E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09DC8324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18" w15:restartNumberingAfterBreak="0">
    <w:nsid w:val="2678069D"/>
    <w:multiLevelType w:val="hybridMultilevel"/>
    <w:tmpl w:val="D390FD86"/>
    <w:lvl w:ilvl="0" w:tplc="AF945326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55225BAA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20640CD6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BE92679A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D63EBD90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B6C8A31E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3200ADA6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4B7C6534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FD74D2EE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19" w15:restartNumberingAfterBreak="0">
    <w:nsid w:val="26C75BAA"/>
    <w:multiLevelType w:val="hybridMultilevel"/>
    <w:tmpl w:val="8F146186"/>
    <w:lvl w:ilvl="0" w:tplc="A64E7AF8">
      <w:numFmt w:val="bullet"/>
      <w:lvlText w:val="—"/>
      <w:lvlJc w:val="left"/>
      <w:pPr>
        <w:ind w:left="526" w:hanging="36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03B475F2">
      <w:numFmt w:val="bullet"/>
      <w:lvlText w:val="•"/>
      <w:lvlJc w:val="left"/>
      <w:pPr>
        <w:ind w:left="1546" w:hanging="361"/>
      </w:pPr>
      <w:rPr>
        <w:rFonts w:hint="default"/>
        <w:lang w:val="ru-RU" w:eastAsia="en-US" w:bidi="ar-SA"/>
      </w:rPr>
    </w:lvl>
    <w:lvl w:ilvl="2" w:tplc="20501C4C">
      <w:numFmt w:val="bullet"/>
      <w:lvlText w:val="•"/>
      <w:lvlJc w:val="left"/>
      <w:pPr>
        <w:ind w:left="2572" w:hanging="361"/>
      </w:pPr>
      <w:rPr>
        <w:rFonts w:hint="default"/>
        <w:lang w:val="ru-RU" w:eastAsia="en-US" w:bidi="ar-SA"/>
      </w:rPr>
    </w:lvl>
    <w:lvl w:ilvl="3" w:tplc="D1AA13E6">
      <w:numFmt w:val="bullet"/>
      <w:lvlText w:val="•"/>
      <w:lvlJc w:val="left"/>
      <w:pPr>
        <w:ind w:left="3598" w:hanging="361"/>
      </w:pPr>
      <w:rPr>
        <w:rFonts w:hint="default"/>
        <w:lang w:val="ru-RU" w:eastAsia="en-US" w:bidi="ar-SA"/>
      </w:rPr>
    </w:lvl>
    <w:lvl w:ilvl="4" w:tplc="E436AE4C">
      <w:numFmt w:val="bullet"/>
      <w:lvlText w:val="•"/>
      <w:lvlJc w:val="left"/>
      <w:pPr>
        <w:ind w:left="4624" w:hanging="361"/>
      </w:pPr>
      <w:rPr>
        <w:rFonts w:hint="default"/>
        <w:lang w:val="ru-RU" w:eastAsia="en-US" w:bidi="ar-SA"/>
      </w:rPr>
    </w:lvl>
    <w:lvl w:ilvl="5" w:tplc="30C434E0">
      <w:numFmt w:val="bullet"/>
      <w:lvlText w:val="•"/>
      <w:lvlJc w:val="left"/>
      <w:pPr>
        <w:ind w:left="5650" w:hanging="361"/>
      </w:pPr>
      <w:rPr>
        <w:rFonts w:hint="default"/>
        <w:lang w:val="ru-RU" w:eastAsia="en-US" w:bidi="ar-SA"/>
      </w:rPr>
    </w:lvl>
    <w:lvl w:ilvl="6" w:tplc="E53A9328">
      <w:numFmt w:val="bullet"/>
      <w:lvlText w:val="•"/>
      <w:lvlJc w:val="left"/>
      <w:pPr>
        <w:ind w:left="6676" w:hanging="361"/>
      </w:pPr>
      <w:rPr>
        <w:rFonts w:hint="default"/>
        <w:lang w:val="ru-RU" w:eastAsia="en-US" w:bidi="ar-SA"/>
      </w:rPr>
    </w:lvl>
    <w:lvl w:ilvl="7" w:tplc="FE8015B4">
      <w:numFmt w:val="bullet"/>
      <w:lvlText w:val="•"/>
      <w:lvlJc w:val="left"/>
      <w:pPr>
        <w:ind w:left="7702" w:hanging="361"/>
      </w:pPr>
      <w:rPr>
        <w:rFonts w:hint="default"/>
        <w:lang w:val="ru-RU" w:eastAsia="en-US" w:bidi="ar-SA"/>
      </w:rPr>
    </w:lvl>
    <w:lvl w:ilvl="8" w:tplc="E258FFF2">
      <w:numFmt w:val="bullet"/>
      <w:lvlText w:val="•"/>
      <w:lvlJc w:val="left"/>
      <w:pPr>
        <w:ind w:left="8728" w:hanging="361"/>
      </w:pPr>
      <w:rPr>
        <w:rFonts w:hint="default"/>
        <w:lang w:val="ru-RU" w:eastAsia="en-US" w:bidi="ar-SA"/>
      </w:rPr>
    </w:lvl>
  </w:abstractNum>
  <w:abstractNum w:abstractNumId="20" w15:restartNumberingAfterBreak="0">
    <w:nsid w:val="2AD15C8A"/>
    <w:multiLevelType w:val="hybridMultilevel"/>
    <w:tmpl w:val="AEF8F11C"/>
    <w:lvl w:ilvl="0" w:tplc="8368A69E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828EFD7E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97B44052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1CD2FA30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C4406FF0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A310156A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F9CA767E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62F02070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AF1C4AEA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21" w15:restartNumberingAfterBreak="0">
    <w:nsid w:val="2C502CC4"/>
    <w:multiLevelType w:val="hybridMultilevel"/>
    <w:tmpl w:val="8F3685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B0F691C"/>
    <w:multiLevelType w:val="hybridMultilevel"/>
    <w:tmpl w:val="578620DA"/>
    <w:lvl w:ilvl="0" w:tplc="A780495A">
      <w:numFmt w:val="bullet"/>
      <w:lvlText w:val="-"/>
      <w:lvlJc w:val="left"/>
      <w:pPr>
        <w:ind w:left="76" w:hanging="91"/>
      </w:pPr>
      <w:rPr>
        <w:rFonts w:ascii="Times New Roman" w:eastAsia="Times New Roman" w:hAnsi="Times New Roman" w:cs="Times New Roman" w:hint="default"/>
        <w:w w:val="104"/>
        <w:sz w:val="15"/>
        <w:szCs w:val="15"/>
        <w:lang w:val="ru-RU" w:eastAsia="en-US" w:bidi="ar-SA"/>
      </w:rPr>
    </w:lvl>
    <w:lvl w:ilvl="1" w:tplc="8A00B4A2">
      <w:numFmt w:val="bullet"/>
      <w:lvlText w:val="•"/>
      <w:lvlJc w:val="left"/>
      <w:pPr>
        <w:ind w:left="601" w:hanging="91"/>
      </w:pPr>
      <w:rPr>
        <w:rFonts w:hint="default"/>
        <w:lang w:val="ru-RU" w:eastAsia="en-US" w:bidi="ar-SA"/>
      </w:rPr>
    </w:lvl>
    <w:lvl w:ilvl="2" w:tplc="3F96BD70">
      <w:numFmt w:val="bullet"/>
      <w:lvlText w:val="•"/>
      <w:lvlJc w:val="left"/>
      <w:pPr>
        <w:ind w:left="1122" w:hanging="91"/>
      </w:pPr>
      <w:rPr>
        <w:rFonts w:hint="default"/>
        <w:lang w:val="ru-RU" w:eastAsia="en-US" w:bidi="ar-SA"/>
      </w:rPr>
    </w:lvl>
    <w:lvl w:ilvl="3" w:tplc="F980670A">
      <w:numFmt w:val="bullet"/>
      <w:lvlText w:val="•"/>
      <w:lvlJc w:val="left"/>
      <w:pPr>
        <w:ind w:left="1643" w:hanging="91"/>
      </w:pPr>
      <w:rPr>
        <w:rFonts w:hint="default"/>
        <w:lang w:val="ru-RU" w:eastAsia="en-US" w:bidi="ar-SA"/>
      </w:rPr>
    </w:lvl>
    <w:lvl w:ilvl="4" w:tplc="89EA5ECC">
      <w:numFmt w:val="bullet"/>
      <w:lvlText w:val="•"/>
      <w:lvlJc w:val="left"/>
      <w:pPr>
        <w:ind w:left="2164" w:hanging="91"/>
      </w:pPr>
      <w:rPr>
        <w:rFonts w:hint="default"/>
        <w:lang w:val="ru-RU" w:eastAsia="en-US" w:bidi="ar-SA"/>
      </w:rPr>
    </w:lvl>
    <w:lvl w:ilvl="5" w:tplc="0F08F42C">
      <w:numFmt w:val="bullet"/>
      <w:lvlText w:val="•"/>
      <w:lvlJc w:val="left"/>
      <w:pPr>
        <w:ind w:left="2686" w:hanging="91"/>
      </w:pPr>
      <w:rPr>
        <w:rFonts w:hint="default"/>
        <w:lang w:val="ru-RU" w:eastAsia="en-US" w:bidi="ar-SA"/>
      </w:rPr>
    </w:lvl>
    <w:lvl w:ilvl="6" w:tplc="F1A60C1A">
      <w:numFmt w:val="bullet"/>
      <w:lvlText w:val="•"/>
      <w:lvlJc w:val="left"/>
      <w:pPr>
        <w:ind w:left="3207" w:hanging="91"/>
      </w:pPr>
      <w:rPr>
        <w:rFonts w:hint="default"/>
        <w:lang w:val="ru-RU" w:eastAsia="en-US" w:bidi="ar-SA"/>
      </w:rPr>
    </w:lvl>
    <w:lvl w:ilvl="7" w:tplc="9A8EE3B4">
      <w:numFmt w:val="bullet"/>
      <w:lvlText w:val="•"/>
      <w:lvlJc w:val="left"/>
      <w:pPr>
        <w:ind w:left="3728" w:hanging="91"/>
      </w:pPr>
      <w:rPr>
        <w:rFonts w:hint="default"/>
        <w:lang w:val="ru-RU" w:eastAsia="en-US" w:bidi="ar-SA"/>
      </w:rPr>
    </w:lvl>
    <w:lvl w:ilvl="8" w:tplc="F86AAC76">
      <w:numFmt w:val="bullet"/>
      <w:lvlText w:val="•"/>
      <w:lvlJc w:val="left"/>
      <w:pPr>
        <w:ind w:left="4249" w:hanging="91"/>
      </w:pPr>
      <w:rPr>
        <w:rFonts w:hint="default"/>
        <w:lang w:val="ru-RU" w:eastAsia="en-US" w:bidi="ar-SA"/>
      </w:rPr>
    </w:lvl>
  </w:abstractNum>
  <w:abstractNum w:abstractNumId="23" w15:restartNumberingAfterBreak="0">
    <w:nsid w:val="407A3855"/>
    <w:multiLevelType w:val="hybridMultilevel"/>
    <w:tmpl w:val="86EEE82A"/>
    <w:lvl w:ilvl="0" w:tplc="212AD09E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D75429C8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38AECDAA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8D72E460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F4808D0E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D82EE284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93163EB4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EC3090EA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C3ECB174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24" w15:restartNumberingAfterBreak="0">
    <w:nsid w:val="40DF6D2C"/>
    <w:multiLevelType w:val="hybridMultilevel"/>
    <w:tmpl w:val="E298826E"/>
    <w:lvl w:ilvl="0" w:tplc="46EAFBF4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75D291AA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CAF48FA0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58BA5C74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589A7DC2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DF625FA0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F0C0A8C4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17429FB8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F4C8644A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25" w15:restartNumberingAfterBreak="0">
    <w:nsid w:val="47BB13BA"/>
    <w:multiLevelType w:val="hybridMultilevel"/>
    <w:tmpl w:val="DB74B0B2"/>
    <w:lvl w:ilvl="0" w:tplc="35708B1C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284C57BC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4566ABD0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CAE8BFAA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98CC3BC4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55946358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7B981B0E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3D7E8F94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B8FE5FDC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26" w15:restartNumberingAfterBreak="0">
    <w:nsid w:val="4B287FBD"/>
    <w:multiLevelType w:val="hybridMultilevel"/>
    <w:tmpl w:val="77A471B4"/>
    <w:lvl w:ilvl="0" w:tplc="A23C4BFE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CE8EB406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DA3A933C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0312181C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2B140856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3610506E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1A78DCB2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30F8E1CA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86A4D0E8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27" w15:restartNumberingAfterBreak="0">
    <w:nsid w:val="51FE46AB"/>
    <w:multiLevelType w:val="hybridMultilevel"/>
    <w:tmpl w:val="AE6A8E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DF0C30"/>
    <w:multiLevelType w:val="hybridMultilevel"/>
    <w:tmpl w:val="9A9CC7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8614709"/>
    <w:multiLevelType w:val="hybridMultilevel"/>
    <w:tmpl w:val="D2FA7F00"/>
    <w:lvl w:ilvl="0" w:tplc="B3CAFA42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3DC4F164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425E9D3C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A46C7068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C090F796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F6386698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40FEDA96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3954BDB2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D95E7E50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30" w15:restartNumberingAfterBreak="0">
    <w:nsid w:val="5C1C5666"/>
    <w:multiLevelType w:val="hybridMultilevel"/>
    <w:tmpl w:val="876E1E3C"/>
    <w:lvl w:ilvl="0" w:tplc="509CE63C">
      <w:start w:val="3"/>
      <w:numFmt w:val="decimal"/>
      <w:lvlText w:val="%1."/>
      <w:lvlJc w:val="left"/>
      <w:pPr>
        <w:ind w:left="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80A4CA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7BEA55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CD41A9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7206B0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242455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A7E4E2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6D4E5D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D322DF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620E6F01"/>
    <w:multiLevelType w:val="hybridMultilevel"/>
    <w:tmpl w:val="7A14CB4A"/>
    <w:lvl w:ilvl="0" w:tplc="7DD23DA6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9794AC96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879C1006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1F16FCA2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6FD223C4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7548E5E0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4F164DB4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790C640C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8138DA90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32" w15:restartNumberingAfterBreak="0">
    <w:nsid w:val="680D0528"/>
    <w:multiLevelType w:val="hybridMultilevel"/>
    <w:tmpl w:val="0FA6ADC4"/>
    <w:lvl w:ilvl="0" w:tplc="C4242760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102EF55A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31CAA18A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A30ED3C8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476EB450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E4E01832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B5AAB7A4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BB2AD476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2F3EB85E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33" w15:restartNumberingAfterBreak="0">
    <w:nsid w:val="68BA67EE"/>
    <w:multiLevelType w:val="hybridMultilevel"/>
    <w:tmpl w:val="9FC03940"/>
    <w:lvl w:ilvl="0" w:tplc="9CAAA6D4">
      <w:start w:val="1"/>
      <w:numFmt w:val="decimal"/>
      <w:lvlText w:val="%1."/>
      <w:lvlJc w:val="left"/>
      <w:pPr>
        <w:ind w:left="346" w:hanging="24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7AE765A">
      <w:numFmt w:val="bullet"/>
      <w:lvlText w:val="•"/>
      <w:lvlJc w:val="left"/>
      <w:pPr>
        <w:ind w:left="1394" w:hanging="241"/>
      </w:pPr>
      <w:rPr>
        <w:rFonts w:hint="default"/>
        <w:lang w:val="ru-RU" w:eastAsia="en-US" w:bidi="ar-SA"/>
      </w:rPr>
    </w:lvl>
    <w:lvl w:ilvl="2" w:tplc="E9A87FF6">
      <w:numFmt w:val="bullet"/>
      <w:lvlText w:val="•"/>
      <w:lvlJc w:val="left"/>
      <w:pPr>
        <w:ind w:left="2448" w:hanging="241"/>
      </w:pPr>
      <w:rPr>
        <w:rFonts w:hint="default"/>
        <w:lang w:val="ru-RU" w:eastAsia="en-US" w:bidi="ar-SA"/>
      </w:rPr>
    </w:lvl>
    <w:lvl w:ilvl="3" w:tplc="924252A2">
      <w:numFmt w:val="bullet"/>
      <w:lvlText w:val="•"/>
      <w:lvlJc w:val="left"/>
      <w:pPr>
        <w:ind w:left="3502" w:hanging="241"/>
      </w:pPr>
      <w:rPr>
        <w:rFonts w:hint="default"/>
        <w:lang w:val="ru-RU" w:eastAsia="en-US" w:bidi="ar-SA"/>
      </w:rPr>
    </w:lvl>
    <w:lvl w:ilvl="4" w:tplc="618A68DC">
      <w:numFmt w:val="bullet"/>
      <w:lvlText w:val="•"/>
      <w:lvlJc w:val="left"/>
      <w:pPr>
        <w:ind w:left="4556" w:hanging="241"/>
      </w:pPr>
      <w:rPr>
        <w:rFonts w:hint="default"/>
        <w:lang w:val="ru-RU" w:eastAsia="en-US" w:bidi="ar-SA"/>
      </w:rPr>
    </w:lvl>
    <w:lvl w:ilvl="5" w:tplc="2AECF26E">
      <w:numFmt w:val="bullet"/>
      <w:lvlText w:val="•"/>
      <w:lvlJc w:val="left"/>
      <w:pPr>
        <w:ind w:left="5610" w:hanging="241"/>
      </w:pPr>
      <w:rPr>
        <w:rFonts w:hint="default"/>
        <w:lang w:val="ru-RU" w:eastAsia="en-US" w:bidi="ar-SA"/>
      </w:rPr>
    </w:lvl>
    <w:lvl w:ilvl="6" w:tplc="FC5AD2C4">
      <w:numFmt w:val="bullet"/>
      <w:lvlText w:val="•"/>
      <w:lvlJc w:val="left"/>
      <w:pPr>
        <w:ind w:left="6664" w:hanging="241"/>
      </w:pPr>
      <w:rPr>
        <w:rFonts w:hint="default"/>
        <w:lang w:val="ru-RU" w:eastAsia="en-US" w:bidi="ar-SA"/>
      </w:rPr>
    </w:lvl>
    <w:lvl w:ilvl="7" w:tplc="36EEA80A">
      <w:numFmt w:val="bullet"/>
      <w:lvlText w:val="•"/>
      <w:lvlJc w:val="left"/>
      <w:pPr>
        <w:ind w:left="7718" w:hanging="241"/>
      </w:pPr>
      <w:rPr>
        <w:rFonts w:hint="default"/>
        <w:lang w:val="ru-RU" w:eastAsia="en-US" w:bidi="ar-SA"/>
      </w:rPr>
    </w:lvl>
    <w:lvl w:ilvl="8" w:tplc="F0D839DC">
      <w:numFmt w:val="bullet"/>
      <w:lvlText w:val="•"/>
      <w:lvlJc w:val="left"/>
      <w:pPr>
        <w:ind w:left="8772" w:hanging="241"/>
      </w:pPr>
      <w:rPr>
        <w:rFonts w:hint="default"/>
        <w:lang w:val="ru-RU" w:eastAsia="en-US" w:bidi="ar-SA"/>
      </w:rPr>
    </w:lvl>
  </w:abstractNum>
  <w:abstractNum w:abstractNumId="34" w15:restartNumberingAfterBreak="0">
    <w:nsid w:val="69250259"/>
    <w:multiLevelType w:val="hybridMultilevel"/>
    <w:tmpl w:val="5FB896AA"/>
    <w:lvl w:ilvl="0" w:tplc="92D6C5D4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ED1868B0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7F5671C8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993E7B6A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05FCF808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06E6FBCE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99FE118E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DEF052A0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408CAD12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35" w15:restartNumberingAfterBreak="0">
    <w:nsid w:val="73C476C1"/>
    <w:multiLevelType w:val="hybridMultilevel"/>
    <w:tmpl w:val="514C345C"/>
    <w:lvl w:ilvl="0" w:tplc="33640BF0">
      <w:numFmt w:val="bullet"/>
      <w:lvlText w:val="·"/>
      <w:lvlJc w:val="left"/>
      <w:pPr>
        <w:ind w:left="106" w:hanging="20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840E42A">
      <w:numFmt w:val="bullet"/>
      <w:lvlText w:val="•"/>
      <w:lvlJc w:val="left"/>
      <w:pPr>
        <w:ind w:left="1168" w:hanging="200"/>
      </w:pPr>
      <w:rPr>
        <w:rFonts w:hint="default"/>
        <w:lang w:val="ru-RU" w:eastAsia="en-US" w:bidi="ar-SA"/>
      </w:rPr>
    </w:lvl>
    <w:lvl w:ilvl="2" w:tplc="C4A8E540">
      <w:numFmt w:val="bullet"/>
      <w:lvlText w:val="•"/>
      <w:lvlJc w:val="left"/>
      <w:pPr>
        <w:ind w:left="2236" w:hanging="200"/>
      </w:pPr>
      <w:rPr>
        <w:rFonts w:hint="default"/>
        <w:lang w:val="ru-RU" w:eastAsia="en-US" w:bidi="ar-SA"/>
      </w:rPr>
    </w:lvl>
    <w:lvl w:ilvl="3" w:tplc="80DCF6E2">
      <w:numFmt w:val="bullet"/>
      <w:lvlText w:val="•"/>
      <w:lvlJc w:val="left"/>
      <w:pPr>
        <w:ind w:left="3304" w:hanging="200"/>
      </w:pPr>
      <w:rPr>
        <w:rFonts w:hint="default"/>
        <w:lang w:val="ru-RU" w:eastAsia="en-US" w:bidi="ar-SA"/>
      </w:rPr>
    </w:lvl>
    <w:lvl w:ilvl="4" w:tplc="D994B7D4">
      <w:numFmt w:val="bullet"/>
      <w:lvlText w:val="•"/>
      <w:lvlJc w:val="left"/>
      <w:pPr>
        <w:ind w:left="4372" w:hanging="200"/>
      </w:pPr>
      <w:rPr>
        <w:rFonts w:hint="default"/>
        <w:lang w:val="ru-RU" w:eastAsia="en-US" w:bidi="ar-SA"/>
      </w:rPr>
    </w:lvl>
    <w:lvl w:ilvl="5" w:tplc="C3C61658">
      <w:numFmt w:val="bullet"/>
      <w:lvlText w:val="•"/>
      <w:lvlJc w:val="left"/>
      <w:pPr>
        <w:ind w:left="5440" w:hanging="200"/>
      </w:pPr>
      <w:rPr>
        <w:rFonts w:hint="default"/>
        <w:lang w:val="ru-RU" w:eastAsia="en-US" w:bidi="ar-SA"/>
      </w:rPr>
    </w:lvl>
    <w:lvl w:ilvl="6" w:tplc="6D4C6BA6">
      <w:numFmt w:val="bullet"/>
      <w:lvlText w:val="•"/>
      <w:lvlJc w:val="left"/>
      <w:pPr>
        <w:ind w:left="6508" w:hanging="200"/>
      </w:pPr>
      <w:rPr>
        <w:rFonts w:hint="default"/>
        <w:lang w:val="ru-RU" w:eastAsia="en-US" w:bidi="ar-SA"/>
      </w:rPr>
    </w:lvl>
    <w:lvl w:ilvl="7" w:tplc="29B0B52C">
      <w:numFmt w:val="bullet"/>
      <w:lvlText w:val="•"/>
      <w:lvlJc w:val="left"/>
      <w:pPr>
        <w:ind w:left="7576" w:hanging="200"/>
      </w:pPr>
      <w:rPr>
        <w:rFonts w:hint="default"/>
        <w:lang w:val="ru-RU" w:eastAsia="en-US" w:bidi="ar-SA"/>
      </w:rPr>
    </w:lvl>
    <w:lvl w:ilvl="8" w:tplc="FDE49F64">
      <w:numFmt w:val="bullet"/>
      <w:lvlText w:val="•"/>
      <w:lvlJc w:val="left"/>
      <w:pPr>
        <w:ind w:left="8644" w:hanging="200"/>
      </w:pPr>
      <w:rPr>
        <w:rFonts w:hint="default"/>
        <w:lang w:val="ru-RU" w:eastAsia="en-US" w:bidi="ar-SA"/>
      </w:rPr>
    </w:lvl>
  </w:abstractNum>
  <w:abstractNum w:abstractNumId="36" w15:restartNumberingAfterBreak="0">
    <w:nsid w:val="7A974DA6"/>
    <w:multiLevelType w:val="hybridMultilevel"/>
    <w:tmpl w:val="41D85376"/>
    <w:lvl w:ilvl="0" w:tplc="30046A74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72E0824E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8A205A68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C07A9E32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93082024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6B18F104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D5245B44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9B1E4BB0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FD0A36A0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abstractNum w:abstractNumId="37" w15:restartNumberingAfterBreak="0">
    <w:nsid w:val="7EB069DE"/>
    <w:multiLevelType w:val="hybridMultilevel"/>
    <w:tmpl w:val="5928EBAA"/>
    <w:lvl w:ilvl="0" w:tplc="6C8EFA30">
      <w:start w:val="1"/>
      <w:numFmt w:val="decimal"/>
      <w:lvlText w:val="%1."/>
      <w:lvlJc w:val="left"/>
      <w:pPr>
        <w:ind w:left="80" w:hanging="119"/>
        <w:jc w:val="left"/>
      </w:pPr>
      <w:rPr>
        <w:rFonts w:ascii="Times New Roman" w:eastAsia="Times New Roman" w:hAnsi="Times New Roman" w:cs="Times New Roman" w:hint="default"/>
        <w:w w:val="104"/>
        <w:sz w:val="13"/>
        <w:szCs w:val="13"/>
        <w:lang w:val="ru-RU" w:eastAsia="en-US" w:bidi="ar-SA"/>
      </w:rPr>
    </w:lvl>
    <w:lvl w:ilvl="1" w:tplc="B0786472">
      <w:numFmt w:val="bullet"/>
      <w:lvlText w:val="•"/>
      <w:lvlJc w:val="left"/>
      <w:pPr>
        <w:ind w:left="265" w:hanging="119"/>
      </w:pPr>
      <w:rPr>
        <w:rFonts w:hint="default"/>
        <w:lang w:val="ru-RU" w:eastAsia="en-US" w:bidi="ar-SA"/>
      </w:rPr>
    </w:lvl>
    <w:lvl w:ilvl="2" w:tplc="D21C046A">
      <w:numFmt w:val="bullet"/>
      <w:lvlText w:val="•"/>
      <w:lvlJc w:val="left"/>
      <w:pPr>
        <w:ind w:left="450" w:hanging="119"/>
      </w:pPr>
      <w:rPr>
        <w:rFonts w:hint="default"/>
        <w:lang w:val="ru-RU" w:eastAsia="en-US" w:bidi="ar-SA"/>
      </w:rPr>
    </w:lvl>
    <w:lvl w:ilvl="3" w:tplc="A7061FCC">
      <w:numFmt w:val="bullet"/>
      <w:lvlText w:val="•"/>
      <w:lvlJc w:val="left"/>
      <w:pPr>
        <w:ind w:left="635" w:hanging="119"/>
      </w:pPr>
      <w:rPr>
        <w:rFonts w:hint="default"/>
        <w:lang w:val="ru-RU" w:eastAsia="en-US" w:bidi="ar-SA"/>
      </w:rPr>
    </w:lvl>
    <w:lvl w:ilvl="4" w:tplc="50C03AC2">
      <w:numFmt w:val="bullet"/>
      <w:lvlText w:val="•"/>
      <w:lvlJc w:val="left"/>
      <w:pPr>
        <w:ind w:left="820" w:hanging="119"/>
      </w:pPr>
      <w:rPr>
        <w:rFonts w:hint="default"/>
        <w:lang w:val="ru-RU" w:eastAsia="en-US" w:bidi="ar-SA"/>
      </w:rPr>
    </w:lvl>
    <w:lvl w:ilvl="5" w:tplc="92100E8A">
      <w:numFmt w:val="bullet"/>
      <w:lvlText w:val="•"/>
      <w:lvlJc w:val="left"/>
      <w:pPr>
        <w:ind w:left="1005" w:hanging="119"/>
      </w:pPr>
      <w:rPr>
        <w:rFonts w:hint="default"/>
        <w:lang w:val="ru-RU" w:eastAsia="en-US" w:bidi="ar-SA"/>
      </w:rPr>
    </w:lvl>
    <w:lvl w:ilvl="6" w:tplc="0CB0088E">
      <w:numFmt w:val="bullet"/>
      <w:lvlText w:val="•"/>
      <w:lvlJc w:val="left"/>
      <w:pPr>
        <w:ind w:left="1190" w:hanging="119"/>
      </w:pPr>
      <w:rPr>
        <w:rFonts w:hint="default"/>
        <w:lang w:val="ru-RU" w:eastAsia="en-US" w:bidi="ar-SA"/>
      </w:rPr>
    </w:lvl>
    <w:lvl w:ilvl="7" w:tplc="69F07E4C">
      <w:numFmt w:val="bullet"/>
      <w:lvlText w:val="•"/>
      <w:lvlJc w:val="left"/>
      <w:pPr>
        <w:ind w:left="1375" w:hanging="119"/>
      </w:pPr>
      <w:rPr>
        <w:rFonts w:hint="default"/>
        <w:lang w:val="ru-RU" w:eastAsia="en-US" w:bidi="ar-SA"/>
      </w:rPr>
    </w:lvl>
    <w:lvl w:ilvl="8" w:tplc="BA5604EA">
      <w:numFmt w:val="bullet"/>
      <w:lvlText w:val="•"/>
      <w:lvlJc w:val="left"/>
      <w:pPr>
        <w:ind w:left="1560" w:hanging="119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30"/>
  </w:num>
  <w:num w:numId="11">
    <w:abstractNumId w:val="16"/>
  </w:num>
  <w:num w:numId="12">
    <w:abstractNumId w:val="12"/>
  </w:num>
  <w:num w:numId="13">
    <w:abstractNumId w:val="27"/>
  </w:num>
  <w:num w:numId="14">
    <w:abstractNumId w:val="21"/>
  </w:num>
  <w:num w:numId="15">
    <w:abstractNumId w:val="28"/>
  </w:num>
  <w:num w:numId="16">
    <w:abstractNumId w:val="33"/>
  </w:num>
  <w:num w:numId="17">
    <w:abstractNumId w:val="13"/>
  </w:num>
  <w:num w:numId="18">
    <w:abstractNumId w:val="14"/>
  </w:num>
  <w:num w:numId="19">
    <w:abstractNumId w:val="22"/>
  </w:num>
  <w:num w:numId="20">
    <w:abstractNumId w:val="29"/>
  </w:num>
  <w:num w:numId="21">
    <w:abstractNumId w:val="17"/>
  </w:num>
  <w:num w:numId="22">
    <w:abstractNumId w:val="25"/>
  </w:num>
  <w:num w:numId="23">
    <w:abstractNumId w:val="36"/>
  </w:num>
  <w:num w:numId="24">
    <w:abstractNumId w:val="10"/>
  </w:num>
  <w:num w:numId="25">
    <w:abstractNumId w:val="26"/>
  </w:num>
  <w:num w:numId="26">
    <w:abstractNumId w:val="11"/>
  </w:num>
  <w:num w:numId="27">
    <w:abstractNumId w:val="37"/>
  </w:num>
  <w:num w:numId="28">
    <w:abstractNumId w:val="34"/>
  </w:num>
  <w:num w:numId="29">
    <w:abstractNumId w:val="9"/>
  </w:num>
  <w:num w:numId="30">
    <w:abstractNumId w:val="32"/>
  </w:num>
  <w:num w:numId="31">
    <w:abstractNumId w:val="23"/>
  </w:num>
  <w:num w:numId="32">
    <w:abstractNumId w:val="20"/>
  </w:num>
  <w:num w:numId="33">
    <w:abstractNumId w:val="18"/>
  </w:num>
  <w:num w:numId="34">
    <w:abstractNumId w:val="24"/>
  </w:num>
  <w:num w:numId="35">
    <w:abstractNumId w:val="31"/>
  </w:num>
  <w:num w:numId="36">
    <w:abstractNumId w:val="15"/>
  </w:num>
  <w:num w:numId="37">
    <w:abstractNumId w:val="35"/>
  </w:num>
  <w:num w:numId="3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7730"/>
    <w:rsid w:val="00032D74"/>
    <w:rsid w:val="00034616"/>
    <w:rsid w:val="0006063C"/>
    <w:rsid w:val="001108B1"/>
    <w:rsid w:val="00115E9B"/>
    <w:rsid w:val="00125679"/>
    <w:rsid w:val="0015074B"/>
    <w:rsid w:val="00247379"/>
    <w:rsid w:val="002539A0"/>
    <w:rsid w:val="00283936"/>
    <w:rsid w:val="0029639D"/>
    <w:rsid w:val="002F3D97"/>
    <w:rsid w:val="00326F90"/>
    <w:rsid w:val="003452E9"/>
    <w:rsid w:val="003B27FF"/>
    <w:rsid w:val="00413212"/>
    <w:rsid w:val="00480D8F"/>
    <w:rsid w:val="0049749E"/>
    <w:rsid w:val="004A4B7B"/>
    <w:rsid w:val="004A562F"/>
    <w:rsid w:val="005551CC"/>
    <w:rsid w:val="00556DB3"/>
    <w:rsid w:val="00640CCF"/>
    <w:rsid w:val="006664F7"/>
    <w:rsid w:val="006D64E9"/>
    <w:rsid w:val="00720F61"/>
    <w:rsid w:val="00766D1E"/>
    <w:rsid w:val="007F7343"/>
    <w:rsid w:val="008609B5"/>
    <w:rsid w:val="0089267C"/>
    <w:rsid w:val="008C5286"/>
    <w:rsid w:val="008E1FC3"/>
    <w:rsid w:val="0094596F"/>
    <w:rsid w:val="009951C2"/>
    <w:rsid w:val="009B40AB"/>
    <w:rsid w:val="009C01A2"/>
    <w:rsid w:val="009E3E44"/>
    <w:rsid w:val="00A6133D"/>
    <w:rsid w:val="00AA1D8D"/>
    <w:rsid w:val="00AB209F"/>
    <w:rsid w:val="00B13186"/>
    <w:rsid w:val="00B47730"/>
    <w:rsid w:val="00B572D2"/>
    <w:rsid w:val="00B90867"/>
    <w:rsid w:val="00BB1A0C"/>
    <w:rsid w:val="00BF6718"/>
    <w:rsid w:val="00C27B02"/>
    <w:rsid w:val="00C32747"/>
    <w:rsid w:val="00C7687E"/>
    <w:rsid w:val="00CB0664"/>
    <w:rsid w:val="00CE1E25"/>
    <w:rsid w:val="00D33C58"/>
    <w:rsid w:val="00D77873"/>
    <w:rsid w:val="00DA2D2F"/>
    <w:rsid w:val="00DF4F1B"/>
    <w:rsid w:val="00E049F6"/>
    <w:rsid w:val="00E7052C"/>
    <w:rsid w:val="00E739D2"/>
    <w:rsid w:val="00E82196"/>
    <w:rsid w:val="00E824F3"/>
    <w:rsid w:val="00E87AFC"/>
    <w:rsid w:val="00E90520"/>
    <w:rsid w:val="00EE585A"/>
    <w:rsid w:val="00F57339"/>
    <w:rsid w:val="00F87C26"/>
    <w:rsid w:val="00FC3E57"/>
    <w:rsid w:val="00FC693F"/>
    <w:rsid w:val="00FD50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4:docId w14:val="1DFE5CD5"/>
  <w15:docId w15:val="{C4C02661-9925-4390-AA96-EEDE55DBA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1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1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1"/>
    <w:unhideWhenUsed/>
    <w:qFormat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customStyle="1" w:styleId="TableGrid">
    <w:name w:val="TableGrid"/>
    <w:rsid w:val="002F3D97"/>
    <w:pPr>
      <w:spacing w:after="0" w:line="240" w:lineRule="auto"/>
    </w:pPr>
    <w:rPr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DF4F1B"/>
    <w:pPr>
      <w:widowControl w:val="0"/>
      <w:autoSpaceDE w:val="0"/>
      <w:autoSpaceDN w:val="0"/>
      <w:spacing w:after="0" w:line="240" w:lineRule="auto"/>
    </w:pPr>
    <w:rPr>
      <w:rFonts w:eastAsiaTheme="minorHAnsi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1"/>
    <w:uiPriority w:val="1"/>
    <w:qFormat/>
    <w:rsid w:val="00DF4F1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ru-RU"/>
    </w:rPr>
  </w:style>
  <w:style w:type="paragraph" w:customStyle="1" w:styleId="110">
    <w:name w:val="Заголовок 11"/>
    <w:basedOn w:val="a1"/>
    <w:uiPriority w:val="1"/>
    <w:qFormat/>
    <w:rsid w:val="009E3E44"/>
    <w:pPr>
      <w:widowControl w:val="0"/>
      <w:autoSpaceDE w:val="0"/>
      <w:autoSpaceDN w:val="0"/>
      <w:spacing w:before="66" w:after="0" w:line="240" w:lineRule="auto"/>
      <w:ind w:left="106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039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uchportal.ru/" TargetMode="External"/><Relationship Id="rId117" Type="http://schemas.openxmlformats.org/officeDocument/2006/relationships/hyperlink" Target="http://nsc.1september.ru/index.php" TargetMode="External"/><Relationship Id="rId21" Type="http://schemas.openxmlformats.org/officeDocument/2006/relationships/hyperlink" Target="http://nsc.1september.ru/uro" TargetMode="External"/><Relationship Id="rId42" Type="http://schemas.openxmlformats.org/officeDocument/2006/relationships/hyperlink" Target="http://nachalka.com/" TargetMode="External"/><Relationship Id="rId47" Type="http://schemas.openxmlformats.org/officeDocument/2006/relationships/hyperlink" Target="http://nsportal.ru/nachalnaya" TargetMode="External"/><Relationship Id="rId63" Type="http://schemas.openxmlformats.org/officeDocument/2006/relationships/hyperlink" Target="http://nsc.1september.ru/uro" TargetMode="External"/><Relationship Id="rId68" Type="http://schemas.openxmlformats.org/officeDocument/2006/relationships/hyperlink" Target="http://www.uchportal.ru/" TargetMode="External"/><Relationship Id="rId84" Type="http://schemas.openxmlformats.org/officeDocument/2006/relationships/hyperlink" Target="http://nachalka.com/" TargetMode="External"/><Relationship Id="rId89" Type="http://schemas.openxmlformats.org/officeDocument/2006/relationships/hyperlink" Target="http://nsportal.ru/nachalnaya" TargetMode="External"/><Relationship Id="rId112" Type="http://schemas.openxmlformats.org/officeDocument/2006/relationships/hyperlink" Target="http://school/" TargetMode="External"/><Relationship Id="rId16" Type="http://schemas.openxmlformats.org/officeDocument/2006/relationships/hyperlink" Target="http://nsc.1september.ru/ind" TargetMode="External"/><Relationship Id="rId107" Type="http://schemas.openxmlformats.org/officeDocument/2006/relationships/hyperlink" Target="http://school/" TargetMode="External"/><Relationship Id="rId11" Type="http://schemas.openxmlformats.org/officeDocument/2006/relationships/hyperlink" Target="http://nsportal.ru/nachalnaya" TargetMode="External"/><Relationship Id="rId32" Type="http://schemas.openxmlformats.org/officeDocument/2006/relationships/hyperlink" Target="http://www.uchportal.ru/" TargetMode="External"/><Relationship Id="rId37" Type="http://schemas.openxmlformats.org/officeDocument/2006/relationships/hyperlink" Target="http://rusedu.net/" TargetMode="External"/><Relationship Id="rId53" Type="http://schemas.openxmlformats.org/officeDocument/2006/relationships/hyperlink" Target="http://nsportal.ru/nachalnaya" TargetMode="External"/><Relationship Id="rId58" Type="http://schemas.openxmlformats.org/officeDocument/2006/relationships/hyperlink" Target="http://nsc.1september.ru/ind" TargetMode="External"/><Relationship Id="rId74" Type="http://schemas.openxmlformats.org/officeDocument/2006/relationships/hyperlink" Target="http://www.uchportal.ru/" TargetMode="External"/><Relationship Id="rId79" Type="http://schemas.openxmlformats.org/officeDocument/2006/relationships/hyperlink" Target="http://rusedu.net/" TargetMode="External"/><Relationship Id="rId102" Type="http://schemas.openxmlformats.org/officeDocument/2006/relationships/hyperlink" Target="http://school/" TargetMode="External"/><Relationship Id="rId123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hyperlink" Target="http://nachalka.com/" TargetMode="External"/><Relationship Id="rId95" Type="http://schemas.openxmlformats.org/officeDocument/2006/relationships/hyperlink" Target="http://nsc.1september.ru/uro" TargetMode="External"/><Relationship Id="rId22" Type="http://schemas.openxmlformats.org/officeDocument/2006/relationships/hyperlink" Target="http://nsc.1september.ru/ind" TargetMode="External"/><Relationship Id="rId27" Type="http://schemas.openxmlformats.org/officeDocument/2006/relationships/hyperlink" Target="http://nsc.1september.ru/uro" TargetMode="External"/><Relationship Id="rId43" Type="http://schemas.openxmlformats.org/officeDocument/2006/relationships/hyperlink" Target="http://rusedu.net/" TargetMode="External"/><Relationship Id="rId48" Type="http://schemas.openxmlformats.org/officeDocument/2006/relationships/hyperlink" Target="http://nachalka.com/" TargetMode="External"/><Relationship Id="rId64" Type="http://schemas.openxmlformats.org/officeDocument/2006/relationships/hyperlink" Target="http://nsc.1september.ru/ind" TargetMode="External"/><Relationship Id="rId69" Type="http://schemas.openxmlformats.org/officeDocument/2006/relationships/hyperlink" Target="http://nsc.1september.ru/uro" TargetMode="External"/><Relationship Id="rId113" Type="http://schemas.openxmlformats.org/officeDocument/2006/relationships/hyperlink" Target="http://school/" TargetMode="External"/><Relationship Id="rId118" Type="http://schemas.openxmlformats.org/officeDocument/2006/relationships/hyperlink" Target="http://nsportal.ru/nachalnaya-shkola" TargetMode="External"/><Relationship Id="rId80" Type="http://schemas.openxmlformats.org/officeDocument/2006/relationships/hyperlink" Target="http://www.uchportal.ru/" TargetMode="External"/><Relationship Id="rId85" Type="http://schemas.openxmlformats.org/officeDocument/2006/relationships/hyperlink" Target="http://rusedu.net/" TargetMode="External"/><Relationship Id="rId12" Type="http://schemas.openxmlformats.org/officeDocument/2006/relationships/hyperlink" Target="http://nachalka.com/" TargetMode="External"/><Relationship Id="rId17" Type="http://schemas.openxmlformats.org/officeDocument/2006/relationships/hyperlink" Target="http://nsportal.ru/nachalnaya" TargetMode="External"/><Relationship Id="rId33" Type="http://schemas.openxmlformats.org/officeDocument/2006/relationships/hyperlink" Target="http://nsc.1september.ru/uro" TargetMode="External"/><Relationship Id="rId38" Type="http://schemas.openxmlformats.org/officeDocument/2006/relationships/hyperlink" Target="http://www.uchportal.ru/" TargetMode="External"/><Relationship Id="rId59" Type="http://schemas.openxmlformats.org/officeDocument/2006/relationships/hyperlink" Target="http://nsportal.ru/nachalnaya" TargetMode="External"/><Relationship Id="rId103" Type="http://schemas.openxmlformats.org/officeDocument/2006/relationships/hyperlink" Target="http://school/" TargetMode="External"/><Relationship Id="rId108" Type="http://schemas.openxmlformats.org/officeDocument/2006/relationships/hyperlink" Target="http://school/" TargetMode="External"/><Relationship Id="rId124" Type="http://schemas.openxmlformats.org/officeDocument/2006/relationships/header" Target="header2.xml"/><Relationship Id="rId54" Type="http://schemas.openxmlformats.org/officeDocument/2006/relationships/hyperlink" Target="http://nachalka.com/" TargetMode="External"/><Relationship Id="rId70" Type="http://schemas.openxmlformats.org/officeDocument/2006/relationships/hyperlink" Target="http://nsc.1september.ru/ind" TargetMode="External"/><Relationship Id="rId75" Type="http://schemas.openxmlformats.org/officeDocument/2006/relationships/hyperlink" Target="http://nsc.1september.ru/uro" TargetMode="External"/><Relationship Id="rId91" Type="http://schemas.openxmlformats.org/officeDocument/2006/relationships/hyperlink" Target="http://nsportal.ru/nachalnaya" TargetMode="External"/><Relationship Id="rId96" Type="http://schemas.openxmlformats.org/officeDocument/2006/relationships/hyperlink" Target="http://nsc.1september.ru/ind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://nsportal.ru/nachalnaya" TargetMode="External"/><Relationship Id="rId28" Type="http://schemas.openxmlformats.org/officeDocument/2006/relationships/hyperlink" Target="http://nsc.1september.ru/ind" TargetMode="External"/><Relationship Id="rId49" Type="http://schemas.openxmlformats.org/officeDocument/2006/relationships/hyperlink" Target="http://rusedu.net/" TargetMode="External"/><Relationship Id="rId114" Type="http://schemas.openxmlformats.org/officeDocument/2006/relationships/hyperlink" Target="http://school/" TargetMode="External"/><Relationship Id="rId119" Type="http://schemas.openxmlformats.org/officeDocument/2006/relationships/hyperlink" Target="http://festival.1september.ru/" TargetMode="External"/><Relationship Id="rId44" Type="http://schemas.openxmlformats.org/officeDocument/2006/relationships/hyperlink" Target="http://www.uchportal.ru/" TargetMode="External"/><Relationship Id="rId60" Type="http://schemas.openxmlformats.org/officeDocument/2006/relationships/hyperlink" Target="http://nachalka.com/" TargetMode="External"/><Relationship Id="rId65" Type="http://schemas.openxmlformats.org/officeDocument/2006/relationships/hyperlink" Target="http://nsportal.ru/nachalnaya" TargetMode="External"/><Relationship Id="rId81" Type="http://schemas.openxmlformats.org/officeDocument/2006/relationships/hyperlink" Target="http://nsc.1september.ru/uro" TargetMode="External"/><Relationship Id="rId86" Type="http://schemas.openxmlformats.org/officeDocument/2006/relationships/hyperlink" Target="http://www.uchportal.ru/" TargetMode="External"/><Relationship Id="rId13" Type="http://schemas.openxmlformats.org/officeDocument/2006/relationships/hyperlink" Target="http://rusedu.net/" TargetMode="External"/><Relationship Id="rId18" Type="http://schemas.openxmlformats.org/officeDocument/2006/relationships/hyperlink" Target="http://nachalka.com/" TargetMode="External"/><Relationship Id="rId39" Type="http://schemas.openxmlformats.org/officeDocument/2006/relationships/hyperlink" Target="http://nsc.1september.ru/uro" TargetMode="External"/><Relationship Id="rId109" Type="http://schemas.openxmlformats.org/officeDocument/2006/relationships/hyperlink" Target="http://school/" TargetMode="External"/><Relationship Id="rId34" Type="http://schemas.openxmlformats.org/officeDocument/2006/relationships/hyperlink" Target="http://nsc.1september.ru/ind" TargetMode="External"/><Relationship Id="rId50" Type="http://schemas.openxmlformats.org/officeDocument/2006/relationships/hyperlink" Target="http://www.uchportal.ru/" TargetMode="External"/><Relationship Id="rId55" Type="http://schemas.openxmlformats.org/officeDocument/2006/relationships/hyperlink" Target="http://rusedu.net/" TargetMode="External"/><Relationship Id="rId76" Type="http://schemas.openxmlformats.org/officeDocument/2006/relationships/hyperlink" Target="http://nsc.1september.ru/ind" TargetMode="External"/><Relationship Id="rId97" Type="http://schemas.openxmlformats.org/officeDocument/2006/relationships/hyperlink" Target="http://nsc.1september.ru/uro" TargetMode="External"/><Relationship Id="rId104" Type="http://schemas.openxmlformats.org/officeDocument/2006/relationships/hyperlink" Target="http://school/" TargetMode="External"/><Relationship Id="rId120" Type="http://schemas.openxmlformats.org/officeDocument/2006/relationships/hyperlink" Target="http://nachalka.com/" TargetMode="External"/><Relationship Id="rId125" Type="http://schemas.openxmlformats.org/officeDocument/2006/relationships/header" Target="header3.xml"/><Relationship Id="rId7" Type="http://schemas.openxmlformats.org/officeDocument/2006/relationships/endnotes" Target="endnotes.xml"/><Relationship Id="rId71" Type="http://schemas.openxmlformats.org/officeDocument/2006/relationships/hyperlink" Target="http://nsportal.ru/nachalnaya" TargetMode="External"/><Relationship Id="rId92" Type="http://schemas.openxmlformats.org/officeDocument/2006/relationships/hyperlink" Target="http://nachalka.com/" TargetMode="External"/><Relationship Id="rId2" Type="http://schemas.openxmlformats.org/officeDocument/2006/relationships/numbering" Target="numbering.xml"/><Relationship Id="rId29" Type="http://schemas.openxmlformats.org/officeDocument/2006/relationships/hyperlink" Target="http://nsportal.ru/nachalnaya" TargetMode="External"/><Relationship Id="rId24" Type="http://schemas.openxmlformats.org/officeDocument/2006/relationships/hyperlink" Target="http://nachalka.com/" TargetMode="External"/><Relationship Id="rId40" Type="http://schemas.openxmlformats.org/officeDocument/2006/relationships/hyperlink" Target="http://nsc.1september.ru/ind" TargetMode="External"/><Relationship Id="rId45" Type="http://schemas.openxmlformats.org/officeDocument/2006/relationships/hyperlink" Target="http://nsc.1september.ru/uro" TargetMode="External"/><Relationship Id="rId66" Type="http://schemas.openxmlformats.org/officeDocument/2006/relationships/hyperlink" Target="http://nachalka.com/" TargetMode="External"/><Relationship Id="rId87" Type="http://schemas.openxmlformats.org/officeDocument/2006/relationships/hyperlink" Target="http://nsportal.ru/nachalnaya" TargetMode="External"/><Relationship Id="rId110" Type="http://schemas.openxmlformats.org/officeDocument/2006/relationships/hyperlink" Target="http://school/" TargetMode="External"/><Relationship Id="rId115" Type="http://schemas.openxmlformats.org/officeDocument/2006/relationships/hyperlink" Target="http://school/" TargetMode="External"/><Relationship Id="rId61" Type="http://schemas.openxmlformats.org/officeDocument/2006/relationships/hyperlink" Target="http://rusedu.net/" TargetMode="External"/><Relationship Id="rId82" Type="http://schemas.openxmlformats.org/officeDocument/2006/relationships/hyperlink" Target="http://nsc.1september.ru/ind" TargetMode="External"/><Relationship Id="rId19" Type="http://schemas.openxmlformats.org/officeDocument/2006/relationships/hyperlink" Target="http://rusedu.net/" TargetMode="External"/><Relationship Id="rId14" Type="http://schemas.openxmlformats.org/officeDocument/2006/relationships/hyperlink" Target="http://www.uchportal.ru/" TargetMode="External"/><Relationship Id="rId30" Type="http://schemas.openxmlformats.org/officeDocument/2006/relationships/hyperlink" Target="http://nachalka.com/" TargetMode="External"/><Relationship Id="rId35" Type="http://schemas.openxmlformats.org/officeDocument/2006/relationships/hyperlink" Target="http://nsportal.ru/nachalnaya" TargetMode="External"/><Relationship Id="rId56" Type="http://schemas.openxmlformats.org/officeDocument/2006/relationships/hyperlink" Target="http://www.uchportal.ru/" TargetMode="External"/><Relationship Id="rId77" Type="http://schemas.openxmlformats.org/officeDocument/2006/relationships/hyperlink" Target="http://nsportal.ru/nachalnaya" TargetMode="External"/><Relationship Id="rId100" Type="http://schemas.openxmlformats.org/officeDocument/2006/relationships/hyperlink" Target="http://nsc.1september.ru/ind" TargetMode="External"/><Relationship Id="rId105" Type="http://schemas.openxmlformats.org/officeDocument/2006/relationships/hyperlink" Target="http://school/" TargetMode="External"/><Relationship Id="rId12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hyperlink" Target="http://nsc.1september.ru/uro" TargetMode="External"/><Relationship Id="rId72" Type="http://schemas.openxmlformats.org/officeDocument/2006/relationships/hyperlink" Target="http://nachalka.com/" TargetMode="External"/><Relationship Id="rId93" Type="http://schemas.openxmlformats.org/officeDocument/2006/relationships/hyperlink" Target="http://nsc.1september.ru/uro" TargetMode="External"/><Relationship Id="rId98" Type="http://schemas.openxmlformats.org/officeDocument/2006/relationships/hyperlink" Target="http://nsc.1september.ru/ind" TargetMode="External"/><Relationship Id="rId121" Type="http://schemas.openxmlformats.org/officeDocument/2006/relationships/hyperlink" Target="http://rusedu.net/" TargetMode="External"/><Relationship Id="rId3" Type="http://schemas.openxmlformats.org/officeDocument/2006/relationships/styles" Target="styles.xml"/><Relationship Id="rId25" Type="http://schemas.openxmlformats.org/officeDocument/2006/relationships/hyperlink" Target="http://rusedu.net/" TargetMode="External"/><Relationship Id="rId46" Type="http://schemas.openxmlformats.org/officeDocument/2006/relationships/hyperlink" Target="http://nsc.1september.ru/ind" TargetMode="External"/><Relationship Id="rId67" Type="http://schemas.openxmlformats.org/officeDocument/2006/relationships/hyperlink" Target="http://rusedu.net/" TargetMode="External"/><Relationship Id="rId116" Type="http://schemas.openxmlformats.org/officeDocument/2006/relationships/hyperlink" Target="http://nsc.1september.ru/urok" TargetMode="External"/><Relationship Id="rId20" Type="http://schemas.openxmlformats.org/officeDocument/2006/relationships/hyperlink" Target="http://www.uchportal.ru/" TargetMode="External"/><Relationship Id="rId41" Type="http://schemas.openxmlformats.org/officeDocument/2006/relationships/hyperlink" Target="http://nsportal.ru/nachalnaya" TargetMode="External"/><Relationship Id="rId62" Type="http://schemas.openxmlformats.org/officeDocument/2006/relationships/hyperlink" Target="http://www.uchportal.ru/" TargetMode="External"/><Relationship Id="rId83" Type="http://schemas.openxmlformats.org/officeDocument/2006/relationships/hyperlink" Target="http://nsportal.ru/nachalnaya" TargetMode="External"/><Relationship Id="rId88" Type="http://schemas.openxmlformats.org/officeDocument/2006/relationships/hyperlink" Target="http://nachalka.com/" TargetMode="External"/><Relationship Id="rId111" Type="http://schemas.openxmlformats.org/officeDocument/2006/relationships/hyperlink" Target="http://school/" TargetMode="External"/><Relationship Id="rId15" Type="http://schemas.openxmlformats.org/officeDocument/2006/relationships/hyperlink" Target="http://nsc.1september.ru/uro" TargetMode="External"/><Relationship Id="rId36" Type="http://schemas.openxmlformats.org/officeDocument/2006/relationships/hyperlink" Target="http://nachalka.com/" TargetMode="External"/><Relationship Id="rId57" Type="http://schemas.openxmlformats.org/officeDocument/2006/relationships/hyperlink" Target="http://nsc.1september.ru/uro" TargetMode="External"/><Relationship Id="rId106" Type="http://schemas.openxmlformats.org/officeDocument/2006/relationships/hyperlink" Target="http://school/" TargetMode="External"/><Relationship Id="rId127" Type="http://schemas.openxmlformats.org/officeDocument/2006/relationships/theme" Target="theme/theme1.xml"/><Relationship Id="rId10" Type="http://schemas.openxmlformats.org/officeDocument/2006/relationships/hyperlink" Target="http://nsc.1september.ru/ind" TargetMode="External"/><Relationship Id="rId31" Type="http://schemas.openxmlformats.org/officeDocument/2006/relationships/hyperlink" Target="http://rusedu.net/" TargetMode="External"/><Relationship Id="rId52" Type="http://schemas.openxmlformats.org/officeDocument/2006/relationships/hyperlink" Target="http://nsc.1september.ru/ind" TargetMode="External"/><Relationship Id="rId73" Type="http://schemas.openxmlformats.org/officeDocument/2006/relationships/hyperlink" Target="http://rusedu.net/" TargetMode="External"/><Relationship Id="rId78" Type="http://schemas.openxmlformats.org/officeDocument/2006/relationships/hyperlink" Target="http://nachalka.com/" TargetMode="External"/><Relationship Id="rId94" Type="http://schemas.openxmlformats.org/officeDocument/2006/relationships/hyperlink" Target="http://nsc.1september.ru/ind" TargetMode="External"/><Relationship Id="rId99" Type="http://schemas.openxmlformats.org/officeDocument/2006/relationships/hyperlink" Target="http://nsc.1september.ru/uro" TargetMode="External"/><Relationship Id="rId101" Type="http://schemas.openxmlformats.org/officeDocument/2006/relationships/hyperlink" Target="http://school/" TargetMode="External"/><Relationship Id="rId122" Type="http://schemas.openxmlformats.org/officeDocument/2006/relationships/hyperlink" Target="http://www.uchportal.ru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nsc.1september.ru/ur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8170DED-2EF6-4B1A-AAEB-6A0918247F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11722</Words>
  <Characters>66818</Characters>
  <Application>Microsoft Office Word</Application>
  <DocSecurity>0</DocSecurity>
  <Lines>556</Lines>
  <Paragraphs>156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78384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Людмила Абеева</cp:lastModifiedBy>
  <cp:revision>5</cp:revision>
  <dcterms:created xsi:type="dcterms:W3CDTF">2023-07-14T18:08:00Z</dcterms:created>
  <dcterms:modified xsi:type="dcterms:W3CDTF">2023-10-17T10:27:00Z</dcterms:modified>
</cp:coreProperties>
</file>