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FAA" w:rsidRDefault="00044FAA">
      <w:pPr>
        <w:autoSpaceDE w:val="0"/>
        <w:autoSpaceDN w:val="0"/>
        <w:spacing w:after="78" w:line="220" w:lineRule="exact"/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5705225" cy="7848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66" cy="785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47D72" w:rsidRDefault="00147D72" w:rsidP="00035906">
      <w:pPr>
        <w:autoSpaceDE w:val="0"/>
        <w:autoSpaceDN w:val="0"/>
        <w:spacing w:after="0" w:line="230" w:lineRule="auto"/>
        <w:ind w:left="1494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F46B3" w:rsidRPr="00135704" w:rsidRDefault="00147D72" w:rsidP="00210179">
      <w:pPr>
        <w:autoSpaceDE w:val="0"/>
        <w:autoSpaceDN w:val="0"/>
        <w:spacing w:after="78" w:line="220" w:lineRule="exact"/>
        <w:jc w:val="center"/>
        <w:rPr>
          <w:lang w:val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 </w:t>
      </w:r>
    </w:p>
    <w:p w:rsidR="00044FAA" w:rsidRPr="00135704" w:rsidRDefault="000451DE">
      <w:pPr>
        <w:autoSpaceDE w:val="0"/>
        <w:autoSpaceDN w:val="0"/>
        <w:spacing w:after="0" w:line="286" w:lineRule="auto"/>
        <w:ind w:right="288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 05 2021 г № 287, зарегистрирован Министерством юстиции Российской Федерации 05 07 2021 г , рег номер —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044FAA" w:rsidRPr="00135704" w:rsidRDefault="000451DE">
      <w:pPr>
        <w:autoSpaceDE w:val="0"/>
        <w:autoSpaceDN w:val="0"/>
        <w:spacing w:before="226"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044FAA" w:rsidRPr="00135704" w:rsidRDefault="000451DE">
      <w:pPr>
        <w:autoSpaceDE w:val="0"/>
        <w:autoSpaceDN w:val="0"/>
        <w:spacing w:before="348" w:after="0"/>
        <w:ind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 и   метапредметные   результаты  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 курса   русского   языка,   реализованных в большей части входящих в Федеральный перечень УМК по русскому языку. </w:t>
      </w:r>
    </w:p>
    <w:p w:rsidR="00044FAA" w:rsidRPr="00135704" w:rsidRDefault="000451DE">
      <w:pPr>
        <w:autoSpaceDE w:val="0"/>
        <w:autoSpaceDN w:val="0"/>
        <w:spacing w:before="262"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«РУССКИЙ ЯЗЫК»</w:t>
      </w:r>
    </w:p>
    <w:p w:rsidR="00044FAA" w:rsidRPr="00135704" w:rsidRDefault="000451DE">
      <w:pPr>
        <w:autoSpaceDE w:val="0"/>
        <w:autoSpaceDN w:val="0"/>
        <w:spacing w:before="166" w:after="0"/>
        <w:ind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межнационального общения русский язык является средством коммуникации всех народов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Российской Федерации, основой их социально-экономической, культурной и духовной консолидации.</w:t>
      </w:r>
    </w:p>
    <w:p w:rsidR="00044FAA" w:rsidRPr="00135704" w:rsidRDefault="000451DE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возможности её самореализации в различных жизненно важных для человека областях.</w:t>
      </w:r>
    </w:p>
    <w:p w:rsidR="00044FAA" w:rsidRPr="00135704" w:rsidRDefault="000451DE">
      <w:pPr>
        <w:autoSpaceDE w:val="0"/>
        <w:autoSpaceDN w:val="0"/>
        <w:spacing w:before="70" w:after="0"/>
        <w:ind w:right="720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44FAA" w:rsidRPr="00135704" w:rsidRDefault="000451DE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Обучение русскому языку в школе направлено на совершенствование нравственной и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самообразования.</w:t>
      </w:r>
    </w:p>
    <w:p w:rsidR="00044FAA" w:rsidRPr="00135704" w:rsidRDefault="000451DE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</w:t>
      </w:r>
    </w:p>
    <w:p w:rsidR="00044FAA" w:rsidRPr="00135704" w:rsidRDefault="000451DE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Соответствующие умения и навыки представлены в перечне метапредметных и предметных результатов обучения, в содержании обучения (разделы «Язык и речь», «Текст», «Функциональные разновидности языка»).</w:t>
      </w:r>
    </w:p>
    <w:p w:rsidR="00044FAA" w:rsidRPr="00135704" w:rsidRDefault="000451DE">
      <w:pPr>
        <w:autoSpaceDE w:val="0"/>
        <w:autoSpaceDN w:val="0"/>
        <w:spacing w:before="262"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«РУССКИЙ ЯЗЫК»</w:t>
      </w:r>
    </w:p>
    <w:p w:rsidR="00044FAA" w:rsidRPr="00135704" w:rsidRDefault="000451DE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Целями изучения русского языка по программам основного общего образования являются: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98" w:right="650" w:bottom="4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78" w:line="220" w:lineRule="exact"/>
        <w:rPr>
          <w:lang w:val="ru-RU"/>
        </w:rPr>
      </w:pPr>
    </w:p>
    <w:p w:rsidR="00044FAA" w:rsidRPr="00135704" w:rsidRDefault="000451DE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получения знаний в разных сферах ​человеческой деятельности; проявление уважения к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общероссийской и русской культуре, к культуре и языкам всех народов Российской Федерации;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в собственной речевой практике разнообразных грамматических средств;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орфографической и пунктуационной грамотности; воспитание стремления к речевому самосовершенствованию;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совершенствование речевой деятельности, коммуникативных умений, обеспечивающих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44FAA" w:rsidRPr="00135704" w:rsidRDefault="000451DE">
      <w:pPr>
        <w:autoSpaceDE w:val="0"/>
        <w:autoSpaceDN w:val="0"/>
        <w:spacing w:before="262"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«РУССКИЙ ЯЗЫК» В УЧЕБНОМ ПЛАНЕ</w:t>
      </w:r>
    </w:p>
    <w:p w:rsidR="00044FAA" w:rsidRPr="00135704" w:rsidRDefault="000451DE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 предметную  область  «Русский язык и литература» и является обязательным для  изучения.</w:t>
      </w:r>
    </w:p>
    <w:p w:rsidR="00044FAA" w:rsidRPr="00135704" w:rsidRDefault="000451DE">
      <w:pPr>
        <w:autoSpaceDE w:val="0"/>
        <w:autoSpaceDN w:val="0"/>
        <w:spacing w:before="72" w:after="0" w:line="271" w:lineRule="auto"/>
        <w:ind w:right="576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Учебным планом на изучение русского языка в 5 классе отводится  - 170 ч. (5 часов в неделю).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98" w:right="702" w:bottom="1440" w:left="666" w:header="720" w:footer="720" w:gutter="0"/>
          <w:cols w:space="720" w:equalWidth="0">
            <w:col w:w="10532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78" w:line="220" w:lineRule="exact"/>
        <w:rPr>
          <w:lang w:val="ru-RU"/>
        </w:rPr>
      </w:pPr>
    </w:p>
    <w:p w:rsidR="00044FAA" w:rsidRPr="00135704" w:rsidRDefault="000451DE">
      <w:pPr>
        <w:autoSpaceDE w:val="0"/>
        <w:autoSpaceDN w:val="0"/>
        <w:spacing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044FAA" w:rsidRPr="00135704" w:rsidRDefault="000451DE">
      <w:pPr>
        <w:autoSpaceDE w:val="0"/>
        <w:autoSpaceDN w:val="0"/>
        <w:spacing w:before="346" w:after="0" w:line="271" w:lineRule="auto"/>
        <w:ind w:left="180" w:right="5616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Богатство и выразительность русского языка.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Лингвистика как наука о языке.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Основные разделы лингвистики.</w:t>
      </w:r>
    </w:p>
    <w:p w:rsidR="00044FAA" w:rsidRPr="00135704" w:rsidRDefault="000451DE">
      <w:pPr>
        <w:autoSpaceDE w:val="0"/>
        <w:autoSpaceDN w:val="0"/>
        <w:spacing w:before="190" w:after="0" w:line="262" w:lineRule="auto"/>
        <w:ind w:left="180" w:right="1872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 и речь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Язык и речь.</w:t>
      </w:r>
      <w:r w:rsidR="0003590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Речь устная и письменная, монологическая и диалогическая, полилог.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Виды речевой деятельности (говорение, слушание, чтение, письмо), их особенности.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2" w:after="0" w:line="262" w:lineRule="auto"/>
        <w:ind w:right="1008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Речевые формулы приветствия, прощания, просьбы, благодарности.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Виды аудирования: выборочное, ознакомительное, детальное.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Виды чтения: изучающее, ознакомительное, просмотровое, поисковое.</w:t>
      </w:r>
    </w:p>
    <w:p w:rsidR="00044FAA" w:rsidRPr="00135704" w:rsidRDefault="000451DE">
      <w:pPr>
        <w:autoSpaceDE w:val="0"/>
        <w:autoSpaceDN w:val="0"/>
        <w:spacing w:before="190" w:after="0" w:line="262" w:lineRule="auto"/>
        <w:ind w:left="180" w:right="144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Повествование как тип речи. Рассказ.</w:t>
      </w:r>
    </w:p>
    <w:p w:rsidR="00044FAA" w:rsidRPr="00135704" w:rsidRDefault="000451DE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2" w:after="0" w:line="262" w:lineRule="auto"/>
        <w:ind w:right="14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Информационная переработка текста: простой и сложный план текста.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190" w:after="0" w:line="271" w:lineRule="auto"/>
        <w:ind w:right="158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Функциональные разновидности языка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044FAA" w:rsidRPr="00135704" w:rsidRDefault="000451DE">
      <w:pPr>
        <w:autoSpaceDE w:val="0"/>
        <w:autoSpaceDN w:val="0"/>
        <w:spacing w:before="190" w:after="0" w:line="271" w:lineRule="auto"/>
        <w:ind w:left="180" w:right="5472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Фонетика. Графика. Орфоэпия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Фонетика и графика как разделы лингвистики.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Звук как единица языка. Смыслоразличительная роль звука.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Система гласных звуков.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Система согласных звуков.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80" w:right="2448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Изменение звуков в речевом потоке. Элементы фонетической транскрипции. Слог. Ударение. Свойства русского ударения.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78" w:line="220" w:lineRule="exact"/>
        <w:rPr>
          <w:lang w:val="ru-RU"/>
        </w:rPr>
      </w:pPr>
    </w:p>
    <w:p w:rsidR="00044FAA" w:rsidRPr="00135704" w:rsidRDefault="000451DE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Соотношение звуков и букв.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Фонетический анализ слова.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Способы обозначения [й’], мягкости согласных.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Основные выразительные средства фонетики.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Прописные и строчные буквы.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Интонация, её функции. Основные элементы интонации.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80" w:right="6336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Орфография как раздел лингвистики.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Понятие «орфограмма». Буквенные и небуквенные орфограммы.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разделительных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44FAA" w:rsidRPr="00135704" w:rsidRDefault="000451DE">
      <w:pPr>
        <w:autoSpaceDE w:val="0"/>
        <w:autoSpaceDN w:val="0"/>
        <w:spacing w:before="72" w:after="0" w:line="262" w:lineRule="auto"/>
        <w:ind w:left="180" w:right="6192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Лексикология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Лексикология как раздел лингвистики.</w:t>
      </w:r>
    </w:p>
    <w:p w:rsidR="00044FAA" w:rsidRPr="00135704" w:rsidRDefault="000451DE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Синонимы. Антонимы. Омонимы. Паронимы.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Лексический анализ слов (в рамках изученного).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80" w:right="6480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Морфемика. Орфография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Морфемика как раздел лингвистики.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Чередование звуков в морфемах (в том числе чередование гласных с нулём звука).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Морфемный анализ слов.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Уместное использование слов с суффиксами оценки в собственной речи.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Правописание корней с проверяемыми, непроверяемыми, ​непроизносимыми согласными (в рамках изученного).</w:t>
      </w:r>
    </w:p>
    <w:p w:rsidR="00044FAA" w:rsidRPr="00135704" w:rsidRDefault="000451D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в корне слова.</w:t>
      </w:r>
    </w:p>
    <w:p w:rsidR="00044FAA" w:rsidRPr="00135704" w:rsidRDefault="000451D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неизменяемых на письме приставок и приставок на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-з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(-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приставок.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80" w:right="3024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Морфология. Культура речи. Орфография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Морфология как раздел грамматики. Грамматическое значение слова.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существительное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Род, число, падеж имени существительного.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98" w:right="780" w:bottom="428" w:left="666" w:header="720" w:footer="720" w:gutter="0"/>
          <w:cols w:space="720" w:equalWidth="0">
            <w:col w:w="1045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78" w:line="220" w:lineRule="exact"/>
        <w:rPr>
          <w:lang w:val="ru-RU"/>
        </w:rPr>
      </w:pPr>
    </w:p>
    <w:p w:rsidR="00044FAA" w:rsidRPr="00135704" w:rsidRDefault="000451DE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Имена существительные общего рода.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Имена существительные, имеющие форму только единственного или только множественного числа.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существительных.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1872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Правописание собственных имён существительных.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на конце имён существительных после шипящих.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существительных.</w:t>
      </w:r>
    </w:p>
    <w:p w:rsidR="00044FAA" w:rsidRPr="00135704" w:rsidRDefault="000451DE">
      <w:pPr>
        <w:autoSpaceDE w:val="0"/>
        <w:autoSpaceDN w:val="0"/>
        <w:spacing w:before="72" w:after="0" w:line="262" w:lineRule="auto"/>
        <w:ind w:left="180" w:right="432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существительных. Правописание суффиксов 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;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(-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) имён существительных.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proofErr w:type="gramStart"/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</w:t>
      </w:r>
      <w:proofErr w:type="gramEnd"/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аг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-;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-клан- 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-клон-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-скак- 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-скоч-.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прилагательное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Имена прилагательные полные и краткие, их синтаксические функции.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Склонение имён прилагательных. 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прилагательных.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прилагательных.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80" w:right="1008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прилагательных. Правописание кратких форм имён прилагательных с основой на шипящий.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не 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 именами прилагательными.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71" w:lineRule="auto"/>
        <w:ind w:right="1296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Глагол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Глаголы совершенного и несовершенного вида, возвратные и невозвратные.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044FAA" w:rsidRPr="00135704" w:rsidRDefault="000451D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Спряжение глагола.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: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</w:t>
      </w:r>
      <w:proofErr w:type="gramEnd"/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бир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блест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блист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дер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дир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жег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жиг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мир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пер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пир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стел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стил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тер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тир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-тся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-ться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глаголах, суффиксов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-ова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 —-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-ыва-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135704">
        <w:rPr>
          <w:rFonts w:ascii="Times New Roman" w:eastAsia="Times New Roman" w:hAnsi="Times New Roman"/>
          <w:i/>
          <w:color w:val="000000"/>
          <w:sz w:val="24"/>
          <w:lang w:val="ru-RU"/>
        </w:rPr>
        <w:t>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личных окончаний глагола.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гласной перед суффиксом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Синтаксис. Культура речи. Пунктуация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Словосочетание и его признаки. Основные виды словосочетаний по морфологическим свойствам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98" w:right="682" w:bottom="428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66" w:line="220" w:lineRule="exact"/>
        <w:rPr>
          <w:lang w:val="ru-RU"/>
        </w:rPr>
      </w:pPr>
    </w:p>
    <w:p w:rsidR="00044FAA" w:rsidRPr="00135704" w:rsidRDefault="000451DE">
      <w:pPr>
        <w:autoSpaceDE w:val="0"/>
        <w:autoSpaceDN w:val="0"/>
        <w:spacing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главного слова (именные, глагольные, наречные). Средства связи слов в словосочетании.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Синтаксический анализ словосочетания.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Предложение и его признаки. Виды предложений по цели высказывания и эмоциональной окраске.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044FAA" w:rsidRPr="00135704" w:rsidRDefault="000451DE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:rsidR="00044FAA" w:rsidRPr="00135704" w:rsidRDefault="000451D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Тире между подлежащим и сказуемым.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</w:t>
      </w:r>
    </w:p>
    <w:p w:rsidR="00044FAA" w:rsidRPr="00135704" w:rsidRDefault="000451DE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044FAA" w:rsidRPr="00135704" w:rsidRDefault="000451DE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Предложения с однородными членами (без союзов, с одиночным союзом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).</w:t>
      </w:r>
      <w:proofErr w:type="gramEnd"/>
    </w:p>
    <w:p w:rsidR="00044FAA" w:rsidRPr="00135704" w:rsidRDefault="000451DE">
      <w:pPr>
        <w:autoSpaceDE w:val="0"/>
        <w:autoSpaceDN w:val="0"/>
        <w:spacing w:before="70"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обобщающим словом при однородных членах.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обращением, особенности интонации. Обращение и средства его выражения. Синтаксический анализ простого и простого осложнённого предложений.</w:t>
      </w:r>
    </w:p>
    <w:p w:rsidR="00044FAA" w:rsidRPr="00135704" w:rsidRDefault="000451DE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proofErr w:type="gramStart"/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).</w:t>
      </w:r>
      <w:proofErr w:type="gramEnd"/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Предложения простые и сложные. Сложные предложения с бессоюзной и союзной связью.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Предложения сложносочинённые и сложноподчинённые (общее представление, практическое усвоение).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44FAA" w:rsidRPr="00135704" w:rsidRDefault="000451D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Предложения с прямой речью.</w:t>
      </w:r>
    </w:p>
    <w:p w:rsidR="00044FAA" w:rsidRPr="00135704" w:rsidRDefault="000451D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предложений с прямой речью.</w:t>
      </w:r>
    </w:p>
    <w:p w:rsidR="00044FAA" w:rsidRPr="00135704" w:rsidRDefault="000451D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Диалог.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диалога на письме.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Пунктуация как раздел лингвистики.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86" w:right="656" w:bottom="1440" w:left="666" w:header="720" w:footer="720" w:gutter="0"/>
          <w:cols w:space="720" w:equalWidth="0">
            <w:col w:w="10578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78" w:line="220" w:lineRule="exact"/>
        <w:rPr>
          <w:lang w:val="ru-RU"/>
        </w:rPr>
      </w:pPr>
    </w:p>
    <w:p w:rsidR="00044FAA" w:rsidRPr="00135704" w:rsidRDefault="000451DE">
      <w:pPr>
        <w:autoSpaceDE w:val="0"/>
        <w:autoSpaceDN w:val="0"/>
        <w:spacing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044FAA" w:rsidRPr="00135704" w:rsidRDefault="000451DE">
      <w:pPr>
        <w:autoSpaceDE w:val="0"/>
        <w:autoSpaceDN w:val="0"/>
        <w:spacing w:before="346"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044FAA" w:rsidRPr="00135704" w:rsidRDefault="000451DE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самовоспитания и саморазвития, формирования внутренней позиции личности.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волонтёрство).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Патриотического воспитания: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135704">
        <w:rPr>
          <w:lang w:val="ru-RU"/>
        </w:rPr>
        <w:tab/>
      </w:r>
      <w:proofErr w:type="gramStart"/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</w:t>
      </w:r>
      <w:r w:rsidR="0003590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 учётом осознания последствий поступков; активное неприятие асоциальных поступков; свобода и ответственность</w:t>
      </w:r>
      <w:r w:rsidR="0003590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личности в условиях индивидуального и общественного пространства.</w:t>
      </w:r>
      <w:proofErr w:type="gramEnd"/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Эстетического воспитания: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66" w:line="220" w:lineRule="exact"/>
        <w:rPr>
          <w:lang w:val="ru-RU"/>
        </w:rPr>
      </w:pPr>
    </w:p>
    <w:p w:rsidR="00044FAA" w:rsidRPr="00135704" w:rsidRDefault="000451DE">
      <w:pPr>
        <w:autoSpaceDE w:val="0"/>
        <w:autoSpaceDN w:val="0"/>
        <w:spacing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видах искусства.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жизни с опорой на собственный жизненный и читательский опыт;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(употреб​ление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собственный опыт и выстраивая дальнейшие цели;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такого рода деятельность;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интерес к практическому изучению профессий и труда ​раз​личного рода, в том числе на основе применения изучае​мого предметного знания и ознакомления с деятельностью филологов,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технологической и социальной сред; готовность к участию в практической деятельности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экологической направленности.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чело​века,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​чтения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благо​получия.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44" w:right="1008"/>
        <w:jc w:val="center"/>
        <w:rPr>
          <w:lang w:val="ru-RU"/>
        </w:rPr>
      </w:pP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Адаптации обучающегося к изменяющимся условиям социальной и природной среды: 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освоение обучающимися социального опыта, основных социальных ролей, норм и правил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86" w:right="680" w:bottom="438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66" w:line="220" w:lineRule="exact"/>
        <w:rPr>
          <w:lang w:val="ru-RU"/>
        </w:rPr>
      </w:pPr>
    </w:p>
    <w:p w:rsidR="00044FAA" w:rsidRPr="00135704" w:rsidRDefault="000451DE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осознавать стрессовую ситуацию, оценивать происходящие изменения и их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044FAA" w:rsidRPr="00135704" w:rsidRDefault="000451DE">
      <w:pPr>
        <w:autoSpaceDE w:val="0"/>
        <w:autoSpaceDN w:val="0"/>
        <w:spacing w:before="262"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166" w:after="0" w:line="288" w:lineRule="auto"/>
        <w:ind w:right="288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Овладение универсальными учебными познавательными действиями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действия: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языковых единиц, языковых явлений и процессов;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 информации текста, необходимой для решения поставленной учебной задачи;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оптималь​ный вариант с учётом самостоятельно выделенных критериев.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 в языковом образовании;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вопросы, фиксирующие несоответствие между реальным и желательным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состоянием ситуации, и самостоятельно устанавливать искомое и данное;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гипотезу об истинности собственных суждений и суждений других, аргументировать свою позицию, мнение;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алгоритм действий и использовать его для решения учебных задач;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86" w:right="634" w:bottom="296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90" w:line="220" w:lineRule="exact"/>
        <w:rPr>
          <w:lang w:val="ru-RU"/>
        </w:rPr>
      </w:pPr>
    </w:p>
    <w:p w:rsidR="00044FAA" w:rsidRPr="00135704" w:rsidRDefault="000451DE">
      <w:pPr>
        <w:tabs>
          <w:tab w:val="left" w:pos="180"/>
        </w:tabs>
        <w:autoSpaceDE w:val="0"/>
        <w:autoSpaceDN w:val="0"/>
        <w:spacing w:after="0" w:line="283" w:lineRule="auto"/>
        <w:ind w:right="288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 применимость и достоверность информацию, полученную в ходе лингвистического исследования (эксперимента);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интерпретировать, обобщать и систематизировать информацию, представленную в текстах, таб​лицах, схемах;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виды аудирования и чтения для оценки текста с точки зрения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достоверности и применимости содержащейся в нём информации и усвоения необходимой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информации с целью решения учебных задач;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надёжность информации по критериям, пред​ложенным учителем или сформулированным самостоятельно;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универсальными учебными коммуникативными действиями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Общение: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невербальные средства общения, понимать значение социальных знаков;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распознавать предпосылки конфликтных ситуаций и смягчать конфликты, вести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переговоры;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публично представлять результаты проведённого языкового анализа, выполненного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лингвистического эксперимента, исследования, проекта;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понимать и использовать преимущества командной и ин​дивидуальной работы при решении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310" w:right="670" w:bottom="356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66" w:line="220" w:lineRule="exact"/>
        <w:rPr>
          <w:lang w:val="ru-RU"/>
        </w:rPr>
      </w:pPr>
    </w:p>
    <w:p w:rsidR="00044FAA" w:rsidRPr="00135704" w:rsidRDefault="000451DE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конкретной проблемы, ​обосновывать необходимость применения групповых форм ​взаимодействия при решении поставленной задачи;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совмест​ной работы; уметь обобщать мнения нескольких людей, проявлять готовность руководить, выполнять поручения, подчиняться;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качество своего вклада в общий продукт по критериям, самостоятельно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Овладение универсальными учебными регулятивными действиями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проблемы для решения в учебных и жизненных ситуациях;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различных подходах к принятию решений (индивидуальное, принятие решения в группе, принятие решения группой);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план действий, вносить необходимые коррективы в ходе его реализации;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разными способами самоконтроля (в том числе речевого), самомотивации и рефлексии;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учебной ситуации и предлагать план её изменения;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(недостижения) результата дея​тельности;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способность управлять собственными эмоциями и эмоциями других;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044FAA" w:rsidRPr="00135704" w:rsidRDefault="000451DE">
      <w:pPr>
        <w:autoSpaceDE w:val="0"/>
        <w:autoSpaceDN w:val="0"/>
        <w:spacing w:before="70" w:after="0" w:line="281" w:lineRule="auto"/>
        <w:ind w:left="180" w:right="4464"/>
        <w:rPr>
          <w:lang w:val="ru-RU"/>
        </w:rPr>
      </w:pP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Принятие себя и других: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 относиться к другому человеку и его мнению; признавать своё и чужое право на ошибку;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себя и других, не осуждая;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открытость;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044FAA" w:rsidRPr="00135704" w:rsidRDefault="000451DE">
      <w:pPr>
        <w:autoSpaceDE w:val="0"/>
        <w:autoSpaceDN w:val="0"/>
        <w:spacing w:before="262"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86" w:right="686" w:bottom="452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78" w:line="220" w:lineRule="exact"/>
        <w:rPr>
          <w:lang w:val="ru-RU"/>
        </w:rPr>
      </w:pPr>
    </w:p>
    <w:p w:rsidR="00044FAA" w:rsidRPr="00135704" w:rsidRDefault="000451DE">
      <w:pPr>
        <w:tabs>
          <w:tab w:val="left" w:pos="180"/>
        </w:tabs>
        <w:autoSpaceDE w:val="0"/>
        <w:autoSpaceDN w:val="0"/>
        <w:spacing w:after="0" w:line="271" w:lineRule="auto"/>
        <w:ind w:right="14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 и речь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Владеть различными видами аудирования: выборочным, ​ознакомительным, детальным — научно-учебных и художественных текстов различных функционально-смысловых типов речи.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80" w:right="288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Владеть различными видами чтения: просмотровым, ознакомительным, изучающим, поисковым. Устно пересказывать прочитанный или прослушанный текст объёмом не менее 100 слов.</w:t>
      </w:r>
    </w:p>
    <w:p w:rsidR="00044FAA" w:rsidRPr="00135704" w:rsidRDefault="000451DE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— не менее 110 слов).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44FAA" w:rsidRPr="00135704" w:rsidRDefault="000451DE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44FAA" w:rsidRPr="00135704" w:rsidRDefault="000451DE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функ​ционально-смысловому типу речи.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98" w:right="674" w:bottom="308" w:left="666" w:header="720" w:footer="720" w:gutter="0"/>
          <w:cols w:space="720" w:equalWidth="0">
            <w:col w:w="10560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78" w:line="220" w:lineRule="exact"/>
        <w:rPr>
          <w:lang w:val="ru-RU"/>
        </w:rPr>
      </w:pPr>
    </w:p>
    <w:p w:rsidR="00044FAA" w:rsidRPr="00135704" w:rsidRDefault="000451DE">
      <w:pPr>
        <w:autoSpaceDE w:val="0"/>
        <w:autoSpaceDN w:val="0"/>
        <w:spacing w:after="0" w:line="230" w:lineRule="auto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сочинения объёмом не менее 70 слов).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Восстанавливать деформированный текст; осуществлять корректировку восстановленного текста с опорой на образец. </w:t>
      </w:r>
    </w:p>
    <w:p w:rsidR="00044FAA" w:rsidRPr="00135704" w:rsidRDefault="000451DE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Представлять сообщение на заданную тему в виде презентации.</w:t>
      </w:r>
    </w:p>
    <w:p w:rsidR="00044FAA" w:rsidRPr="00135704" w:rsidRDefault="000451DE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целостность, связность, информативность).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Функциональные разновидности языка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Фонетика. Графика. Орфоэпия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Проводить фонетический анализ слов.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Распознавать изученные орфограммы.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78" w:lineRule="auto"/>
        <w:ind w:right="14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Лексикология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 </w:t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тематические группы слов, родовые и видовые понятия.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Проводить лексический анализ слов (в рамках изученного).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Уметь пользоваться лексическими словарями (толковым словарём, словарями синонимов, антонимов, омонимов, паро​нимов).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80" w:right="2880"/>
        <w:rPr>
          <w:lang w:val="ru-RU"/>
        </w:rPr>
      </w:pP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Морфемика. Орфография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морфему как минимальную значимую единицу языка.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044FAA" w:rsidRPr="00135704" w:rsidRDefault="000451DE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Находить чередование звуков в морфемах (в том числе чередование гласных с нулём звука). Проводить морфемный анализ слов.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— и после приставок; корней с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98" w:right="718" w:bottom="368" w:left="666" w:header="720" w:footer="720" w:gutter="0"/>
          <w:cols w:space="720" w:equalWidth="0">
            <w:col w:w="10516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66" w:line="220" w:lineRule="exact"/>
        <w:rPr>
          <w:lang w:val="ru-RU"/>
        </w:rPr>
      </w:pPr>
    </w:p>
    <w:p w:rsidR="00044FAA" w:rsidRPr="00135704" w:rsidRDefault="000451DE">
      <w:pPr>
        <w:autoSpaceDE w:val="0"/>
        <w:autoSpaceDN w:val="0"/>
        <w:spacing w:after="0" w:line="271" w:lineRule="auto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—о после шипящих в корне слова;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Уместно использовать слова с суффиксами оценки в собственной речи.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Морфология. Культура речи. Орфография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знания о частях речи как лексико-грамматических разрядах слов, о грамматическом значении слова, о сис​теме частей речи в русском языке для решения практико-ориентированных учебных задач.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Распознавать имена существительные, имена прилагательные, глаголы.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существительное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Определять лексико-грамматические разряды имён существительных.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044FAA" w:rsidRPr="00135704" w:rsidRDefault="000451DE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существительных: безударных окончаний;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суффиксов 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 (-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-);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корней с чередованием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//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лаг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-клан-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-клон-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-скак-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-скоч-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; употребления/неупотребления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прилагательное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044FAA" w:rsidRPr="00135704" w:rsidRDefault="000451D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Проводить частичный морфологический анализ имён прилагательных (в рамках изученного).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словоизменения, произношения имён прилагательных, постановки в них ударения (в рамках изучен​ного).</w:t>
      </w:r>
    </w:p>
    <w:p w:rsidR="00044FAA" w:rsidRPr="00135704" w:rsidRDefault="000451DE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прилагательных: безударных окончаний;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кратких форм имён прилагательных с основой на шипящие; нормы слитного и раздельного написания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прилагательными.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Глагол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Различать глаголы совершенного и несовершенного вида, возвратные и невозвратные.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Определять спряжение глагола, уметь спрягать глаголы.</w:t>
      </w:r>
    </w:p>
    <w:p w:rsidR="00044FAA" w:rsidRPr="00135704" w:rsidRDefault="000451D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Проводить частичный морфологический анализ глаголов (в рамках изученного).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86" w:right="670" w:bottom="438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78" w:line="220" w:lineRule="exact"/>
        <w:rPr>
          <w:lang w:val="ru-RU"/>
        </w:rPr>
      </w:pPr>
    </w:p>
    <w:p w:rsidR="00044FAA" w:rsidRPr="00135704" w:rsidRDefault="000451DE">
      <w:pPr>
        <w:tabs>
          <w:tab w:val="left" w:pos="180"/>
        </w:tabs>
        <w:autoSpaceDE w:val="0"/>
        <w:autoSpaceDN w:val="0"/>
        <w:spacing w:after="0" w:line="262" w:lineRule="auto"/>
        <w:ind w:right="144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044FAA" w:rsidRPr="00135704" w:rsidRDefault="000451DE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глаголов: корней с чередованием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//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; использования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-тся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-ться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глаголах; суффиксов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-ова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-— -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-ыва-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; личных окончаний глагола, гласной перед суффиксом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-л-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глагола; слитного и раздельного написания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044FAA" w:rsidRPr="00135704" w:rsidRDefault="000451DE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Синтаксис. Культура речи. Пунктуация </w:t>
      </w:r>
      <w:r w:rsidRPr="00135704">
        <w:rPr>
          <w:lang w:val="ru-RU"/>
        </w:rPr>
        <w:br/>
      </w:r>
      <w:r w:rsidRPr="00135704">
        <w:rPr>
          <w:lang w:val="ru-RU"/>
        </w:rPr>
        <w:tab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044FAA" w:rsidRPr="00135704" w:rsidRDefault="000451DE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нео​сложнённые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</w:t>
      </w:r>
      <w:r w:rsidRPr="00135704">
        <w:rPr>
          <w:lang w:val="ru-RU"/>
        </w:rPr>
        <w:br/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044FAA" w:rsidRPr="00135704" w:rsidRDefault="000451DE">
      <w:pPr>
        <w:autoSpaceDE w:val="0"/>
        <w:autoSpaceDN w:val="0"/>
        <w:spacing w:before="70" w:after="0" w:line="281" w:lineRule="auto"/>
        <w:ind w:right="576" w:firstLine="180"/>
        <w:rPr>
          <w:lang w:val="ru-RU"/>
        </w:rPr>
      </w:pP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3570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135704">
        <w:rPr>
          <w:rFonts w:ascii="Times New Roman" w:eastAsia="Times New Roman" w:hAnsi="Times New Roman"/>
          <w:color w:val="000000"/>
          <w:sz w:val="24"/>
          <w:lang w:val="ru-RU"/>
        </w:rPr>
        <w:t>; оформлять на письме диалог.</w:t>
      </w:r>
    </w:p>
    <w:p w:rsidR="00044FAA" w:rsidRPr="00135704" w:rsidRDefault="00044FAA">
      <w:pPr>
        <w:rPr>
          <w:lang w:val="ru-RU"/>
        </w:rPr>
        <w:sectPr w:rsidR="00044FAA" w:rsidRPr="00135704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64" w:line="220" w:lineRule="exact"/>
        <w:rPr>
          <w:lang w:val="ru-RU"/>
        </w:rPr>
      </w:pPr>
    </w:p>
    <w:p w:rsidR="00044FAA" w:rsidRDefault="000451DE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5644"/>
        <w:gridCol w:w="1236"/>
        <w:gridCol w:w="1634"/>
      </w:tblGrid>
      <w:tr w:rsidR="00044FAA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5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044FAA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FAA" w:rsidRDefault="00044FA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FAA" w:rsidRDefault="00044FAA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5" w:lineRule="auto"/>
              <w:ind w:left="6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FAA" w:rsidRDefault="00044FA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FAA" w:rsidRDefault="00044FA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FAA" w:rsidRDefault="00044FA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FAA" w:rsidRDefault="00044FAA"/>
        </w:tc>
      </w:tr>
      <w:tr w:rsidR="00044FA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1. ПОВТОРЕНИЕ </w:t>
            </w:r>
          </w:p>
        </w:tc>
      </w:tr>
      <w:tr w:rsidR="00044FAA" w:rsidRPr="00147D72">
        <w:trPr>
          <w:trHeight w:hRule="exact" w:val="131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76" w:after="0" w:line="230" w:lineRule="auto"/>
              <w:jc w:val="center"/>
              <w:rPr>
                <w:sz w:val="17"/>
                <w:szCs w:val="17"/>
              </w:rPr>
            </w:pP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1.1.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76" w:after="0" w:line="230" w:lineRule="auto"/>
              <w:ind w:left="72"/>
              <w:rPr>
                <w:sz w:val="17"/>
                <w:szCs w:val="17"/>
              </w:rPr>
            </w:pP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Повторение пройденного материала.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76" w:after="0" w:line="230" w:lineRule="auto"/>
              <w:ind w:left="72"/>
              <w:rPr>
                <w:sz w:val="17"/>
                <w:szCs w:val="17"/>
              </w:rPr>
            </w:pP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7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76" w:after="0" w:line="230" w:lineRule="auto"/>
              <w:ind w:left="72"/>
              <w:rPr>
                <w:sz w:val="17"/>
                <w:szCs w:val="17"/>
              </w:rPr>
            </w:pP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76" w:after="0" w:line="230" w:lineRule="auto"/>
              <w:ind w:left="68"/>
              <w:rPr>
                <w:sz w:val="17"/>
                <w:szCs w:val="17"/>
              </w:rPr>
            </w:pP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35906">
            <w:pPr>
              <w:autoSpaceDE w:val="0"/>
              <w:autoSpaceDN w:val="0"/>
              <w:spacing w:before="76" w:after="0" w:line="245" w:lineRule="auto"/>
              <w:jc w:val="center"/>
              <w:rPr>
                <w:sz w:val="17"/>
                <w:szCs w:val="17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01.09.202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3</w:t>
            </w:r>
            <w:r w:rsidR="000451DE"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 xml:space="preserve"> 09.09.202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76" w:after="0" w:line="245" w:lineRule="auto"/>
              <w:ind w:left="72" w:right="2160"/>
              <w:rPr>
                <w:sz w:val="17"/>
                <w:szCs w:val="17"/>
                <w:lang w:val="ru-RU"/>
              </w:rPr>
            </w:pP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Характеризовать основные разделы лингвистики. Определять изученную орфограмму в слове.</w:t>
            </w:r>
          </w:p>
          <w:p w:rsidR="00044FAA" w:rsidRPr="00157686" w:rsidRDefault="000451DE">
            <w:pPr>
              <w:autoSpaceDE w:val="0"/>
              <w:autoSpaceDN w:val="0"/>
              <w:spacing w:before="18" w:after="0" w:line="233" w:lineRule="auto"/>
              <w:ind w:left="72"/>
              <w:rPr>
                <w:sz w:val="17"/>
                <w:szCs w:val="17"/>
                <w:lang w:val="ru-RU"/>
              </w:rPr>
            </w:pP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 xml:space="preserve">Применять полученные знания и навыки на практике. 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17"/>
                <w:szCs w:val="17"/>
                <w:lang w:val="ru-RU"/>
              </w:rPr>
            </w:pP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 xml:space="preserve">Письменный </w:t>
            </w:r>
            <w:r w:rsidRPr="00157686">
              <w:rPr>
                <w:sz w:val="17"/>
                <w:szCs w:val="17"/>
                <w:lang w:val="ru-RU"/>
              </w:rPr>
              <w:br/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 xml:space="preserve">контроль; </w:t>
            </w:r>
            <w:r w:rsidRPr="00157686">
              <w:rPr>
                <w:sz w:val="17"/>
                <w:szCs w:val="17"/>
                <w:lang w:val="ru-RU"/>
              </w:rPr>
              <w:br/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Устный опрос; Диктант;</w:t>
            </w:r>
          </w:p>
        </w:tc>
        <w:tc>
          <w:tcPr>
            <w:tcW w:w="16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76" w:after="0" w:line="252" w:lineRule="auto"/>
              <w:ind w:left="72"/>
              <w:rPr>
                <w:sz w:val="17"/>
                <w:szCs w:val="17"/>
                <w:lang w:val="ru-RU"/>
              </w:rPr>
            </w:pP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 xml:space="preserve">«Учи.ру" </w:t>
            </w:r>
            <w:r w:rsidRPr="00157686">
              <w:rPr>
                <w:sz w:val="17"/>
                <w:szCs w:val="17"/>
                <w:lang w:val="ru-RU"/>
              </w:rPr>
              <w:br/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https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://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www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.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uchi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.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ru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/</w:t>
            </w:r>
            <w:r w:rsidRPr="00157686">
              <w:rPr>
                <w:sz w:val="17"/>
                <w:szCs w:val="17"/>
                <w:lang w:val="ru-RU"/>
              </w:rPr>
              <w:br/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«ЯКласс»</w:t>
            </w:r>
            <w:r w:rsidRPr="00157686">
              <w:rPr>
                <w:sz w:val="17"/>
                <w:szCs w:val="17"/>
                <w:lang w:val="ru-RU"/>
              </w:rPr>
              <w:br/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https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://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www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.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yaklass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.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ru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 xml:space="preserve">/ 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https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://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saharina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.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</w:rPr>
              <w:t>ru</w:t>
            </w:r>
            <w:r w:rsidRPr="00157686">
              <w:rPr>
                <w:rFonts w:ascii="Times New Roman" w:eastAsia="Times New Roman" w:hAnsi="Times New Roman"/>
                <w:color w:val="000000"/>
                <w:w w:val="97"/>
                <w:sz w:val="17"/>
                <w:szCs w:val="17"/>
                <w:lang w:val="ru-RU"/>
              </w:rPr>
              <w:t>/</w:t>
            </w:r>
          </w:p>
        </w:tc>
      </w:tr>
      <w:tr w:rsidR="00044FA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</w:tr>
      <w:tr w:rsidR="00044FAA" w:rsidRPr="00147D7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2. ОБЩИЕ  СВЕДЕНИЯ  О  ЯЗЫКЕ </w:t>
            </w:r>
          </w:p>
        </w:tc>
      </w:tr>
      <w:tr w:rsidR="00044FAA" w:rsidRPr="00147D72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Богатство и выразительность русского языка.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</w:t>
            </w:r>
            <w:r w:rsidR="000359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лексические значения многозначных слов, сравнивать прямое и переносное значения слова, значения слов в синонимическом ряду и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антонимической паре, значения слова и фразеологизма, наблюдать за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образованием новых слов от иноязычных, использованием «старых» слов в новом значении;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суждения о красоте и богатстве русского языка на основе проведённого анализа;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прозаические и поэтические тексты с точки зрения использования в них изобразительно-выразительных языковых средств; </w:t>
            </w:r>
            <w:r w:rsidRPr="00135704">
              <w:rPr>
                <w:lang w:val="ru-RU"/>
              </w:rPr>
              <w:br/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proofErr w:type="gramEnd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амостоятельно формулировать обобщения и выводы о словарном богатстве русского языка;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17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Лингвистика как наука о языке.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13.09.202</w:t>
            </w:r>
            <w:r w:rsidR="000359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разделы лингвистики;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основания для сравнения слова и социальных знаков (дорожные знаки, знаки сервисов, предупредительные знаки, математические символы и проч.);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язык как систему знаков и как средство человеческого общения; Выявлять и сравнивать основные единицы языка и речи (в пределах изученного в начальной школе);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Самооценка с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ценочного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</w:tr>
      <w:tr w:rsidR="00044FA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3. ЯЗЫК И  РЕЧЬ </w:t>
            </w:r>
          </w:p>
        </w:tc>
      </w:tr>
      <w:tr w:rsidR="00044FAA" w:rsidRPr="00147D72">
        <w:trPr>
          <w:trHeight w:hRule="exact" w:val="12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 и речь. Монолог. Диалог.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Полилог.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35906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0451DE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19.09.202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устные монологические высказывания на основе жизненных наблюдений, чтения научно-учебной, художественной и научно-популярной литературы;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044FAA" w:rsidRPr="00135704" w:rsidRDefault="00044FAA">
      <w:pPr>
        <w:autoSpaceDE w:val="0"/>
        <w:autoSpaceDN w:val="0"/>
        <w:spacing w:after="0" w:line="14" w:lineRule="exact"/>
        <w:rPr>
          <w:lang w:val="ru-RU"/>
        </w:rPr>
      </w:pPr>
    </w:p>
    <w:p w:rsidR="00044FAA" w:rsidRPr="00135704" w:rsidRDefault="00044FAA">
      <w:pPr>
        <w:rPr>
          <w:lang w:val="ru-RU"/>
        </w:rPr>
        <w:sectPr w:rsidR="00044FAA" w:rsidRPr="00135704">
          <w:pgSz w:w="16840" w:h="11900"/>
          <w:pgMar w:top="282" w:right="640" w:bottom="77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5644"/>
        <w:gridCol w:w="1236"/>
        <w:gridCol w:w="1634"/>
      </w:tblGrid>
      <w:tr w:rsidR="00044FAA" w:rsidRPr="00147D72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Речь как деятельность.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35906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0451DE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21.09.202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Устно пересказывать прочитанный или прослушанный текст, в том числе с изменением лица рассказчика;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диалоге на лингвистические темы (в рамках изученного) и диалоге/полилоге на основе жизненных наблюдений;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приёмы различных видов аудирования и чтения;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Устно и письменно формулировать тему и главную мысль прослушанного и прочитанного текста, вопросы по содержанию текста и отвечать на них;</w:t>
            </w:r>
            <w:proofErr w:type="gramEnd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содержание исходного текста, подробно и сжато передавать его в письменной форме;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содержание исходного текста, подробно и сжато передавать его в письменной форме;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Р.Р.</w:t>
            </w:r>
          </w:p>
          <w:p w:rsidR="00044FAA" w:rsidRDefault="000451DE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Сочинение.;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</w:tr>
      <w:tr w:rsidR="00044FA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4. ТЕКСТ</w:t>
            </w:r>
          </w:p>
        </w:tc>
      </w:tr>
      <w:tr w:rsidR="00044FAA" w:rsidRPr="00147D72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 и его основные признаки.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22.09.202</w:t>
            </w:r>
            <w:r w:rsidR="000359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45" w:lineRule="auto"/>
              <w:ind w:left="72" w:right="1440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основные признаки текста;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Членить текст на композиционносмысловые части (абзацы);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Композиционная структура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23.09.202</w:t>
            </w:r>
            <w:r w:rsidR="000359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45" w:lineRule="auto"/>
              <w:ind w:left="72" w:right="1440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основные признаки текста;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Членить текст на композиционносмысловые части (абзацы);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22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Функциональносмысловые типы речи.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</w:t>
            </w:r>
            <w:r w:rsidR="000359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proofErr w:type="gramStart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средства связи предложений и частей текста (формы слова,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однокоренные слова, синонимы, антонимы, личные местоимения, повтор слова); применять эти знания при создании собственного текста (устного и письменного); Анализировать и характеризовать текст с точки зрения его соответствия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речи;</w:t>
            </w:r>
            <w:proofErr w:type="gramEnd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Устанавливать взаимосвязь описанных в тексте событий, явлений, процессов; Создавать тексты, опираясь на знание основных признаков текста, особенностей функционально-смысловых типов речи, функциональных разновидностей языка (в рамках изученного);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16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Повествование как тип речи. Рассказ.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35906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0451DE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28.09.202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тексты функционально-смыслового типа речи (повествование) с опорой на жизненный и читательский опыт; тексты с опорой на сюжетную картину;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Восстанавливать деформированный текст, корректировать восстановленный текст с опорой на образец;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Составлять план текста (простой, сложный) и пересказывать его содержание по плану в устной и письменной форме, в том числе с изменением лица рассказчика;</w:t>
            </w:r>
            <w:proofErr w:type="gramEnd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Представлять сообщение на заданную тему в виде презентации;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Р.Р. Сочинение 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044FAA" w:rsidRPr="00135704" w:rsidRDefault="00044FAA">
      <w:pPr>
        <w:autoSpaceDE w:val="0"/>
        <w:autoSpaceDN w:val="0"/>
        <w:spacing w:after="0" w:line="14" w:lineRule="exact"/>
        <w:rPr>
          <w:lang w:val="ru-RU"/>
        </w:rPr>
      </w:pPr>
    </w:p>
    <w:p w:rsidR="00044FAA" w:rsidRPr="00135704" w:rsidRDefault="00044FAA">
      <w:pPr>
        <w:rPr>
          <w:lang w:val="ru-RU"/>
        </w:rPr>
        <w:sectPr w:rsidR="00044FAA" w:rsidRPr="00135704">
          <w:pgSz w:w="16840" w:h="11900"/>
          <w:pgMar w:top="284" w:right="640" w:bottom="88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5644"/>
        <w:gridCol w:w="1236"/>
        <w:gridCol w:w="1634"/>
      </w:tblGrid>
      <w:tr w:rsidR="00044FAA" w:rsidRPr="00147D72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Смысловой анализ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35906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0451DE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30.09.202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 электронной презентации с учётом внеязыковых требований, предъявляемых к ней, и в соответствии со спецификой употребления языковых средств;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Редактировать собственные/созданные другими обучающимися тексты с целью совершенствования их содержания: оценивать достоверность фактического материала, анализировать текст с точки зрения целостности, связности,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информативности;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ценочного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Информационная переработка текста. Редактирование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35906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03.10.202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0451DE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05.10.202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исходный и отредактированный тексты;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Корректировать исходный текст с опорой на знание норм современного русского литературного языка (в пределах изученного);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Устный опрос; Практическая работа;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</w:tr>
      <w:tr w:rsidR="00044FA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5. ФУНКЦИОНАЛЬНЫЕ  РАЗНОВИДНОСТИ  ЯЗЫКА</w:t>
            </w:r>
          </w:p>
        </w:tc>
      </w:tr>
      <w:tr w:rsidR="00044FAA" w:rsidRPr="00147D72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35906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06.10.202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0451DE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07.10.202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тексты, принадлежащие к разным функциональным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разновидностям языка: определять сферу использования и соотносить её с той или иной разновидностью языка;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</w:tr>
      <w:tr w:rsidR="00044FAA">
        <w:trPr>
          <w:trHeight w:hRule="exact" w:val="33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6. СИСТЕМА ЯЗЫКА </w:t>
            </w:r>
          </w:p>
        </w:tc>
      </w:tr>
    </w:tbl>
    <w:p w:rsidR="00044FAA" w:rsidRDefault="00044FAA">
      <w:pPr>
        <w:autoSpaceDE w:val="0"/>
        <w:autoSpaceDN w:val="0"/>
        <w:spacing w:after="0" w:line="14" w:lineRule="exact"/>
      </w:pPr>
    </w:p>
    <w:p w:rsidR="00044FAA" w:rsidRDefault="00044FAA">
      <w:pPr>
        <w:sectPr w:rsidR="00044FA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44FAA" w:rsidRDefault="00044FA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5644"/>
        <w:gridCol w:w="1236"/>
        <w:gridCol w:w="1634"/>
      </w:tblGrid>
      <w:tr w:rsidR="00044FAA" w:rsidRPr="00147D72">
        <w:trPr>
          <w:trHeight w:hRule="exact" w:val="57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Фонетика. Графика. Орфоэпия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35906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10.10.202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0451DE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17.10.202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proofErr w:type="gramStart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смыслоразличительную функцию звука речи в слове; приводить примеры;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звуки речи по заданным характеристикам;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звуковой состав слова;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Классифицировать звуки по заданным признакам;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ударные и безударные гласные, звонкие и глухие, твёрдые и мягкие согласные;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 помощью элементов транскрипции особенности произношения и написания слов;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звуковой и буквенный составы слова;</w:t>
            </w:r>
            <w:proofErr w:type="gramEnd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135704">
              <w:rPr>
                <w:lang w:val="ru-RU"/>
              </w:rPr>
              <w:br/>
            </w:r>
            <w:proofErr w:type="gramStart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Членить слова на слоги и правильно переносить слова со строки на строку; Определять место ударного слога, наблюдать за перемещением ударения при изменении формы слова;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за использованием выразительных средств фонетики в поэтических произведениях;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фонетический анализ слов;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Употреблять слова и их формы в соответствии с основными нормами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литературного произношения: нормами произношения безударных гласных звуков;</w:t>
            </w:r>
            <w:proofErr w:type="gramEnd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мягкого или твёрдого согласного перед [э] в иноязычных словах; сочетания согласных (чн, </w:t>
            </w:r>
            <w:proofErr w:type="gramStart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</w:t>
            </w:r>
            <w:proofErr w:type="gramEnd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др ); грамматических форм (прилагательных на -его, -ого, возвратных глаголов с -ся, -сь и др 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Употреблять в речи слова и их формы в соответствии с нормами ударения (на отдельных примерах);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необходимую информацию в орфоэпическом словаре и использовать её;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 интонировать разные по цели и эмоциональной окраске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высказывания;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собственную и чужую речь с точки зрения соблюдения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орфоэпических норм, норм ударения, интонационных норм;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Устный опрос; Практическая работа;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Орфография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35906">
            <w:pPr>
              <w:autoSpaceDE w:val="0"/>
              <w:autoSpaceDN w:val="0"/>
              <w:spacing w:before="76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18.10.202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0451DE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19.10.202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Оперировать понятием «орфограмма» и различать буквенные и небуквенные орфограммы при проведении орфографического анализа слова;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изученные орфограммы;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знания по орфографии в практике правописания (в том числе применять знания о правописании разделительных ъ и ь);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Находить и использовать необходимую информацию;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32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Лексикология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35906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20.10.202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0451DE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08.11.202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лексическое значение слова разными способами (подбор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однокоренных слов; подбор синонимов и антонимов; определение значения слова по контексту, с помощью толкового словаря);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однозначные и многозначные слова, различать прямое и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переносное значения слова;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прямое и переносное значения слова по заданному признаку;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синонимы, антонимы, омонимы;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Различать многозначные слова и омонимы;</w:t>
            </w:r>
            <w:proofErr w:type="gramEnd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Уметь правильно употреблять слова-паронимы;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тематические группы слов, родовые и видовые понятия;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основания для тематической группировки слов;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Группировать слова по тематическому признаку;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лексический анализ слов;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Находить необходимую информацию в лексических словарях разных видов (толковые словари, словари синонимов, антонимов, омонимов, паронимов) и использовать её;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 Р.Р. Сочинение;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044FAA" w:rsidRPr="00135704" w:rsidRDefault="00044FAA">
      <w:pPr>
        <w:autoSpaceDE w:val="0"/>
        <w:autoSpaceDN w:val="0"/>
        <w:spacing w:after="0" w:line="14" w:lineRule="exact"/>
        <w:rPr>
          <w:lang w:val="ru-RU"/>
        </w:rPr>
      </w:pPr>
    </w:p>
    <w:p w:rsidR="00044FAA" w:rsidRPr="00135704" w:rsidRDefault="00044FAA">
      <w:pPr>
        <w:rPr>
          <w:lang w:val="ru-RU"/>
        </w:rPr>
        <w:sectPr w:rsidR="00044FAA" w:rsidRPr="00135704">
          <w:pgSz w:w="16840" w:h="11900"/>
          <w:pgMar w:top="284" w:right="640" w:bottom="52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5644"/>
        <w:gridCol w:w="1236"/>
        <w:gridCol w:w="1634"/>
      </w:tblGrid>
      <w:tr w:rsidR="00044FAA" w:rsidRPr="00147D72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Морфемика. Орфография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морфему как минимальную значимую единицу языка;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морфемы в слове (корень, приставку, суффикс, окончание), выделять основу слова;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чередование звуков в морфемах (в том числе чередование гласных с нулём звука);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морфемный анализ слов;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знания по морфемике при выполнении языкового анализа различных видов и в практике правописания слов с изученными орфограммами;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Уместно использовать слова с суффиксами оценки в собственной речи;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Диктант;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Р.Р. Сочинение; Выборочное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изложение</w:t>
            </w:r>
            <w:proofErr w:type="gramStart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;</w:t>
            </w:r>
            <w:proofErr w:type="gramEnd"/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>
        <w:trPr>
          <w:trHeight w:hRule="exact" w:val="350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44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</w:tr>
      <w:tr w:rsidR="00044FAA" w:rsidRPr="00147D7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7. МОРФОЛОГИЯ. КУЛЬТУРА РЕЧИ. ОРФОГРАФИЯ</w:t>
            </w:r>
          </w:p>
        </w:tc>
      </w:tr>
      <w:tr w:rsidR="00044FAA" w:rsidRPr="00147D72">
        <w:trPr>
          <w:trHeight w:hRule="exact" w:val="30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Морфология как раздел лингвистики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характеризовать особенности грамматического значения слова в отличие от лексического;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самостоятельные (знаменательные) части речи и их формы в рамках изученного; служебные части речи; междометия, звукоподражательные слова (общее представление);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Группировать слова разных частей речи по заданным признакам, находить основания для классификации;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знания о части речи как лексико-грамматическом разряде слов, о грамматическом значении слова, о системе частей речи в русском языке для решения практико-ориентированных учебных задач;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имена существительные, имена прилагательные, глаголы;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морфологический анализ имён существительных, частичный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морфологический анализ имён прилагательных, глаголов;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знания по морфологии при выполнении языкового анализа различных видов в речевой практике;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37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Имя существительное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грамматическое значение, морфологические признаки и синтаксические функции имени существительного;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роль имени существительного в речи;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лексико- грамматические разряды имён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существительных по значению, имена существительные собственные и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нарицательные; имена существительные одушевлённые и неодушевлённые; Различать типы склонения имён существительных;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разносклоняемые и несклоняемые имена существительные;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род, число, падеж, тип склонения имён существительных;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Группировать имена существительные по заданным морфологическим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признакам;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морфологический анализ имён существительных;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Употреблять имена существительные в соответствии с нормами словоизменения, произношения, постановки в них ударения (в рамках изученного), употребления несклоняемых имён существительных, согласования прилагательного с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существительным общего рода;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нормы правописания имён существительных с изученными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орфограммами;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Диктант;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Р.Р. Сочинение; Изложение;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044FAA" w:rsidRPr="00135704" w:rsidRDefault="00044FAA">
      <w:pPr>
        <w:autoSpaceDE w:val="0"/>
        <w:autoSpaceDN w:val="0"/>
        <w:spacing w:after="0" w:line="14" w:lineRule="exact"/>
        <w:rPr>
          <w:lang w:val="ru-RU"/>
        </w:rPr>
      </w:pPr>
    </w:p>
    <w:p w:rsidR="00044FAA" w:rsidRPr="00135704" w:rsidRDefault="00044FAA">
      <w:pPr>
        <w:rPr>
          <w:lang w:val="ru-RU"/>
        </w:rPr>
        <w:sectPr w:rsidR="00044FAA" w:rsidRPr="00135704">
          <w:pgSz w:w="16840" w:h="11900"/>
          <w:pgMar w:top="284" w:right="640" w:bottom="98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5644"/>
        <w:gridCol w:w="1236"/>
        <w:gridCol w:w="1634"/>
      </w:tblGrid>
      <w:tr w:rsidR="00044FAA" w:rsidRPr="00147D72">
        <w:trPr>
          <w:trHeight w:hRule="exact" w:val="36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Имя прилагательное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грамматическое значение, морфологические признаки и синтаксические функции имени прилагательного;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его роль в речи;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 склонять имена прилагательные;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правописания безударных окончаний имён прилагательных; Различать полную и краткую формы имён прилагательных;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правописания кратких форм имён прилагательных с основой на шипящий;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особенности использования имён прилагательных в изучаемых текстах;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частичный морфологический анализ имён прилагательных (в рамках изученного);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нормы словоизменения имён прилагательных, нормы согласования имён прилагательных с существительными общего рода, неизменяемыми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именами существительными; нормы произношения, постановки ударения (в рамках изученного);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нормы правописания о — е после шипящих и ц в суффиксах и окончаниях имён прилагательных; правописания не с именами прилагательными;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Диктант;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Р.Р.Сочинение; Изложение;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50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Глагол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грамматическое значение, морфологические признаки и синтаксические функции глагола;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его роль в словосочетании и предложении, а также в речи;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глаголы совершенного и несовершенного вида, возвратные и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невозвратные;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правописания -тся и -ться в глаголах; суффиксов -ова- — -ева-, -ыва- — -ива-;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инфинитив и личные формы глагола, приводить соответствующие примеры;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грамматические свойства инфинитива (неопределённой формы) глагола;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использования ь как показателя грамматической формы инфинитива;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основу инфинитива;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Выделять основу настоящего (будущего простого) времени глагола;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спряжение глагола, уметь спрягать глаголы;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Группировать глаголы по типу спряжения;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правописания личных окончаний глагола;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использования ь после шипящих как показателя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грамматической формы глагола 2-го лица единственного числа; гласной перед суффиксом -л- в формах прошедшего времени; слитного и раздельного написания не с глаголами;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частичный морфологический анализ глаголов (в рамках изученного); Соблюдать нормы словоизменения глаголов, постановки ударения в глагольных формах (в рамках изученного);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Диктант;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ценочного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листа»;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Р.Р.Сочинение;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</w:tr>
      <w:tr w:rsidR="00044FAA" w:rsidRPr="00147D7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8. СИНТАКСИС. КУЛЬТУРА РЕЧИ. ПУНКТУАЦИЯ</w:t>
            </w:r>
          </w:p>
        </w:tc>
      </w:tr>
      <w:tr w:rsidR="00044FAA" w:rsidRPr="00147D72">
        <w:trPr>
          <w:trHeight w:hRule="exact" w:val="1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Синтаксис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пунктуация как разделы лингвистики. </w:t>
            </w:r>
          </w:p>
          <w:p w:rsidR="00044FAA" w:rsidRDefault="000451DE">
            <w:pPr>
              <w:autoSpaceDE w:val="0"/>
              <w:autoSpaceDN w:val="0"/>
              <w:spacing w:before="1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Словосочетание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Распознавать единицы синтаксиса (словосочетание и предложение);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044FAA" w:rsidRPr="00135704" w:rsidRDefault="00044FAA">
      <w:pPr>
        <w:autoSpaceDE w:val="0"/>
        <w:autoSpaceDN w:val="0"/>
        <w:spacing w:after="0" w:line="14" w:lineRule="exact"/>
        <w:rPr>
          <w:lang w:val="ru-RU"/>
        </w:rPr>
      </w:pPr>
    </w:p>
    <w:p w:rsidR="00044FAA" w:rsidRPr="00135704" w:rsidRDefault="00044FAA">
      <w:pPr>
        <w:rPr>
          <w:lang w:val="ru-RU"/>
        </w:rPr>
        <w:sectPr w:rsidR="00044FAA" w:rsidRPr="00135704">
          <w:pgSz w:w="16840" w:h="11900"/>
          <w:pgMar w:top="284" w:right="640" w:bottom="31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44FAA" w:rsidRPr="00135704" w:rsidRDefault="00044FA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5644"/>
        <w:gridCol w:w="1236"/>
        <w:gridCol w:w="1634"/>
      </w:tblGrid>
      <w:tr w:rsidR="00044FAA" w:rsidRPr="00147D72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Простое двусоставное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Употреблять повествовательные, побудительные, вопросительные,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восклицательные предложения в речевой практике, корректируя интонацию в соответствии с коммуникативной целью высказывания;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главные (грамматическую основу) и второстепенные члены предложения;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Сжатое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изложение;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30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Простое осложнённое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 интонировать эти предложения;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роль однородных членов предложения в речи;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Точно использовать слова, обозначающие родовые и видовые понятия, в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конструкциях с обобщающим словом при однородных членах;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составлять схемы однородных членов в предложениях (по образцу);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пунктуационные нормы постановки знаков препинания в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предложениях с однородными членами и обобщающим словом при них (в рамках изученного);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в предложении обращение;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отсутствие грамматической связи обращения с предложением (обращение не является членом предложения);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 интонировать предложения с обращением;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пунктуационного оформления обращения;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синтаксический анализ простых осложнённых предложений;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Р.Р. Сочинение;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Сложное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простые и сложные предложения, сложные предложения и простые, осложнённые однородными членами;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основания для сравнения;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выводы;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простые и сложные предложения с точки зрения количества грамматических основ;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простые и сложные предложения по самостоятельно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сформулированному основанию;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выводы;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правила пунктуационного оформления сложных предложений, состоящих из частей, связанных бессоюзной связью и союзами и, но, а, однако, зато, да;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Устный опрос; Р.Р. Сочинение;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8.5.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Предложения с прямой речью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предложения с прямой речью и сравнивать их с точки зрения позиции слов автора в предложении и пунктуационного оформления этих предложений;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Самостоятельно формулировать выводы о пунктуационном оформлении предложений с прямой речью;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 w:rsidRPr="00147D72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8.6.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Диалог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Моделировать диалоги на лингвистические темы (в рамках изученного) и темы на основе жизненных наблюдений;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диалоги в художественных текстах с точки зрения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пунктуационного оформления; 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Самостоятельно формулировать выводы о пунктуационном оформлении диалога; Применять правила оформления диалога на письме;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</w:tr>
      <w:tr w:rsidR="00044FAA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9. ПОВТОРЕНИЕ </w:t>
            </w:r>
          </w:p>
        </w:tc>
      </w:tr>
    </w:tbl>
    <w:p w:rsidR="00044FAA" w:rsidRDefault="00044FAA">
      <w:pPr>
        <w:autoSpaceDE w:val="0"/>
        <w:autoSpaceDN w:val="0"/>
        <w:spacing w:after="0" w:line="14" w:lineRule="exact"/>
      </w:pPr>
    </w:p>
    <w:p w:rsidR="00044FAA" w:rsidRDefault="00044FAA">
      <w:pPr>
        <w:sectPr w:rsidR="00044FAA">
          <w:pgSz w:w="16840" w:h="11900"/>
          <w:pgMar w:top="284" w:right="640" w:bottom="58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44FAA" w:rsidRDefault="00044FA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882"/>
        <w:gridCol w:w="528"/>
        <w:gridCol w:w="1106"/>
        <w:gridCol w:w="1140"/>
        <w:gridCol w:w="864"/>
        <w:gridCol w:w="5644"/>
        <w:gridCol w:w="1236"/>
        <w:gridCol w:w="1634"/>
      </w:tblGrid>
      <w:tr w:rsidR="00044FAA" w:rsidRPr="00147D72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Повторение пройденного материала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5" w:lineRule="auto"/>
              <w:ind w:left="72" w:right="2448"/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полученные знания на практике.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Различать изученные орфограммы.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«Учи.ру" 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 w:rsidRPr="00135704">
              <w:rPr>
                <w:lang w:val="ru-RU"/>
              </w:rPr>
              <w:br/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«ЯКласс»</w:t>
            </w:r>
            <w:r w:rsidRPr="0013570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saharina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44FAA">
        <w:trPr>
          <w:trHeight w:hRule="exact" w:val="350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</w:tr>
      <w:tr w:rsidR="00044FAA">
        <w:trPr>
          <w:trHeight w:hRule="exact" w:val="348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10. ИТОГОВЫЙ КОНТРОЛЬ</w:t>
            </w:r>
          </w:p>
        </w:tc>
      </w:tr>
      <w:tr w:rsidR="00044FAA" w:rsidRPr="00147D7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Сочинения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полученные знания на практике.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4FAA">
            <w:pPr>
              <w:rPr>
                <w:lang w:val="ru-RU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4FAA">
            <w:pPr>
              <w:rPr>
                <w:lang w:val="ru-RU"/>
              </w:rPr>
            </w:pPr>
          </w:p>
        </w:tc>
      </w:tr>
      <w:tr w:rsidR="00044FAA" w:rsidRPr="00147D7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Изложения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полученные знания на практике.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4FAA">
            <w:pPr>
              <w:rPr>
                <w:lang w:val="ru-RU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4FAA">
            <w:pPr>
              <w:rPr>
                <w:lang w:val="ru-RU"/>
              </w:rPr>
            </w:pPr>
          </w:p>
        </w:tc>
      </w:tr>
      <w:tr w:rsidR="00044FAA" w:rsidRPr="00147D72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Контрольные и проверочные работы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полученные знания на практике.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4FAA">
            <w:pPr>
              <w:rPr>
                <w:lang w:val="ru-RU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4FAA">
            <w:pPr>
              <w:rPr>
                <w:lang w:val="ru-RU"/>
              </w:rPr>
            </w:pPr>
          </w:p>
        </w:tc>
      </w:tr>
      <w:tr w:rsidR="00044FA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</w:tr>
      <w:tr w:rsidR="00044FAA">
        <w:trPr>
          <w:trHeight w:hRule="exact" w:val="520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35704" w:rsidRDefault="000451DE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13570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51DE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</w:t>
            </w:r>
          </w:p>
        </w:tc>
        <w:tc>
          <w:tcPr>
            <w:tcW w:w="93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044FAA"/>
        </w:tc>
      </w:tr>
    </w:tbl>
    <w:p w:rsidR="00044FAA" w:rsidRDefault="00044FAA">
      <w:pPr>
        <w:autoSpaceDE w:val="0"/>
        <w:autoSpaceDN w:val="0"/>
        <w:spacing w:after="0" w:line="14" w:lineRule="exact"/>
      </w:pPr>
    </w:p>
    <w:p w:rsidR="00044FAA" w:rsidRDefault="00044FAA">
      <w:pPr>
        <w:sectPr w:rsidR="00044FA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44FAA" w:rsidRDefault="00044FAA">
      <w:pPr>
        <w:autoSpaceDE w:val="0"/>
        <w:autoSpaceDN w:val="0"/>
        <w:spacing w:after="78" w:line="220" w:lineRule="exact"/>
      </w:pPr>
    </w:p>
    <w:p w:rsidR="00044FAA" w:rsidRDefault="000451DE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b/>
                <w:color w:val="000000"/>
              </w:rPr>
              <w:t>п/п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b/>
                <w:color w:val="000000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Дата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b/>
                <w:color w:val="000000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b/>
                <w:color w:val="000000"/>
              </w:rPr>
              <w:t>Виды, формы контроля</w:t>
            </w:r>
          </w:p>
        </w:tc>
      </w:tr>
      <w:tr w:rsidR="00044FAA" w:rsidRPr="00157686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b/>
                <w:color w:val="000000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b/>
                <w:color w:val="000000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</w:tr>
      <w:tr w:rsidR="00044FAA" w:rsidRPr="00157686" w:rsidTr="006E36B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Звуки и буквы.</w:t>
            </w:r>
          </w:p>
          <w:p w:rsidR="00044FAA" w:rsidRPr="00157686" w:rsidRDefault="000451DE">
            <w:pPr>
              <w:autoSpaceDE w:val="0"/>
              <w:autoSpaceDN w:val="0"/>
              <w:spacing w:before="70" w:after="0" w:line="262" w:lineRule="auto"/>
              <w:ind w:left="72" w:right="100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Произношение и правописание.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01.09.202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6E36B7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0" w:after="0" w:line="274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Правопи​сание про​</w:t>
            </w:r>
            <w:r w:rsidRPr="00157686">
              <w:rPr>
                <w:rFonts w:ascii="Cambria Math" w:eastAsia="DejaVu Serif" w:hAnsi="Cambria Math" w:cs="Cambria Math"/>
                <w:color w:val="000000"/>
                <w:lang w:val="ru-RU"/>
              </w:rPr>
              <w:t>‐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веряемых безударных гласных в корне слова.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02.09.202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6E36B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88" w:after="0" w:line="274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Правопи​сание про​</w:t>
            </w:r>
            <w:r w:rsidRPr="00157686">
              <w:rPr>
                <w:rFonts w:ascii="Cambria Math" w:eastAsia="DejaVu Serif" w:hAnsi="Cambria Math" w:cs="Cambria Math"/>
                <w:color w:val="000000"/>
                <w:lang w:val="ru-RU"/>
              </w:rPr>
              <w:t>‐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веряемых согласных в корне слова.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05.09.202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6E36B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Буквы И, У, А после шипящих.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06.09.202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6E36B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Раздельное написание предлогов с другими словами.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07.09.202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6E36B7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Входной контроль.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08.09.202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Диктант;</w:t>
            </w:r>
          </w:p>
        </w:tc>
      </w:tr>
      <w:tr w:rsidR="00044FAA" w:rsidRPr="00157686" w:rsidTr="006E36B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Части речи. Работа над ошибками.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09.09.202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6E36B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Богатство и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выразительность русского языка.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12.09.202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6E36B7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Язык как средство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человеческого общения.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13.09.202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6E36B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Язык и речь.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14.09.202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6E36B7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Монолог.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 w:rsidP="006E36B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15.09.202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 w:rsidP="006E36B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 w:rsidP="006E36B7">
      <w:pPr>
        <w:rPr>
          <w:rFonts w:ascii="Times New Roman" w:hAnsi="Times New Roman" w:cs="Times New Roman"/>
        </w:rPr>
        <w:sectPr w:rsidR="00044FAA" w:rsidRPr="00157686">
          <w:pgSz w:w="11900" w:h="16840"/>
          <w:pgMar w:top="298" w:right="650" w:bottom="10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 w:rsidP="006E36B7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47D72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Диалог.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451DE" w:rsidP="006E36B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16.09.202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83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контроль;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Самооценка с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использованием</w:t>
            </w:r>
            <w:proofErr w:type="gramStart"/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«О</w:t>
            </w:r>
            <w:proofErr w:type="gramEnd"/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ценочного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листа»;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Полилог.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451DE" w:rsidP="006E36B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19.09.202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Речь как деятельность.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451DE" w:rsidP="006E36B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20.09.202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6E36B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Р.Р. </w:t>
            </w:r>
            <w:r w:rsidR="0018350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Изложение</w:t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;</w:t>
            </w:r>
          </w:p>
        </w:tc>
      </w:tr>
      <w:tr w:rsidR="00044FAA" w:rsidRPr="00157686" w:rsidTr="006E36B7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F22C55">
            <w:pPr>
              <w:shd w:val="clear" w:color="auto" w:fill="FFFF00"/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F22C55">
            <w:pPr>
              <w:shd w:val="clear" w:color="auto" w:fill="FFFF00"/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Речь как деятельность.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F22C55">
            <w:pPr>
              <w:shd w:val="clear" w:color="auto" w:fill="FFFF00"/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F22C55">
            <w:pPr>
              <w:shd w:val="clear" w:color="auto" w:fill="FFFF00"/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F22C55">
            <w:pPr>
              <w:shd w:val="clear" w:color="auto" w:fill="FFFF00"/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 w:rsidP="00F22C55">
            <w:pPr>
              <w:shd w:val="clear" w:color="auto" w:fill="FFFF00"/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21.09.202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 w:rsidP="00F22C55">
            <w:pPr>
              <w:shd w:val="clear" w:color="auto" w:fill="FFFF00"/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Р.Р. </w:t>
            </w:r>
            <w:r w:rsidR="0018350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Изложение</w:t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</w:tr>
      <w:tr w:rsidR="00044FAA" w:rsidRPr="00157686" w:rsidTr="006E36B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Текст и его основные признаки.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22.09.202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6E36B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Композиционная структура текста.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23.09.202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6E36B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Функционально-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смысловые типы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26.09.202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47D72" w:rsidTr="006E36B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Повествование как тип речи. Рассказ.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27.09.202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Письменный контроль;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Р.Р.</w:t>
            </w:r>
          </w:p>
          <w:p w:rsidR="00044FAA" w:rsidRPr="00157686" w:rsidRDefault="000451DE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Сочинение.;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Повествование как тип речи. Рассказ.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28.09.202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</w:t>
            </w:r>
          </w:p>
          <w:p w:rsidR="00044FAA" w:rsidRPr="00157686" w:rsidRDefault="000451DE">
            <w:pPr>
              <w:autoSpaceDE w:val="0"/>
              <w:autoSpaceDN w:val="0"/>
              <w:spacing w:before="72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Сочинение.;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21.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Смысловой анализ текста.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29.09.202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47D72" w:rsidTr="00157686">
        <w:trPr>
          <w:trHeight w:hRule="exact" w:val="162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Смысловой анализ текста.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03590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30.09.202</w:t>
            </w:r>
            <w:r w:rsidR="0003590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контроль;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Практическая работа;</w:t>
            </w:r>
          </w:p>
        </w:tc>
      </w:tr>
      <w:tr w:rsidR="00044FAA" w:rsidRPr="001576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Информационная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переработка текста.</w:t>
            </w:r>
          </w:p>
          <w:p w:rsidR="00044FAA" w:rsidRPr="00157686" w:rsidRDefault="000451DE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Редактирование текста.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6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Информационная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переработка текста.</w:t>
            </w:r>
          </w:p>
          <w:p w:rsidR="00044FAA" w:rsidRPr="00157686" w:rsidRDefault="000451DE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Редактирование текста.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Информационная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переработка текста.</w:t>
            </w:r>
          </w:p>
          <w:p w:rsidR="00044FAA" w:rsidRPr="00157686" w:rsidRDefault="000451DE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Редактирование текста.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Функциональные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разновидности языка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(общее представление).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Функциональные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разновидности языка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(общее представление).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Фонетика и графика как разделы лингвистики.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157686">
        <w:trPr>
          <w:trHeight w:hRule="exact" w:val="9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Система гласных звуков.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Система согласных звуков. Твердые и мягкие.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 w:rsidTr="00157686">
        <w:trPr>
          <w:trHeight w:hRule="exact" w:val="96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Система согласных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звуков. Звонкие и глухие.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Р.Р. Повествование.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Изложение. ;</w:t>
            </w:r>
          </w:p>
        </w:tc>
      </w:tr>
      <w:tr w:rsidR="00044FAA" w:rsidRPr="00147D72" w:rsidTr="00157686">
        <w:trPr>
          <w:trHeight w:hRule="exact" w:val="158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Алфавит.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81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Письменный контроль;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Практическая работа;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Р.Р.;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Обозначение мягкости согласных с помощью мягкого знака.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Двойная роль букв я, ю, ё, 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Орфоэпия. Повторение.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39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 w:rsidTr="00157686">
        <w:trPr>
          <w:trHeight w:hRule="exact" w:val="14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Фонетический разбор слова (к/р).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/>
              <w:ind w:left="72" w:right="288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Контрольная работа;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Понятие "орфограмма". Буквенные и небуквенные орфограммы.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39.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Правописание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разделительных Ъ и Ь.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40.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Лексикология как раздел лингвистики. Слово и его лексическое значение.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41.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Однозначные и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многозначные слова.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42.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Прямое и переносное значение слов.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43.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Омонимы.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44.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Синонимы.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45.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Антонимы.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46.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Паронимы.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47.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Сочинение-описание по картине И.Э. Грабаря "Февральская лазурь".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Сочинение. 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48.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Сочинение-описание по картине И.Э. Грабаря "Февральская лазурь".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Сочинение. ;</w:t>
            </w:r>
          </w:p>
        </w:tc>
      </w:tr>
      <w:tr w:rsidR="00044FAA" w:rsidRPr="001576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49.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Разные виды лексических словарей. Повторение.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39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50.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Контрольное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тестирование по теме "Лексикология".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Тестирование;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51.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Анализ контрольной работы.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52.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Морфемика как раздел лингвистики. Морфема -наименьшая значимая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часть слова. </w:t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Изменение и образование слов.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53.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Окончание.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54.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Основа.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55.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Корень слова.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56.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Р.Р. Рассуждение.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Сочинение-рассуждение. 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57.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Суффикс.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58.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Приставка.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59.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Р.Р. Выборочное изложение.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Изложение. ;</w:t>
            </w:r>
          </w:p>
        </w:tc>
      </w:tr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60.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/>
              <w:ind w:left="72" w:right="43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Чередование звуков в морфемах (в том числе чередование гласных с нулём звука).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61.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Беглые гласные.</w:t>
            </w:r>
          </w:p>
          <w:p w:rsidR="00044FAA" w:rsidRPr="00157686" w:rsidRDefault="000451DE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Варианты морфем.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62.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Морфемный разбор слова.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39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63.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Правописание гласных и согласных в приставках.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64.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Буквы З и С на конце приставок.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65.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Чередование букв А-О в корне -ЛАГ- / -ЛОЖ-.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66.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Чередование букв А-О в корне -РАСТ- / -РОС-.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67.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Буквы О-Ё после шипящих в корне.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68.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Буквы И-Ы после 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69.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Контрольный диктант по теме "Морфемика".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Диктант;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70.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Анализ контрольного диктанта.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71.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Описание картины П.П. Кончаловского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"Сирень в корзине".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Сочинение. 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72.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Морфология как раздел лингвистики.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4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73.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Имя существительное  как часть речи.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74.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Имя существительное как часть речи.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75.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Доказательство в рассуждении.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Сочинение-рассуждение. ;</w:t>
            </w:r>
          </w:p>
        </w:tc>
      </w:tr>
      <w:tr w:rsidR="00044FAA" w:rsidRPr="001576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76.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Имена существительные одушевлённые и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неодушевлённые.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77.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Имена существительные собственные и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нарицательные.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78.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Род имён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существительных.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79.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Имена существительные, которые имеют форму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только множественного числа.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80.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Имена существительные, которые имеют форму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только единственного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числа.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81.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Три склонения имён существительных.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82.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Падеж имён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существительных.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83.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Правописание гласных в падежных окончаниях существительных в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единственном числе.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84.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Правописание гласных в падежных окончаниях существительных в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единственном числе.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47D72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85.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Изложение с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элементами сочинения.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Изложение с элементами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сочинения. ;</w:t>
            </w:r>
          </w:p>
        </w:tc>
      </w:tr>
      <w:tr w:rsidR="00044FAA" w:rsidRPr="00147D72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86.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Изложение с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элементами сочинения.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Изложение с элементами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сочинения.;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87.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Множественное число имён существительных.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88.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Правописание О-Е после шипящих и Ц в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окончаниях имён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существительных.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3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89.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Правописание О-Е после шипящих и Ц в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окончаниях имён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существительных.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 w:rsidP="00157686">
            <w:pPr>
              <w:autoSpaceDE w:val="0"/>
              <w:autoSpaceDN w:val="0"/>
              <w:spacing w:before="98" w:after="0" w:line="262" w:lineRule="auto"/>
              <w:ind w:left="13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Морфологический разбор имени существительного.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8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Сочинение-описание по картине Г.Г. Нисского "Февраль. </w:t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Подмосковье" (563)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Сочинение-описание. ;</w:t>
            </w:r>
          </w:p>
        </w:tc>
      </w:tr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Сочинение-описание по картине Г.Г. Нисского "Февраль. </w:t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Подмосковье" (563)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Сочинение-описание. 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Повторение по теме "Имя существительное".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Контрольный диктант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"Имя существительное".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Диктант;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Анализ контрольного диктанта.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Имя прилагательное как часть речи.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Имя прилагательное как часть речи.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98.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Правописание гласных в падежных окончаниях имён прилагательных.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Правописание гласных в падежных окончаниях имён прилагательных.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100.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157686">
            <w:pPr>
              <w:autoSpaceDE w:val="0"/>
              <w:autoSpaceDN w:val="0"/>
              <w:spacing w:before="98" w:after="0" w:line="230" w:lineRule="auto"/>
              <w:ind w:firstLine="133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Описание животного.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Сочинение-описание. ;</w:t>
            </w:r>
          </w:p>
        </w:tc>
      </w:tr>
      <w:tr w:rsidR="00044FAA" w:rsidRPr="00157686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101.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Р.Р. Описание животного.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Сочинение-описание. 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7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102.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432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Имена прилагательные </w:t>
            </w:r>
            <w:r w:rsidRPr="00157686">
              <w:rPr>
                <w:rFonts w:ascii="Times New Roman" w:hAnsi="Times New Roman" w:cs="Times New Roman"/>
                <w:lang w:val="ru-RU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полные и краткие.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103.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>Р.Р. Изложение (585)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Изложение. 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104.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Морфологический разбор имени прилагательного.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105.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62" w:lineRule="auto"/>
              <w:ind w:right="144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Морфологический разбор имени прилагательного.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106.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Повторение по теме "Имя прилагательное".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107.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Повторение по теме "Имя </w:t>
            </w:r>
            <w:r w:rsidRPr="00157686">
              <w:rPr>
                <w:rFonts w:ascii="Times New Roman" w:hAnsi="Times New Roman" w:cs="Times New Roman"/>
                <w:lang w:val="ru-RU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прилагательное".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108.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Контрольное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тестирование по теме "Имя прилагательное".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109.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Анализ контрольной </w:t>
            </w:r>
            <w:r w:rsidR="000451DE" w:rsidRPr="00157686">
              <w:rPr>
                <w:rFonts w:ascii="Times New Roman" w:hAnsi="Times New Roman" w:cs="Times New Roman"/>
              </w:rPr>
              <w:tab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работы.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110.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Глагол как часть речи.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111.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НЕ с глаголами.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4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112.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НЕ с глаголами.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113.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Р.Р. Рассказ.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Сочинение. 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114.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Р.Р. Рассказ.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Сочинение. ;</w:t>
            </w:r>
          </w:p>
        </w:tc>
      </w:tr>
      <w:tr w:rsidR="00044FAA" w:rsidRPr="001576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115.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Неопределённая форма глагола.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116.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Неопределённая форма </w:t>
            </w:r>
            <w:r w:rsidRPr="00157686">
              <w:rPr>
                <w:rFonts w:ascii="Times New Roman" w:hAnsi="Times New Roman" w:cs="Times New Roman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глагола.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117.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57686" w:rsidRDefault="000451D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Правописание -ТСЯ и </w:t>
            </w:r>
          </w:p>
          <w:p w:rsidR="00044FAA" w:rsidRPr="00157686" w:rsidRDefault="0015768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-ТЬСЯ в глаголах.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118.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57686" w:rsidRDefault="000451D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Правописание -ТСЯ и</w:t>
            </w:r>
          </w:p>
          <w:p w:rsidR="00044FAA" w:rsidRPr="00157686" w:rsidRDefault="000451D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-</w:t>
            </w:r>
            <w:r w:rsidRPr="00157686">
              <w:rPr>
                <w:rFonts w:ascii="Times New Roman" w:hAnsi="Times New Roman" w:cs="Times New Roman"/>
                <w:lang w:val="ru-RU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ТЬСЯ в глаголах.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119.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Виды глагола.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120.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Виды глагола.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121.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Буквы Е-И в корнях с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tab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чередованием.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122.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Буквы Е-И в корнях с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tab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чередованием.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123.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Невыдуманный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tab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рассказ о себе.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</w:t>
            </w:r>
          </w:p>
          <w:p w:rsidR="00044FAA" w:rsidRPr="00157686" w:rsidRDefault="000451DE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Сочинение.;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124.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Время глагола.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125.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Прошедшее время.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4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126.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Настоящее время.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127.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Будущее время.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128.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Спряжение глаголов.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7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129.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 w:rsidP="006E36B7">
            <w:pPr>
              <w:autoSpaceDE w:val="0"/>
              <w:autoSpaceDN w:val="0"/>
              <w:spacing w:before="98" w:after="0"/>
              <w:ind w:left="133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Как определить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br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спряжение глагола с безударным личным окончанием.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130.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 w:rsidP="006E36B7">
            <w:pPr>
              <w:autoSpaceDE w:val="0"/>
              <w:autoSpaceDN w:val="0"/>
              <w:spacing w:before="98" w:after="0"/>
              <w:ind w:left="133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Как определить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br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спряжение глагола с безударным личным окончанием.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131.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 w:rsidP="006E36B7">
            <w:pPr>
              <w:autoSpaceDE w:val="0"/>
              <w:autoSpaceDN w:val="0"/>
              <w:spacing w:before="98" w:after="0" w:line="278" w:lineRule="auto"/>
              <w:ind w:left="133" w:right="576" w:hanging="133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Как определить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br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спряжение глагола с безударным личным окончанием.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4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132.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Морфологический разбор глагола.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/>
              <w:ind w:left="72" w:right="288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Письменный контроль;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133.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Сжатое изложение (585).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Сжатое изложение.;</w:t>
            </w:r>
          </w:p>
        </w:tc>
      </w:tr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134.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 w:rsidP="006E36B7">
            <w:pPr>
              <w:autoSpaceDE w:val="0"/>
              <w:autoSpaceDN w:val="0"/>
              <w:spacing w:before="98" w:after="0"/>
              <w:ind w:left="275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Мягкий знак после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br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шипящих в глаголах во 2-ом лице единственного числа.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135.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 w:rsidP="006E36B7">
            <w:pPr>
              <w:autoSpaceDE w:val="0"/>
              <w:autoSpaceDN w:val="0"/>
              <w:spacing w:before="98" w:after="0"/>
              <w:ind w:left="275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Мягкий знак после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br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шипящих в глаголах во 2-ом лице единственного числа.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136.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Употребление времен.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137.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72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Повторение по теме </w:t>
            </w:r>
            <w:r w:rsidR="000451DE" w:rsidRPr="00157686">
              <w:rPr>
                <w:rFonts w:ascii="Times New Roman" w:hAnsi="Times New Roman" w:cs="Times New Roman"/>
              </w:rPr>
              <w:tab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>"Глагол".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138.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Контрольный диктант по теме "Глагол".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Диктант;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139.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Анализ контрольной </w:t>
            </w:r>
            <w:r w:rsidR="000451DE" w:rsidRPr="00157686">
              <w:rPr>
                <w:rFonts w:ascii="Times New Roman" w:hAnsi="Times New Roman" w:cs="Times New Roman"/>
              </w:rPr>
              <w:tab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работы.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140.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Синтаксис и пунктуация </w:t>
            </w:r>
            <w:r w:rsidRPr="00157686">
              <w:rPr>
                <w:rFonts w:ascii="Times New Roman" w:hAnsi="Times New Roman" w:cs="Times New Roman"/>
                <w:lang w:val="ru-RU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как разделы лингвистики.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4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141.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F860A7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Словосочетание.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142.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F860A7" w:rsidP="00F860A7">
            <w:pPr>
              <w:autoSpaceDE w:val="0"/>
              <w:autoSpaceDN w:val="0"/>
              <w:spacing w:before="98" w:after="0" w:line="271" w:lineRule="auto"/>
              <w:ind w:left="133" w:right="432" w:hanging="133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Простое двусоставное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предложение. Виды по цели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высказывания.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143.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Р.Р. Сжатое изложение.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Сжатое изложение.;</w:t>
            </w:r>
          </w:p>
        </w:tc>
      </w:tr>
      <w:tr w:rsidR="00044FAA" w:rsidRPr="00157686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144.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F860A7" w:rsidP="00F860A7">
            <w:pPr>
              <w:autoSpaceDE w:val="0"/>
              <w:autoSpaceDN w:val="0"/>
              <w:spacing w:before="100" w:after="0" w:line="281" w:lineRule="auto"/>
              <w:ind w:left="133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Простое двусоставное предложение. Виды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br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предложений по цели высказывания и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br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эмоционально окраске.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145.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F860A7" w:rsidP="00F860A7">
            <w:pPr>
              <w:autoSpaceDE w:val="0"/>
              <w:autoSpaceDN w:val="0"/>
              <w:spacing w:before="98" w:after="0"/>
              <w:ind w:left="133" w:right="43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Простое двусоставное предложение. Главные члены предложения.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Подлежащее.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146.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F860A7" w:rsidP="00F860A7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left="13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Простое двусоставное </w:t>
            </w:r>
            <w:r w:rsidR="000451DE" w:rsidRPr="00157686">
              <w:rPr>
                <w:rFonts w:ascii="Times New Roman" w:hAnsi="Times New Roman" w:cs="Times New Roman"/>
              </w:rPr>
              <w:br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предложение. Сказуемое.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147.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F860A7">
            <w:pPr>
              <w:autoSpaceDE w:val="0"/>
              <w:autoSpaceDN w:val="0"/>
              <w:spacing w:before="98" w:after="0"/>
              <w:ind w:left="133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Простое осложненное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предложение. Тире между подлежащим и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сказуемым.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148.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F860A7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Простое осложненное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tab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предложение.</w:t>
            </w:r>
          </w:p>
          <w:p w:rsidR="00044FAA" w:rsidRPr="00157686" w:rsidRDefault="000451DE">
            <w:pPr>
              <w:autoSpaceDE w:val="0"/>
              <w:autoSpaceDN w:val="0"/>
              <w:spacing w:before="70" w:after="0" w:line="26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Второстепенные члены предложения.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149.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F860A7">
            <w:pPr>
              <w:autoSpaceDE w:val="0"/>
              <w:autoSpaceDN w:val="0"/>
              <w:spacing w:before="100" w:after="0" w:line="281" w:lineRule="auto"/>
              <w:ind w:left="133"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Простое осложненное предложение. Знаки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препинания  в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предложениях с </w:t>
            </w:r>
            <w:r w:rsidRPr="00157686">
              <w:rPr>
                <w:rFonts w:ascii="Times New Roman" w:hAnsi="Times New Roman" w:cs="Times New Roman"/>
                <w:lang w:val="ru-RU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однородными членами.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150.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F860A7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left="133" w:right="43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Простое осложненное </w:t>
            </w:r>
            <w:r w:rsidRPr="00157686">
              <w:rPr>
                <w:rFonts w:ascii="Times New Roman" w:hAnsi="Times New Roman" w:cs="Times New Roman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предложение.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151.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 w:rsidP="00F860A7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left="133" w:right="43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Простое осложненное </w:t>
            </w:r>
            <w:r w:rsidRPr="00157686">
              <w:rPr>
                <w:rFonts w:ascii="Times New Roman" w:hAnsi="Times New Roman" w:cs="Times New Roman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предложение.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7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152.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Простое осложненное </w:t>
            </w:r>
            <w:r w:rsidR="000451DE" w:rsidRPr="00157686">
              <w:rPr>
                <w:rFonts w:ascii="Times New Roman" w:hAnsi="Times New Roman" w:cs="Times New Roman"/>
              </w:rPr>
              <w:tab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предложение.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153.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Р.Р. Письмо.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Сочинение. 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154.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Сложное предложение.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155.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Сложное предложение.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156.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Сложное предложение.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157.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Сложное предложение.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158.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 w:rsidP="00F860A7">
            <w:pPr>
              <w:autoSpaceDE w:val="0"/>
              <w:autoSpaceDN w:val="0"/>
              <w:spacing w:before="98" w:after="0" w:line="271" w:lineRule="auto"/>
              <w:ind w:left="133" w:right="144" w:hanging="133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Сочинение по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br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картине Ф. Решетникова "Мальчишки".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Сочинение. 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159.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Default="00157686" w:rsidP="00F860A7">
            <w:pPr>
              <w:autoSpaceDE w:val="0"/>
              <w:autoSpaceDN w:val="0"/>
              <w:spacing w:before="98" w:after="0" w:line="271" w:lineRule="auto"/>
              <w:ind w:left="133" w:right="144" w:hanging="133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 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Р.Р. Сочинение по </w:t>
            </w:r>
            <w:r w:rsidR="000451DE" w:rsidRPr="00157686">
              <w:rPr>
                <w:rFonts w:ascii="Times New Roman" w:hAnsi="Times New Roman" w:cs="Times New Roman"/>
                <w:lang w:val="ru-RU"/>
              </w:rPr>
              <w:br/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картине Ф. Решетникова "Мальчишки"</w:t>
            </w:r>
          </w:p>
          <w:p w:rsidR="00157686" w:rsidRDefault="00157686" w:rsidP="00F860A7">
            <w:pPr>
              <w:autoSpaceDE w:val="0"/>
              <w:autoSpaceDN w:val="0"/>
              <w:spacing w:before="98" w:after="0" w:line="271" w:lineRule="auto"/>
              <w:ind w:left="133" w:right="144" w:hanging="133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157686" w:rsidRDefault="00157686" w:rsidP="00F860A7">
            <w:pPr>
              <w:autoSpaceDE w:val="0"/>
              <w:autoSpaceDN w:val="0"/>
              <w:spacing w:before="98" w:after="0" w:line="271" w:lineRule="auto"/>
              <w:ind w:left="133" w:right="144" w:hanging="133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157686" w:rsidRDefault="00157686" w:rsidP="00F860A7">
            <w:pPr>
              <w:autoSpaceDE w:val="0"/>
              <w:autoSpaceDN w:val="0"/>
              <w:spacing w:before="98" w:after="0" w:line="271" w:lineRule="auto"/>
              <w:ind w:left="133" w:right="144" w:hanging="133"/>
              <w:rPr>
                <w:rFonts w:ascii="Times New Roman" w:hAnsi="Times New Roman" w:cs="Times New Roman"/>
                <w:lang w:val="ru-RU"/>
              </w:rPr>
            </w:pPr>
          </w:p>
          <w:p w:rsidR="00157686" w:rsidRDefault="00157686" w:rsidP="00F860A7">
            <w:pPr>
              <w:autoSpaceDE w:val="0"/>
              <w:autoSpaceDN w:val="0"/>
              <w:spacing w:before="98" w:after="0" w:line="271" w:lineRule="auto"/>
              <w:ind w:left="133" w:right="144" w:hanging="133"/>
              <w:rPr>
                <w:rFonts w:ascii="Times New Roman" w:hAnsi="Times New Roman" w:cs="Times New Roman"/>
                <w:lang w:val="ru-RU"/>
              </w:rPr>
            </w:pPr>
          </w:p>
          <w:p w:rsidR="00157686" w:rsidRPr="00157686" w:rsidRDefault="00157686" w:rsidP="00F860A7">
            <w:pPr>
              <w:autoSpaceDE w:val="0"/>
              <w:autoSpaceDN w:val="0"/>
              <w:spacing w:before="98" w:after="0" w:line="271" w:lineRule="auto"/>
              <w:ind w:left="133" w:right="144" w:hanging="133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Р.Р. Сочинение. 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160.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Предложения с прямой </w:t>
            </w:r>
            <w:r w:rsidRPr="00157686">
              <w:rPr>
                <w:rFonts w:ascii="Times New Roman" w:hAnsi="Times New Roman" w:cs="Times New Roman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речью.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161.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Контрольный диктант по </w:t>
            </w:r>
            <w:r w:rsidRPr="00157686">
              <w:rPr>
                <w:rFonts w:ascii="Times New Roman" w:hAnsi="Times New Roman" w:cs="Times New Roman"/>
                <w:lang w:val="ru-RU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теме "Синтаксис".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Диктант;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162.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ind w:right="288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Предложения с прямой </w:t>
            </w:r>
            <w:r w:rsidRPr="00157686">
              <w:rPr>
                <w:rFonts w:ascii="Times New Roman" w:hAnsi="Times New Roman" w:cs="Times New Roman"/>
                <w:lang w:val="ru-RU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речью. Анализ ошибок.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163.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Диалог.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164.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Диалог.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165.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Повторение пройденного материала.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Pr="00157686" w:rsidRDefault="00044FAA">
      <w:pPr>
        <w:rPr>
          <w:rFonts w:ascii="Times New Roman" w:hAnsi="Times New Roman" w:cs="Times New Roman"/>
        </w:rPr>
        <w:sectPr w:rsidR="00044FAA" w:rsidRPr="00157686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157686" w:rsidRDefault="00044FAA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166.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Повторение пройденного </w:t>
            </w:r>
            <w:r w:rsidRPr="00157686">
              <w:rPr>
                <w:rFonts w:ascii="Times New Roman" w:hAnsi="Times New Roman" w:cs="Times New Roman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материала.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167.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Повторение пройденного </w:t>
            </w:r>
            <w:r w:rsidRPr="00157686">
              <w:rPr>
                <w:rFonts w:ascii="Times New Roman" w:hAnsi="Times New Roman" w:cs="Times New Roman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материала.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168.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1576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0451DE"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Итоговый контроль.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Диктант; ВПР;</w:t>
            </w:r>
          </w:p>
        </w:tc>
      </w:tr>
      <w:tr w:rsidR="00044FAA" w:rsidRPr="001576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169.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ind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 Повторение пройденного </w:t>
            </w:r>
            <w:r w:rsidRPr="00157686">
              <w:rPr>
                <w:rFonts w:ascii="Times New Roman" w:hAnsi="Times New Roman" w:cs="Times New Roman"/>
              </w:rPr>
              <w:tab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материала.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170.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Повторение пройденного материала.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4F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 xml:space="preserve">Устный опрос; Письменный </w:t>
            </w:r>
            <w:r w:rsidRPr="00157686">
              <w:rPr>
                <w:rFonts w:ascii="Times New Roman" w:hAnsi="Times New Roman" w:cs="Times New Roman"/>
              </w:rPr>
              <w:br/>
            </w: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контроль;</w:t>
            </w:r>
          </w:p>
        </w:tc>
      </w:tr>
      <w:tr w:rsidR="00044FAA" w:rsidRPr="00157686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44FAA" w:rsidRPr="00157686" w:rsidRDefault="000451D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157686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</w:tbl>
    <w:p w:rsidR="00044FAA" w:rsidRPr="00157686" w:rsidRDefault="00044FAA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44FAA" w:rsidRDefault="00044FAA">
      <w:pPr>
        <w:sectPr w:rsidR="00044FAA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Default="00044FAA">
      <w:pPr>
        <w:autoSpaceDE w:val="0"/>
        <w:autoSpaceDN w:val="0"/>
        <w:spacing w:after="78" w:line="220" w:lineRule="exact"/>
      </w:pPr>
    </w:p>
    <w:p w:rsidR="00044FAA" w:rsidRDefault="000451DE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044FAA" w:rsidRDefault="000451DE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044FAA" w:rsidRPr="00072CDE" w:rsidRDefault="000451DE">
      <w:pPr>
        <w:autoSpaceDE w:val="0"/>
        <w:autoSpaceDN w:val="0"/>
        <w:spacing w:before="166" w:after="0" w:line="271" w:lineRule="auto"/>
        <w:ind w:right="576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 xml:space="preserve">Ладыженская Т.А., Баранов М. Т., Тростенцова Л.А. и другие. Русский язык (в 2 частях), 5 класс/ Акционерное общество «Издательство «Просвещение»; </w:t>
      </w:r>
      <w:r w:rsidRPr="00072CDE">
        <w:rPr>
          <w:lang w:val="ru-RU"/>
        </w:rPr>
        <w:br/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044FAA" w:rsidRPr="00072CDE" w:rsidRDefault="000451DE">
      <w:pPr>
        <w:autoSpaceDE w:val="0"/>
        <w:autoSpaceDN w:val="0"/>
        <w:spacing w:before="262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044FAA" w:rsidRPr="00072CDE" w:rsidRDefault="000451DE">
      <w:pPr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1) ПРИМЕРНАЯ РАБОЧАЯ ПРОГРАММА ОСНОВНОГО ОБЩЕГО ОБРАЗОВАНИЯ. РУССКИЙ ЯЗЫК (для 5–9 классов образовательных организаций), МОСКВА, 2021.</w:t>
      </w:r>
    </w:p>
    <w:p w:rsidR="00044FAA" w:rsidRPr="00072CDE" w:rsidRDefault="000451DE">
      <w:pPr>
        <w:autoSpaceDE w:val="0"/>
        <w:autoSpaceDN w:val="0"/>
        <w:spacing w:before="72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 xml:space="preserve">2) Богданова Г.А. Уроки русского языка в 5 классе. </w:t>
      </w:r>
    </w:p>
    <w:p w:rsidR="00044FAA" w:rsidRPr="00072CDE" w:rsidRDefault="000451DE">
      <w:pPr>
        <w:autoSpaceDE w:val="0"/>
        <w:autoSpaceDN w:val="0"/>
        <w:spacing w:before="72" w:after="0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Егорова Н.В. Поурочные разработки по русскому языку. 5 класс. – 2-е изд., перераб. – М.: ВАКО. 3) Русский язык. 5 класс. Учеб. для общеобразоват. учреждений с прил. на электрон. носителе. В 2 ч. / [Т.А. Ладыженская, М.Т. Баранов, Л.А. Тростенцова и др.; науч. ред. Н.М.Шанский]. – 2-е изд. – М.: Просвещение.</w:t>
      </w:r>
    </w:p>
    <w:p w:rsidR="00044FAA" w:rsidRPr="00072CDE" w:rsidRDefault="000451DE">
      <w:pPr>
        <w:autoSpaceDE w:val="0"/>
        <w:autoSpaceDN w:val="0"/>
        <w:spacing w:before="70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4) Шибалова Л.В. Контрольные и проверочные работы по русскому языку к учебнику Т.А.</w:t>
      </w:r>
    </w:p>
    <w:p w:rsidR="00044FAA" w:rsidRPr="00072CDE" w:rsidRDefault="000451DE">
      <w:pPr>
        <w:autoSpaceDE w:val="0"/>
        <w:autoSpaceDN w:val="0"/>
        <w:spacing w:before="70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 xml:space="preserve">Ладыженской. 5 класс. - М.: Просвещение. </w:t>
      </w:r>
    </w:p>
    <w:p w:rsidR="00044FAA" w:rsidRPr="00072CDE" w:rsidRDefault="000451DE">
      <w:pPr>
        <w:autoSpaceDE w:val="0"/>
        <w:autoSpaceDN w:val="0"/>
        <w:spacing w:before="70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 xml:space="preserve">5) Черногрудова Е.П. Тесты к учебнику Т.А. Ладыженской. 5 класс. - М.: Просвещение. </w:t>
      </w:r>
    </w:p>
    <w:p w:rsidR="00044FAA" w:rsidRPr="00072CDE" w:rsidRDefault="000451DE">
      <w:pPr>
        <w:autoSpaceDE w:val="0"/>
        <w:autoSpaceDN w:val="0"/>
        <w:spacing w:before="262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044FAA" w:rsidRPr="00072CDE" w:rsidRDefault="000451DE">
      <w:pPr>
        <w:autoSpaceDE w:val="0"/>
        <w:autoSpaceDN w:val="0"/>
        <w:spacing w:before="166" w:after="0" w:line="286" w:lineRule="auto"/>
        <w:ind w:right="6624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«Открытая школа»</w:t>
      </w:r>
      <w:r w:rsidRPr="00072CDE">
        <w:rPr>
          <w:lang w:val="ru-RU"/>
        </w:rPr>
        <w:br/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«Просвещение»</w:t>
      </w:r>
      <w:r w:rsidRPr="00072CDE">
        <w:rPr>
          <w:lang w:val="ru-RU"/>
        </w:rPr>
        <w:br/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Российская электронная школа (РЭШ)</w:t>
      </w:r>
      <w:r w:rsidRPr="00072CDE">
        <w:rPr>
          <w:lang w:val="ru-RU"/>
        </w:rPr>
        <w:br/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«Фоксфорд»</w:t>
      </w:r>
      <w:r w:rsidRPr="00072CDE">
        <w:rPr>
          <w:lang w:val="ru-RU"/>
        </w:rPr>
        <w:br/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«Школьная цифровая платформа»</w:t>
      </w:r>
      <w:r w:rsidRPr="00072CDE">
        <w:rPr>
          <w:lang w:val="ru-RU"/>
        </w:rPr>
        <w:br/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«Яндекс.школа»</w:t>
      </w:r>
      <w:r w:rsidRPr="00072CDE">
        <w:rPr>
          <w:lang w:val="ru-RU"/>
        </w:rPr>
        <w:br/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r>
        <w:rPr>
          <w:rFonts w:ascii="Times New Roman" w:eastAsia="Times New Roman" w:hAnsi="Times New Roman"/>
          <w:color w:val="000000"/>
          <w:sz w:val="24"/>
        </w:rPr>
        <w:t>Lecta</w:t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072CDE">
        <w:rPr>
          <w:lang w:val="ru-RU"/>
        </w:rPr>
        <w:br/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«Учи.ру»</w:t>
      </w:r>
      <w:r w:rsidRPr="00072CDE">
        <w:rPr>
          <w:lang w:val="ru-RU"/>
        </w:rPr>
        <w:br/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«ЯКласс»</w:t>
      </w:r>
      <w:r w:rsidRPr="00072CDE">
        <w:rPr>
          <w:lang w:val="ru-RU"/>
        </w:rPr>
        <w:br/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«Яндекс.Учебник»</w:t>
      </w:r>
      <w:r w:rsidRPr="00072CDE">
        <w:rPr>
          <w:lang w:val="ru-RU"/>
        </w:rPr>
        <w:br/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r>
        <w:rPr>
          <w:rFonts w:ascii="Times New Roman" w:eastAsia="Times New Roman" w:hAnsi="Times New Roman"/>
          <w:color w:val="000000"/>
          <w:sz w:val="24"/>
        </w:rPr>
        <w:t>Skysmart</w:t>
      </w: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»</w:t>
      </w:r>
    </w:p>
    <w:p w:rsidR="00044FAA" w:rsidRPr="00072CDE" w:rsidRDefault="00044FAA">
      <w:pPr>
        <w:rPr>
          <w:lang w:val="ru-RU"/>
        </w:rPr>
        <w:sectPr w:rsidR="00044FAA" w:rsidRPr="00072CD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44FAA" w:rsidRPr="00072CDE" w:rsidRDefault="00044FAA">
      <w:pPr>
        <w:autoSpaceDE w:val="0"/>
        <w:autoSpaceDN w:val="0"/>
        <w:spacing w:after="78" w:line="220" w:lineRule="exact"/>
        <w:rPr>
          <w:lang w:val="ru-RU"/>
        </w:rPr>
      </w:pPr>
    </w:p>
    <w:p w:rsidR="00044FAA" w:rsidRPr="00072CDE" w:rsidRDefault="000451DE">
      <w:pPr>
        <w:autoSpaceDE w:val="0"/>
        <w:autoSpaceDN w:val="0"/>
        <w:spacing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044FAA" w:rsidRPr="00072CDE" w:rsidRDefault="000451DE">
      <w:pPr>
        <w:autoSpaceDE w:val="0"/>
        <w:autoSpaceDN w:val="0"/>
        <w:spacing w:before="346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044FAA" w:rsidRPr="00072CDE" w:rsidRDefault="000451DE">
      <w:pPr>
        <w:autoSpaceDE w:val="0"/>
        <w:autoSpaceDN w:val="0"/>
        <w:spacing w:before="166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Технические средства обучения. </w:t>
      </w:r>
    </w:p>
    <w:p w:rsidR="00044FAA" w:rsidRPr="00072CDE" w:rsidRDefault="000451DE">
      <w:pPr>
        <w:autoSpaceDE w:val="0"/>
        <w:autoSpaceDN w:val="0"/>
        <w:spacing w:before="406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 xml:space="preserve">№ Наименование оборудования </w:t>
      </w:r>
    </w:p>
    <w:p w:rsidR="00044FAA" w:rsidRPr="00072CDE" w:rsidRDefault="000451DE">
      <w:pPr>
        <w:autoSpaceDE w:val="0"/>
        <w:autoSpaceDN w:val="0"/>
        <w:spacing w:before="406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 xml:space="preserve">1 Компьютер </w:t>
      </w:r>
    </w:p>
    <w:p w:rsidR="00044FAA" w:rsidRPr="00072CDE" w:rsidRDefault="000451DE">
      <w:pPr>
        <w:autoSpaceDE w:val="0"/>
        <w:autoSpaceDN w:val="0"/>
        <w:spacing w:before="406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 xml:space="preserve">2 Проектор </w:t>
      </w:r>
    </w:p>
    <w:p w:rsidR="00044FAA" w:rsidRPr="00072CDE" w:rsidRDefault="000451DE">
      <w:pPr>
        <w:autoSpaceDE w:val="0"/>
        <w:autoSpaceDN w:val="0"/>
        <w:spacing w:before="408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 xml:space="preserve">3 Колонки </w:t>
      </w:r>
    </w:p>
    <w:p w:rsidR="00044FAA" w:rsidRPr="00072CDE" w:rsidRDefault="000451DE">
      <w:pPr>
        <w:autoSpaceDE w:val="0"/>
        <w:autoSpaceDN w:val="0"/>
        <w:spacing w:before="406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 xml:space="preserve">Словари. </w:t>
      </w:r>
    </w:p>
    <w:p w:rsidR="00044FAA" w:rsidRPr="00072CDE" w:rsidRDefault="000451DE">
      <w:pPr>
        <w:autoSpaceDE w:val="0"/>
        <w:autoSpaceDN w:val="0"/>
        <w:spacing w:before="70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«Толковый словарь русского языка» С.И.Ожегов</w:t>
      </w:r>
    </w:p>
    <w:p w:rsidR="00044FAA" w:rsidRPr="00072CDE" w:rsidRDefault="000451DE">
      <w:pPr>
        <w:autoSpaceDE w:val="0"/>
        <w:autoSpaceDN w:val="0"/>
        <w:spacing w:before="70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color w:val="000000"/>
          <w:sz w:val="24"/>
          <w:lang w:val="ru-RU"/>
        </w:rPr>
        <w:t>Орфографический школьный словарь.</w:t>
      </w:r>
    </w:p>
    <w:p w:rsidR="00044FAA" w:rsidRPr="00072CDE" w:rsidRDefault="000451DE">
      <w:pPr>
        <w:autoSpaceDE w:val="0"/>
        <w:autoSpaceDN w:val="0"/>
        <w:spacing w:before="262" w:after="0" w:line="230" w:lineRule="auto"/>
        <w:rPr>
          <w:lang w:val="ru-RU"/>
        </w:rPr>
      </w:pPr>
      <w:r w:rsidRPr="00072CDE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044FAA" w:rsidRDefault="000451DE">
      <w:pPr>
        <w:autoSpaceDE w:val="0"/>
        <w:autoSpaceDN w:val="0"/>
        <w:spacing w:before="166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-</w:t>
      </w:r>
    </w:p>
    <w:sectPr w:rsidR="00044FAA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E1C" w:rsidRDefault="00603E1C" w:rsidP="00072CDE">
      <w:pPr>
        <w:spacing w:after="0" w:line="240" w:lineRule="auto"/>
      </w:pPr>
      <w:r>
        <w:separator/>
      </w:r>
    </w:p>
  </w:endnote>
  <w:endnote w:type="continuationSeparator" w:id="0">
    <w:p w:rsidR="00603E1C" w:rsidRDefault="00603E1C" w:rsidP="00072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DejaVu Serif">
    <w:panose1 w:val="02060603050605020204"/>
    <w:charset w:val="CC"/>
    <w:family w:val="roman"/>
    <w:pitch w:val="variable"/>
    <w:sig w:usb0="E50006FF" w:usb1="5200F9FB" w:usb2="0A04002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E1C" w:rsidRDefault="00603E1C" w:rsidP="00072CDE">
      <w:pPr>
        <w:spacing w:after="0" w:line="240" w:lineRule="auto"/>
      </w:pPr>
      <w:r>
        <w:separator/>
      </w:r>
    </w:p>
  </w:footnote>
  <w:footnote w:type="continuationSeparator" w:id="0">
    <w:p w:rsidR="00603E1C" w:rsidRDefault="00603E1C" w:rsidP="00072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47730"/>
    <w:rsid w:val="00024D79"/>
    <w:rsid w:val="00034616"/>
    <w:rsid w:val="00035906"/>
    <w:rsid w:val="00044FAA"/>
    <w:rsid w:val="000451DE"/>
    <w:rsid w:val="0006063C"/>
    <w:rsid w:val="00072CDE"/>
    <w:rsid w:val="00135704"/>
    <w:rsid w:val="00147D72"/>
    <w:rsid w:val="0015074B"/>
    <w:rsid w:val="00157686"/>
    <w:rsid w:val="0018350F"/>
    <w:rsid w:val="001A1D56"/>
    <w:rsid w:val="001B702A"/>
    <w:rsid w:val="00210179"/>
    <w:rsid w:val="002472A9"/>
    <w:rsid w:val="00290D67"/>
    <w:rsid w:val="0029639D"/>
    <w:rsid w:val="00326F90"/>
    <w:rsid w:val="00335E19"/>
    <w:rsid w:val="004B6483"/>
    <w:rsid w:val="005857C2"/>
    <w:rsid w:val="005E62AD"/>
    <w:rsid w:val="005E79E1"/>
    <w:rsid w:val="00603E1C"/>
    <w:rsid w:val="006350EB"/>
    <w:rsid w:val="006E36B7"/>
    <w:rsid w:val="00700F61"/>
    <w:rsid w:val="00751B2B"/>
    <w:rsid w:val="007F46B3"/>
    <w:rsid w:val="00802F11"/>
    <w:rsid w:val="00823FB6"/>
    <w:rsid w:val="0083297A"/>
    <w:rsid w:val="0083639D"/>
    <w:rsid w:val="009C3539"/>
    <w:rsid w:val="00A63F92"/>
    <w:rsid w:val="00A93077"/>
    <w:rsid w:val="00AA1D8D"/>
    <w:rsid w:val="00AF331D"/>
    <w:rsid w:val="00B47730"/>
    <w:rsid w:val="00B510F1"/>
    <w:rsid w:val="00B81D5D"/>
    <w:rsid w:val="00C522AD"/>
    <w:rsid w:val="00CA557E"/>
    <w:rsid w:val="00CB0664"/>
    <w:rsid w:val="00CE4AF9"/>
    <w:rsid w:val="00CE7868"/>
    <w:rsid w:val="00D21450"/>
    <w:rsid w:val="00D603B3"/>
    <w:rsid w:val="00DB147E"/>
    <w:rsid w:val="00E3362D"/>
    <w:rsid w:val="00F22C55"/>
    <w:rsid w:val="00F34C13"/>
    <w:rsid w:val="00F466EA"/>
    <w:rsid w:val="00F860A7"/>
    <w:rsid w:val="00FC693F"/>
    <w:rsid w:val="00FE4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14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147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6D78FA-3D1A-4F5F-A1CB-B5565894B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12066</Words>
  <Characters>68781</Characters>
  <Application>Microsoft Office Word</Application>
  <DocSecurity>0</DocSecurity>
  <Lines>573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80686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WR</cp:lastModifiedBy>
  <cp:revision>2</cp:revision>
  <cp:lastPrinted>2023-10-21T06:46:00Z</cp:lastPrinted>
  <dcterms:created xsi:type="dcterms:W3CDTF">2023-10-21T07:45:00Z</dcterms:created>
  <dcterms:modified xsi:type="dcterms:W3CDTF">2023-10-21T07:45:00Z</dcterms:modified>
</cp:coreProperties>
</file>